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D3FC8" w14:textId="77777777" w:rsidR="00083BFC" w:rsidRDefault="00083BFC">
      <w:pPr>
        <w:autoSpaceDE w:val="0"/>
        <w:autoSpaceDN w:val="0"/>
        <w:spacing w:after="78" w:line="220" w:lineRule="exact"/>
      </w:pPr>
    </w:p>
    <w:p w14:paraId="6B14CFA5" w14:textId="77777777" w:rsidR="00083BFC" w:rsidRPr="005F2B85" w:rsidRDefault="0045250B" w:rsidP="003E10B7">
      <w:pPr>
        <w:autoSpaceDE w:val="0"/>
        <w:autoSpaceDN w:val="0"/>
        <w:spacing w:after="0" w:line="230" w:lineRule="auto"/>
        <w:jc w:val="center"/>
        <w:rPr>
          <w:lang w:val="ru-RU"/>
        </w:rPr>
      </w:pPr>
      <w:r w:rsidRPr="005F2B85">
        <w:rPr>
          <w:rFonts w:ascii="Times New Roman" w:eastAsia="Times New Roman" w:hAnsi="Times New Roman"/>
          <w:b/>
          <w:color w:val="000000"/>
          <w:sz w:val="24"/>
          <w:lang w:val="ru-RU"/>
        </w:rPr>
        <w:t>МИНИСТЕРСТВО ПРОСВЕЩЕНИЯ РОССИЙСКОЙ ФЕДЕРАЦИИ</w:t>
      </w:r>
    </w:p>
    <w:p w14:paraId="186ECDAD" w14:textId="77777777" w:rsidR="00083BFC" w:rsidRPr="005F2B85" w:rsidRDefault="0045250B">
      <w:pPr>
        <w:autoSpaceDE w:val="0"/>
        <w:autoSpaceDN w:val="0"/>
        <w:spacing w:before="670" w:after="0" w:line="230" w:lineRule="auto"/>
        <w:ind w:left="2286"/>
        <w:rPr>
          <w:lang w:val="ru-RU"/>
        </w:rPr>
      </w:pPr>
      <w:r w:rsidRPr="005F2B85">
        <w:rPr>
          <w:rFonts w:ascii="Times New Roman" w:eastAsia="Times New Roman" w:hAnsi="Times New Roman"/>
          <w:color w:val="000000"/>
          <w:sz w:val="24"/>
          <w:lang w:val="ru-RU"/>
        </w:rPr>
        <w:t>Министерство образования и науки Республики Татарстан</w:t>
      </w:r>
    </w:p>
    <w:p w14:paraId="6DD52C81" w14:textId="77777777" w:rsidR="00083BFC" w:rsidRPr="005F2B85" w:rsidRDefault="0045250B" w:rsidP="003E10B7">
      <w:pPr>
        <w:autoSpaceDE w:val="0"/>
        <w:autoSpaceDN w:val="0"/>
        <w:spacing w:before="670" w:after="0" w:line="230" w:lineRule="auto"/>
        <w:rPr>
          <w:lang w:val="ru-RU"/>
        </w:rPr>
      </w:pPr>
      <w:r w:rsidRPr="005F2B85">
        <w:rPr>
          <w:rFonts w:ascii="Times New Roman" w:eastAsia="Times New Roman" w:hAnsi="Times New Roman"/>
          <w:color w:val="000000"/>
          <w:sz w:val="24"/>
          <w:lang w:val="ru-RU"/>
        </w:rPr>
        <w:t>МУ "Отдел образования исполнительного комитета Спасского муниципального района</w:t>
      </w:r>
    </w:p>
    <w:p w14:paraId="261935B8" w14:textId="77777777" w:rsidR="00083BFC" w:rsidRDefault="0045250B">
      <w:pPr>
        <w:autoSpaceDE w:val="0"/>
        <w:autoSpaceDN w:val="0"/>
        <w:spacing w:before="670" w:after="1376" w:line="230" w:lineRule="auto"/>
        <w:ind w:right="3898"/>
        <w:jc w:val="right"/>
      </w:pPr>
      <w:r>
        <w:rPr>
          <w:rFonts w:ascii="Times New Roman" w:eastAsia="Times New Roman" w:hAnsi="Times New Roman"/>
          <w:color w:val="000000"/>
          <w:sz w:val="24"/>
        </w:rPr>
        <w:t>МБОУ «БСОШ № 2»</w:t>
      </w:r>
    </w:p>
    <w:tbl>
      <w:tblPr>
        <w:tblW w:w="0" w:type="auto"/>
        <w:tblLayout w:type="fixed"/>
        <w:tblLook w:val="04A0" w:firstRow="1" w:lastRow="0" w:firstColumn="1" w:lastColumn="0" w:noHBand="0" w:noVBand="1"/>
      </w:tblPr>
      <w:tblGrid>
        <w:gridCol w:w="3222"/>
        <w:gridCol w:w="3420"/>
        <w:gridCol w:w="3460"/>
      </w:tblGrid>
      <w:tr w:rsidR="00083BFC" w14:paraId="4082E34D" w14:textId="77777777">
        <w:trPr>
          <w:trHeight w:hRule="exact" w:val="274"/>
        </w:trPr>
        <w:tc>
          <w:tcPr>
            <w:tcW w:w="3222" w:type="dxa"/>
            <w:tcMar>
              <w:left w:w="0" w:type="dxa"/>
              <w:right w:w="0" w:type="dxa"/>
            </w:tcMar>
          </w:tcPr>
          <w:p w14:paraId="302E9A34" w14:textId="77777777" w:rsidR="00083BFC" w:rsidRDefault="0045250B">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420" w:type="dxa"/>
            <w:tcMar>
              <w:left w:w="0" w:type="dxa"/>
              <w:right w:w="0" w:type="dxa"/>
            </w:tcMar>
          </w:tcPr>
          <w:p w14:paraId="06DE85E0" w14:textId="77777777" w:rsidR="00083BFC" w:rsidRDefault="0045250B">
            <w:pPr>
              <w:autoSpaceDE w:val="0"/>
              <w:autoSpaceDN w:val="0"/>
              <w:spacing w:before="48" w:after="0" w:line="230" w:lineRule="auto"/>
              <w:ind w:left="296"/>
            </w:pPr>
            <w:r>
              <w:rPr>
                <w:rFonts w:ascii="Times New Roman" w:eastAsia="Times New Roman" w:hAnsi="Times New Roman"/>
                <w:color w:val="000000"/>
                <w:w w:val="102"/>
                <w:sz w:val="20"/>
              </w:rPr>
              <w:t>СОГЛАСОВАНО</w:t>
            </w:r>
          </w:p>
        </w:tc>
        <w:tc>
          <w:tcPr>
            <w:tcW w:w="3460" w:type="dxa"/>
            <w:tcMar>
              <w:left w:w="0" w:type="dxa"/>
              <w:right w:w="0" w:type="dxa"/>
            </w:tcMar>
          </w:tcPr>
          <w:p w14:paraId="21C292B5" w14:textId="77777777" w:rsidR="00083BFC" w:rsidRDefault="0045250B">
            <w:pPr>
              <w:autoSpaceDE w:val="0"/>
              <w:autoSpaceDN w:val="0"/>
              <w:spacing w:before="48" w:after="0" w:line="230" w:lineRule="auto"/>
              <w:ind w:left="392"/>
            </w:pPr>
            <w:r>
              <w:rPr>
                <w:rFonts w:ascii="Times New Roman" w:eastAsia="Times New Roman" w:hAnsi="Times New Roman"/>
                <w:color w:val="000000"/>
                <w:w w:val="102"/>
                <w:sz w:val="20"/>
              </w:rPr>
              <w:t>УТВЕРЖДЕНО</w:t>
            </w:r>
          </w:p>
        </w:tc>
      </w:tr>
      <w:tr w:rsidR="00083BFC" w14:paraId="57F78D7F" w14:textId="77777777">
        <w:trPr>
          <w:trHeight w:hRule="exact" w:val="200"/>
        </w:trPr>
        <w:tc>
          <w:tcPr>
            <w:tcW w:w="3222" w:type="dxa"/>
            <w:tcMar>
              <w:left w:w="0" w:type="dxa"/>
              <w:right w:w="0" w:type="dxa"/>
            </w:tcMar>
          </w:tcPr>
          <w:p w14:paraId="7856C7A0" w14:textId="743F6303" w:rsidR="00083BFC" w:rsidRPr="002420E3" w:rsidRDefault="0045250B">
            <w:pPr>
              <w:autoSpaceDE w:val="0"/>
              <w:autoSpaceDN w:val="0"/>
              <w:spacing w:after="0" w:line="230" w:lineRule="auto"/>
              <w:rPr>
                <w:lang w:val="ru-RU"/>
              </w:rPr>
            </w:pPr>
            <w:r w:rsidRPr="002420E3">
              <w:rPr>
                <w:rFonts w:ascii="Times New Roman" w:eastAsia="Times New Roman" w:hAnsi="Times New Roman"/>
                <w:color w:val="000000"/>
                <w:w w:val="102"/>
                <w:sz w:val="20"/>
                <w:lang w:val="ru-RU"/>
              </w:rPr>
              <w:t xml:space="preserve">на заседании </w:t>
            </w:r>
            <w:r w:rsidR="002420E3">
              <w:rPr>
                <w:rFonts w:ascii="Times New Roman" w:eastAsia="Times New Roman" w:hAnsi="Times New Roman"/>
                <w:color w:val="000000"/>
                <w:w w:val="102"/>
                <w:sz w:val="20"/>
                <w:lang w:val="ru-RU"/>
              </w:rPr>
              <w:t xml:space="preserve">МО </w:t>
            </w:r>
            <w:r w:rsidRPr="002420E3">
              <w:rPr>
                <w:rFonts w:ascii="Times New Roman" w:eastAsia="Times New Roman" w:hAnsi="Times New Roman"/>
                <w:color w:val="000000"/>
                <w:w w:val="102"/>
                <w:sz w:val="20"/>
                <w:lang w:val="ru-RU"/>
              </w:rPr>
              <w:t xml:space="preserve">учителей </w:t>
            </w:r>
          </w:p>
        </w:tc>
        <w:tc>
          <w:tcPr>
            <w:tcW w:w="3420" w:type="dxa"/>
            <w:tcMar>
              <w:left w:w="0" w:type="dxa"/>
              <w:right w:w="0" w:type="dxa"/>
            </w:tcMar>
          </w:tcPr>
          <w:p w14:paraId="34355058" w14:textId="77777777" w:rsidR="00083BFC" w:rsidRDefault="0045250B">
            <w:pPr>
              <w:autoSpaceDE w:val="0"/>
              <w:autoSpaceDN w:val="0"/>
              <w:spacing w:after="0" w:line="230" w:lineRule="auto"/>
              <w:ind w:left="296"/>
            </w:pPr>
            <w:r>
              <w:rPr>
                <w:rFonts w:ascii="Times New Roman" w:eastAsia="Times New Roman" w:hAnsi="Times New Roman"/>
                <w:color w:val="000000"/>
                <w:w w:val="102"/>
                <w:sz w:val="20"/>
              </w:rPr>
              <w:t>на заседании МС школы</w:t>
            </w:r>
          </w:p>
        </w:tc>
        <w:tc>
          <w:tcPr>
            <w:tcW w:w="3460" w:type="dxa"/>
            <w:tcMar>
              <w:left w:w="0" w:type="dxa"/>
              <w:right w:w="0" w:type="dxa"/>
            </w:tcMar>
          </w:tcPr>
          <w:p w14:paraId="7C580653" w14:textId="3DA2638A" w:rsidR="00083BFC" w:rsidRPr="003E10B7" w:rsidRDefault="0045250B">
            <w:pPr>
              <w:autoSpaceDE w:val="0"/>
              <w:autoSpaceDN w:val="0"/>
              <w:spacing w:after="0" w:line="230" w:lineRule="auto"/>
              <w:ind w:left="392"/>
            </w:pPr>
            <w:r>
              <w:rPr>
                <w:rFonts w:ascii="Times New Roman" w:eastAsia="Times New Roman" w:hAnsi="Times New Roman"/>
                <w:color w:val="000000"/>
                <w:w w:val="102"/>
                <w:sz w:val="20"/>
              </w:rPr>
              <w:t>Директор</w:t>
            </w:r>
            <w:r w:rsidR="003E10B7">
              <w:rPr>
                <w:rFonts w:ascii="Times New Roman" w:eastAsia="Times New Roman" w:hAnsi="Times New Roman"/>
                <w:color w:val="000000"/>
                <w:w w:val="102"/>
                <w:sz w:val="20"/>
                <w:lang w:val="ru-RU"/>
              </w:rPr>
              <w:t xml:space="preserve"> </w:t>
            </w:r>
          </w:p>
        </w:tc>
      </w:tr>
      <w:tr w:rsidR="00083BFC" w14:paraId="464E8A5F" w14:textId="77777777">
        <w:trPr>
          <w:trHeight w:hRule="exact" w:val="400"/>
        </w:trPr>
        <w:tc>
          <w:tcPr>
            <w:tcW w:w="3222" w:type="dxa"/>
            <w:tcMar>
              <w:left w:w="0" w:type="dxa"/>
              <w:right w:w="0" w:type="dxa"/>
            </w:tcMar>
          </w:tcPr>
          <w:p w14:paraId="4EFC17FA" w14:textId="1A1AEBF5" w:rsidR="00083BFC" w:rsidRDefault="002420E3">
            <w:pPr>
              <w:autoSpaceDE w:val="0"/>
              <w:autoSpaceDN w:val="0"/>
              <w:spacing w:after="0" w:line="230" w:lineRule="auto"/>
            </w:pPr>
            <w:r>
              <w:rPr>
                <w:rFonts w:ascii="Times New Roman" w:eastAsia="Times New Roman" w:hAnsi="Times New Roman"/>
                <w:color w:val="000000"/>
                <w:w w:val="102"/>
                <w:sz w:val="20"/>
                <w:lang w:val="ru-RU"/>
              </w:rPr>
              <w:t xml:space="preserve">начальных </w:t>
            </w:r>
            <w:r w:rsidR="0045250B">
              <w:rPr>
                <w:rFonts w:ascii="Times New Roman" w:eastAsia="Times New Roman" w:hAnsi="Times New Roman"/>
                <w:color w:val="000000"/>
                <w:w w:val="102"/>
                <w:sz w:val="20"/>
              </w:rPr>
              <w:t>классов</w:t>
            </w:r>
          </w:p>
        </w:tc>
        <w:tc>
          <w:tcPr>
            <w:tcW w:w="3420" w:type="dxa"/>
            <w:vMerge w:val="restart"/>
            <w:tcMar>
              <w:left w:w="0" w:type="dxa"/>
              <w:right w:w="0" w:type="dxa"/>
            </w:tcMar>
          </w:tcPr>
          <w:p w14:paraId="3830BFAA" w14:textId="77777777" w:rsidR="00083BFC" w:rsidRDefault="0045250B">
            <w:pPr>
              <w:autoSpaceDE w:val="0"/>
              <w:autoSpaceDN w:val="0"/>
              <w:spacing w:before="198" w:after="0" w:line="230" w:lineRule="auto"/>
              <w:ind w:left="296"/>
            </w:pPr>
            <w:r>
              <w:rPr>
                <w:rFonts w:ascii="Times New Roman" w:eastAsia="Times New Roman" w:hAnsi="Times New Roman"/>
                <w:color w:val="000000"/>
                <w:w w:val="102"/>
                <w:sz w:val="20"/>
              </w:rPr>
              <w:t>______________Черкасова Е.А.</w:t>
            </w:r>
          </w:p>
        </w:tc>
        <w:tc>
          <w:tcPr>
            <w:tcW w:w="3460" w:type="dxa"/>
            <w:vMerge w:val="restart"/>
            <w:tcMar>
              <w:left w:w="0" w:type="dxa"/>
              <w:right w:w="0" w:type="dxa"/>
            </w:tcMar>
          </w:tcPr>
          <w:p w14:paraId="4135C189" w14:textId="77777777" w:rsidR="00083BFC" w:rsidRDefault="0045250B">
            <w:pPr>
              <w:autoSpaceDE w:val="0"/>
              <w:autoSpaceDN w:val="0"/>
              <w:spacing w:before="198" w:after="0" w:line="230" w:lineRule="auto"/>
              <w:ind w:left="392"/>
            </w:pPr>
            <w:r>
              <w:rPr>
                <w:rFonts w:ascii="Times New Roman" w:eastAsia="Times New Roman" w:hAnsi="Times New Roman"/>
                <w:color w:val="000000"/>
                <w:w w:val="102"/>
                <w:sz w:val="20"/>
              </w:rPr>
              <w:t>______________Борюшкина Л.В.</w:t>
            </w:r>
          </w:p>
        </w:tc>
      </w:tr>
      <w:tr w:rsidR="00083BFC" w14:paraId="6D7E84FD" w14:textId="77777777">
        <w:trPr>
          <w:trHeight w:hRule="exact" w:val="116"/>
        </w:trPr>
        <w:tc>
          <w:tcPr>
            <w:tcW w:w="3222" w:type="dxa"/>
            <w:vMerge w:val="restart"/>
            <w:tcMar>
              <w:left w:w="0" w:type="dxa"/>
              <w:right w:w="0" w:type="dxa"/>
            </w:tcMar>
          </w:tcPr>
          <w:p w14:paraId="4E1F440A" w14:textId="77777777" w:rsidR="00083BFC" w:rsidRDefault="0045250B">
            <w:pPr>
              <w:autoSpaceDE w:val="0"/>
              <w:autoSpaceDN w:val="0"/>
              <w:spacing w:before="2" w:after="0" w:line="230" w:lineRule="auto"/>
            </w:pPr>
            <w:r>
              <w:rPr>
                <w:rFonts w:ascii="Times New Roman" w:eastAsia="Times New Roman" w:hAnsi="Times New Roman"/>
                <w:color w:val="000000"/>
                <w:w w:val="102"/>
                <w:sz w:val="20"/>
              </w:rPr>
              <w:t>______________Егорова О.Н.</w:t>
            </w:r>
          </w:p>
        </w:tc>
        <w:tc>
          <w:tcPr>
            <w:tcW w:w="3429" w:type="dxa"/>
            <w:vMerge/>
          </w:tcPr>
          <w:p w14:paraId="20821232" w14:textId="77777777" w:rsidR="00083BFC" w:rsidRDefault="00083BFC"/>
        </w:tc>
        <w:tc>
          <w:tcPr>
            <w:tcW w:w="3429" w:type="dxa"/>
            <w:vMerge/>
          </w:tcPr>
          <w:p w14:paraId="3900C47B" w14:textId="77777777" w:rsidR="00083BFC" w:rsidRDefault="00083BFC"/>
        </w:tc>
      </w:tr>
      <w:tr w:rsidR="00083BFC" w14:paraId="27B75CAF" w14:textId="77777777">
        <w:trPr>
          <w:trHeight w:hRule="exact" w:val="304"/>
        </w:trPr>
        <w:tc>
          <w:tcPr>
            <w:tcW w:w="3429" w:type="dxa"/>
            <w:vMerge/>
          </w:tcPr>
          <w:p w14:paraId="29C0C3BD" w14:textId="77777777" w:rsidR="00083BFC" w:rsidRDefault="00083BFC"/>
        </w:tc>
        <w:tc>
          <w:tcPr>
            <w:tcW w:w="3420" w:type="dxa"/>
            <w:tcMar>
              <w:left w:w="0" w:type="dxa"/>
              <w:right w:w="0" w:type="dxa"/>
            </w:tcMar>
          </w:tcPr>
          <w:p w14:paraId="6321FDCE" w14:textId="77777777" w:rsidR="00083BFC" w:rsidRDefault="0045250B">
            <w:pPr>
              <w:autoSpaceDE w:val="0"/>
              <w:autoSpaceDN w:val="0"/>
              <w:spacing w:before="78" w:after="0" w:line="230" w:lineRule="auto"/>
              <w:ind w:left="296"/>
            </w:pPr>
            <w:r>
              <w:rPr>
                <w:rFonts w:ascii="Times New Roman" w:eastAsia="Times New Roman" w:hAnsi="Times New Roman"/>
                <w:color w:val="000000"/>
                <w:w w:val="102"/>
                <w:sz w:val="20"/>
              </w:rPr>
              <w:t>Протокол №____</w:t>
            </w:r>
          </w:p>
        </w:tc>
        <w:tc>
          <w:tcPr>
            <w:tcW w:w="3460" w:type="dxa"/>
            <w:tcMar>
              <w:left w:w="0" w:type="dxa"/>
              <w:right w:w="0" w:type="dxa"/>
            </w:tcMar>
          </w:tcPr>
          <w:p w14:paraId="2A12A101" w14:textId="77777777" w:rsidR="00083BFC" w:rsidRDefault="0045250B">
            <w:pPr>
              <w:autoSpaceDE w:val="0"/>
              <w:autoSpaceDN w:val="0"/>
              <w:spacing w:before="78" w:after="0" w:line="230" w:lineRule="auto"/>
              <w:ind w:left="392"/>
            </w:pPr>
            <w:r>
              <w:rPr>
                <w:rFonts w:ascii="Times New Roman" w:eastAsia="Times New Roman" w:hAnsi="Times New Roman"/>
                <w:color w:val="000000"/>
                <w:w w:val="102"/>
                <w:sz w:val="20"/>
              </w:rPr>
              <w:t>Приказ №____</w:t>
            </w:r>
          </w:p>
        </w:tc>
      </w:tr>
      <w:tr w:rsidR="00083BFC" w14:paraId="44545428" w14:textId="77777777">
        <w:trPr>
          <w:trHeight w:hRule="exact" w:val="300"/>
        </w:trPr>
        <w:tc>
          <w:tcPr>
            <w:tcW w:w="3222" w:type="dxa"/>
            <w:tcMar>
              <w:left w:w="0" w:type="dxa"/>
              <w:right w:w="0" w:type="dxa"/>
            </w:tcMar>
          </w:tcPr>
          <w:p w14:paraId="406B7DB1" w14:textId="77777777" w:rsidR="00083BFC" w:rsidRDefault="0045250B">
            <w:pPr>
              <w:autoSpaceDE w:val="0"/>
              <w:autoSpaceDN w:val="0"/>
              <w:spacing w:after="0" w:line="230" w:lineRule="auto"/>
            </w:pPr>
            <w:r>
              <w:rPr>
                <w:rFonts w:ascii="Times New Roman" w:eastAsia="Times New Roman" w:hAnsi="Times New Roman"/>
                <w:color w:val="000000"/>
                <w:w w:val="102"/>
                <w:sz w:val="20"/>
              </w:rPr>
              <w:t>Протокол №____</w:t>
            </w:r>
          </w:p>
        </w:tc>
        <w:tc>
          <w:tcPr>
            <w:tcW w:w="3420" w:type="dxa"/>
            <w:vMerge w:val="restart"/>
            <w:tcMar>
              <w:left w:w="0" w:type="dxa"/>
              <w:right w:w="0" w:type="dxa"/>
            </w:tcMar>
          </w:tcPr>
          <w:p w14:paraId="76C1BA27" w14:textId="77777777" w:rsidR="00083BFC" w:rsidRDefault="0045250B">
            <w:pPr>
              <w:autoSpaceDE w:val="0"/>
              <w:autoSpaceDN w:val="0"/>
              <w:spacing w:before="194" w:after="0" w:line="230" w:lineRule="auto"/>
              <w:ind w:left="296"/>
            </w:pPr>
            <w:r>
              <w:rPr>
                <w:rFonts w:ascii="Times New Roman" w:eastAsia="Times New Roman" w:hAnsi="Times New Roman"/>
                <w:color w:val="000000"/>
                <w:w w:val="102"/>
                <w:sz w:val="20"/>
              </w:rPr>
              <w:t>от "___" ____  20__ г.</w:t>
            </w:r>
          </w:p>
        </w:tc>
        <w:tc>
          <w:tcPr>
            <w:tcW w:w="3460" w:type="dxa"/>
            <w:vMerge w:val="restart"/>
            <w:tcMar>
              <w:left w:w="0" w:type="dxa"/>
              <w:right w:w="0" w:type="dxa"/>
            </w:tcMar>
          </w:tcPr>
          <w:p w14:paraId="010F559F" w14:textId="77777777" w:rsidR="00083BFC" w:rsidRDefault="0045250B">
            <w:pPr>
              <w:autoSpaceDE w:val="0"/>
              <w:autoSpaceDN w:val="0"/>
              <w:spacing w:before="194" w:after="0" w:line="230" w:lineRule="auto"/>
              <w:ind w:left="392"/>
            </w:pPr>
            <w:r>
              <w:rPr>
                <w:rFonts w:ascii="Times New Roman" w:eastAsia="Times New Roman" w:hAnsi="Times New Roman"/>
                <w:color w:val="000000"/>
                <w:w w:val="102"/>
                <w:sz w:val="20"/>
              </w:rPr>
              <w:t>от "___" ____20__ г.</w:t>
            </w:r>
          </w:p>
        </w:tc>
      </w:tr>
      <w:tr w:rsidR="00083BFC" w14:paraId="3507859F" w14:textId="77777777">
        <w:trPr>
          <w:trHeight w:hRule="exact" w:val="384"/>
        </w:trPr>
        <w:tc>
          <w:tcPr>
            <w:tcW w:w="3222" w:type="dxa"/>
            <w:tcMar>
              <w:left w:w="0" w:type="dxa"/>
              <w:right w:w="0" w:type="dxa"/>
            </w:tcMar>
          </w:tcPr>
          <w:p w14:paraId="722D607D" w14:textId="77777777" w:rsidR="00083BFC" w:rsidRDefault="0045250B">
            <w:pPr>
              <w:autoSpaceDE w:val="0"/>
              <w:autoSpaceDN w:val="0"/>
              <w:spacing w:before="98" w:after="0" w:line="230" w:lineRule="auto"/>
            </w:pPr>
            <w:r>
              <w:rPr>
                <w:rFonts w:ascii="Times New Roman" w:eastAsia="Times New Roman" w:hAnsi="Times New Roman"/>
                <w:color w:val="000000"/>
                <w:w w:val="102"/>
                <w:sz w:val="20"/>
              </w:rPr>
              <w:t>от "___" ____20__ г.</w:t>
            </w:r>
          </w:p>
        </w:tc>
        <w:tc>
          <w:tcPr>
            <w:tcW w:w="3429" w:type="dxa"/>
            <w:vMerge/>
          </w:tcPr>
          <w:p w14:paraId="51DB9E89" w14:textId="77777777" w:rsidR="00083BFC" w:rsidRDefault="00083BFC"/>
        </w:tc>
        <w:tc>
          <w:tcPr>
            <w:tcW w:w="3429" w:type="dxa"/>
            <w:vMerge/>
          </w:tcPr>
          <w:p w14:paraId="715DC2CF" w14:textId="77777777" w:rsidR="00083BFC" w:rsidRDefault="00083BFC"/>
        </w:tc>
      </w:tr>
    </w:tbl>
    <w:p w14:paraId="420DBC44" w14:textId="77777777" w:rsidR="0055760F" w:rsidRDefault="0045250B" w:rsidP="0055760F">
      <w:pPr>
        <w:autoSpaceDE w:val="0"/>
        <w:autoSpaceDN w:val="0"/>
        <w:spacing w:after="0" w:line="240" w:lineRule="auto"/>
        <w:ind w:right="3646"/>
        <w:jc w:val="right"/>
        <w:rPr>
          <w:rFonts w:ascii="Times New Roman" w:eastAsia="Times New Roman" w:hAnsi="Times New Roman"/>
          <w:b/>
          <w:color w:val="000000"/>
          <w:sz w:val="24"/>
          <w:lang w:val="ru-RU"/>
        </w:rPr>
      </w:pPr>
      <w:r w:rsidRPr="0055760F">
        <w:rPr>
          <w:rFonts w:ascii="Times New Roman" w:eastAsia="Times New Roman" w:hAnsi="Times New Roman"/>
          <w:b/>
          <w:color w:val="000000"/>
          <w:sz w:val="24"/>
          <w:lang w:val="ru-RU"/>
        </w:rPr>
        <w:t>РАБОЧАЯ ПРОГРАММА</w:t>
      </w:r>
    </w:p>
    <w:p w14:paraId="10D96A85" w14:textId="77777777" w:rsidR="00A9027C" w:rsidRPr="00A9027C" w:rsidRDefault="00A9027C" w:rsidP="00A9027C">
      <w:pPr>
        <w:autoSpaceDE w:val="0"/>
        <w:autoSpaceDN w:val="0"/>
        <w:spacing w:before="70" w:after="0" w:line="230" w:lineRule="auto"/>
        <w:ind w:right="1790"/>
        <w:jc w:val="center"/>
        <w:rPr>
          <w:rFonts w:ascii="Times New Roman" w:eastAsia="Times New Roman" w:hAnsi="Times New Roman"/>
          <w:b/>
          <w:color w:val="000000"/>
          <w:sz w:val="24"/>
          <w:szCs w:val="24"/>
          <w:lang w:val="ru-RU"/>
        </w:rPr>
      </w:pPr>
      <w:r w:rsidRPr="00A9027C">
        <w:rPr>
          <w:rFonts w:ascii="Times New Roman" w:eastAsia="Times New Roman" w:hAnsi="Times New Roman"/>
          <w:b/>
          <w:color w:val="000000"/>
          <w:sz w:val="24"/>
          <w:szCs w:val="24"/>
          <w:lang w:val="ru-RU"/>
        </w:rPr>
        <w:t>НАЧАЛЬНОГО ОБЩЕГО ОБРАЗОВАНИЯ</w:t>
      </w:r>
    </w:p>
    <w:p w14:paraId="5379B469" w14:textId="7FD824C3" w:rsidR="00083BFC" w:rsidRPr="0055760F" w:rsidRDefault="00A9027C" w:rsidP="00A9027C">
      <w:pPr>
        <w:autoSpaceDE w:val="0"/>
        <w:autoSpaceDN w:val="0"/>
        <w:spacing w:before="70" w:after="0" w:line="230" w:lineRule="auto"/>
        <w:ind w:right="1790"/>
        <w:jc w:val="center"/>
        <w:rPr>
          <w:lang w:val="ru-RU"/>
        </w:rPr>
      </w:pPr>
      <w:r w:rsidRPr="00A9027C">
        <w:rPr>
          <w:rFonts w:ascii="Times New Roman" w:eastAsia="Times New Roman" w:hAnsi="Times New Roman"/>
          <w:b/>
          <w:color w:val="000000"/>
          <w:sz w:val="24"/>
          <w:szCs w:val="24"/>
          <w:lang w:val="ru-RU"/>
        </w:rPr>
        <w:t xml:space="preserve"> </w:t>
      </w:r>
      <w:bookmarkStart w:id="0" w:name="_GoBack"/>
      <w:bookmarkEnd w:id="0"/>
      <w:r w:rsidR="0045250B" w:rsidRPr="0055760F">
        <w:rPr>
          <w:rFonts w:ascii="Times New Roman" w:eastAsia="Times New Roman" w:hAnsi="Times New Roman"/>
          <w:b/>
          <w:color w:val="000000"/>
          <w:sz w:val="24"/>
          <w:lang w:val="ru-RU"/>
        </w:rPr>
        <w:t>(</w:t>
      </w:r>
      <w:r w:rsidR="0045250B">
        <w:rPr>
          <w:rFonts w:ascii="Times New Roman" w:eastAsia="Times New Roman" w:hAnsi="Times New Roman"/>
          <w:b/>
          <w:color w:val="000000"/>
          <w:sz w:val="24"/>
        </w:rPr>
        <w:t>ID</w:t>
      </w:r>
      <w:r w:rsidR="0045250B" w:rsidRPr="0055760F">
        <w:rPr>
          <w:rFonts w:ascii="Times New Roman" w:eastAsia="Times New Roman" w:hAnsi="Times New Roman"/>
          <w:b/>
          <w:color w:val="000000"/>
          <w:sz w:val="24"/>
          <w:lang w:val="ru-RU"/>
        </w:rPr>
        <w:t xml:space="preserve"> 4902675)</w:t>
      </w:r>
    </w:p>
    <w:p w14:paraId="7F0B055E" w14:textId="77777777" w:rsidR="00083BFC" w:rsidRPr="0055760F" w:rsidRDefault="0045250B">
      <w:pPr>
        <w:autoSpaceDE w:val="0"/>
        <w:autoSpaceDN w:val="0"/>
        <w:spacing w:before="166" w:after="0" w:line="230" w:lineRule="auto"/>
        <w:ind w:right="4018"/>
        <w:jc w:val="right"/>
        <w:rPr>
          <w:lang w:val="ru-RU"/>
        </w:rPr>
      </w:pPr>
      <w:r w:rsidRPr="0055760F">
        <w:rPr>
          <w:rFonts w:ascii="Times New Roman" w:eastAsia="Times New Roman" w:hAnsi="Times New Roman"/>
          <w:color w:val="000000"/>
          <w:sz w:val="24"/>
          <w:lang w:val="ru-RU"/>
        </w:rPr>
        <w:t>учебного предмета</w:t>
      </w:r>
    </w:p>
    <w:p w14:paraId="64D9F68F" w14:textId="6D5344EF" w:rsidR="00083BFC" w:rsidRDefault="0045250B">
      <w:pPr>
        <w:autoSpaceDE w:val="0"/>
        <w:autoSpaceDN w:val="0"/>
        <w:spacing w:before="70" w:after="0" w:line="230" w:lineRule="auto"/>
        <w:ind w:right="3446"/>
        <w:jc w:val="right"/>
        <w:rPr>
          <w:rFonts w:ascii="Times New Roman" w:eastAsia="Times New Roman" w:hAnsi="Times New Roman"/>
          <w:color w:val="000000"/>
          <w:sz w:val="24"/>
          <w:lang w:val="ru-RU"/>
        </w:rPr>
      </w:pPr>
      <w:r w:rsidRPr="0055760F">
        <w:rPr>
          <w:rFonts w:ascii="Times New Roman" w:eastAsia="Times New Roman" w:hAnsi="Times New Roman"/>
          <w:color w:val="000000"/>
          <w:sz w:val="24"/>
          <w:lang w:val="ru-RU"/>
        </w:rPr>
        <w:t>«Изобразительное искусство»</w:t>
      </w:r>
    </w:p>
    <w:p w14:paraId="2E886FC0" w14:textId="2FD7C53A" w:rsidR="0055760F" w:rsidRDefault="0055760F">
      <w:pPr>
        <w:autoSpaceDE w:val="0"/>
        <w:autoSpaceDN w:val="0"/>
        <w:spacing w:before="70" w:after="0" w:line="230" w:lineRule="auto"/>
        <w:ind w:right="3446"/>
        <w:jc w:val="right"/>
        <w:rPr>
          <w:rFonts w:ascii="Times New Roman" w:eastAsia="Times New Roman" w:hAnsi="Times New Roman"/>
          <w:color w:val="000000"/>
          <w:sz w:val="24"/>
          <w:lang w:val="ru-RU"/>
        </w:rPr>
      </w:pPr>
    </w:p>
    <w:p w14:paraId="03B6164B" w14:textId="18513798" w:rsidR="0055760F" w:rsidRPr="0055760F" w:rsidRDefault="0055760F" w:rsidP="0055760F">
      <w:pPr>
        <w:autoSpaceDE w:val="0"/>
        <w:autoSpaceDN w:val="0"/>
        <w:spacing w:before="70" w:after="0" w:line="230" w:lineRule="auto"/>
        <w:ind w:left="1560" w:right="2357"/>
        <w:jc w:val="center"/>
        <w:rPr>
          <w:lang w:val="ru-RU"/>
        </w:rPr>
      </w:pPr>
      <w:r>
        <w:rPr>
          <w:rFonts w:ascii="Times New Roman" w:eastAsia="Times New Roman" w:hAnsi="Times New Roman"/>
          <w:color w:val="000000"/>
          <w:sz w:val="24"/>
          <w:lang w:val="ru-RU"/>
        </w:rPr>
        <w:t>(для 1-4 классов образовательных организаций)</w:t>
      </w:r>
    </w:p>
    <w:p w14:paraId="2516A547" w14:textId="77777777" w:rsidR="00083BFC" w:rsidRPr="0055760F" w:rsidRDefault="00083BFC">
      <w:pPr>
        <w:autoSpaceDE w:val="0"/>
        <w:autoSpaceDN w:val="0"/>
        <w:spacing w:after="78" w:line="220" w:lineRule="exact"/>
        <w:rPr>
          <w:lang w:val="ru-RU"/>
        </w:rPr>
      </w:pPr>
    </w:p>
    <w:p w14:paraId="4511787C"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46AA963E"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40767241"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6BE639CA"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1C2DA709"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74EC4C80"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31087BE2"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6E6F83E3"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3CB5D9D5"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6F5FECDF"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3418B4E8"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7BED5E82"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777A98E9"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535A3EAD"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0FABD1CF"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0CEE96A3"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2FDD64D4"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3BAA0250" w14:textId="77777777" w:rsidR="0055760F" w:rsidRDefault="0055760F">
      <w:pPr>
        <w:autoSpaceDE w:val="0"/>
        <w:autoSpaceDN w:val="0"/>
        <w:spacing w:after="0" w:line="230" w:lineRule="auto"/>
        <w:ind w:right="3828"/>
        <w:jc w:val="right"/>
        <w:rPr>
          <w:rFonts w:ascii="Times New Roman" w:eastAsia="Times New Roman" w:hAnsi="Times New Roman"/>
          <w:color w:val="000000"/>
          <w:sz w:val="24"/>
          <w:lang w:val="ru-RU"/>
        </w:rPr>
      </w:pPr>
    </w:p>
    <w:p w14:paraId="70CF6D5B" w14:textId="5B71E6A4" w:rsidR="00083BFC" w:rsidRPr="006518B0" w:rsidRDefault="0045250B">
      <w:pPr>
        <w:autoSpaceDE w:val="0"/>
        <w:autoSpaceDN w:val="0"/>
        <w:spacing w:after="0" w:line="230" w:lineRule="auto"/>
        <w:ind w:right="3828"/>
        <w:jc w:val="right"/>
        <w:rPr>
          <w:lang w:val="ru-RU"/>
        </w:rPr>
      </w:pPr>
      <w:r w:rsidRPr="0055760F">
        <w:rPr>
          <w:rFonts w:ascii="Times New Roman" w:eastAsia="Times New Roman" w:hAnsi="Times New Roman"/>
          <w:color w:val="000000"/>
          <w:sz w:val="24"/>
          <w:lang w:val="ru-RU"/>
        </w:rPr>
        <w:t>Болгар 202</w:t>
      </w:r>
      <w:r w:rsidR="006518B0">
        <w:rPr>
          <w:rFonts w:ascii="Times New Roman" w:eastAsia="Times New Roman" w:hAnsi="Times New Roman"/>
          <w:color w:val="000000"/>
          <w:sz w:val="24"/>
          <w:lang w:val="ru-RU"/>
        </w:rPr>
        <w:t>2</w:t>
      </w:r>
    </w:p>
    <w:p w14:paraId="60A330B8" w14:textId="77777777" w:rsidR="00083BFC" w:rsidRPr="0055760F" w:rsidRDefault="00083BFC">
      <w:pPr>
        <w:rPr>
          <w:lang w:val="ru-RU"/>
        </w:rPr>
      </w:pPr>
    </w:p>
    <w:p w14:paraId="329FB633" w14:textId="77777777" w:rsidR="003E10B7" w:rsidRPr="0055760F" w:rsidRDefault="003E10B7">
      <w:pPr>
        <w:rPr>
          <w:lang w:val="ru-RU"/>
        </w:rPr>
        <w:sectPr w:rsidR="003E10B7" w:rsidRPr="0055760F" w:rsidSect="006518B0">
          <w:headerReference w:type="default" r:id="rId8"/>
          <w:pgSz w:w="11900" w:h="16840"/>
          <w:pgMar w:top="298" w:right="1440" w:bottom="1440" w:left="1440" w:header="720" w:footer="720" w:gutter="0"/>
          <w:cols w:space="720" w:equalWidth="0">
            <w:col w:w="9020" w:space="0"/>
          </w:cols>
          <w:titlePg/>
          <w:docGrid w:linePitch="360"/>
        </w:sectPr>
      </w:pPr>
    </w:p>
    <w:p w14:paraId="28208131" w14:textId="35A91537" w:rsidR="00083BFC" w:rsidRPr="0055760F" w:rsidRDefault="003E10B7" w:rsidP="003E10B7">
      <w:pPr>
        <w:autoSpaceDE w:val="0"/>
        <w:autoSpaceDN w:val="0"/>
        <w:spacing w:after="0" w:line="230" w:lineRule="auto"/>
        <w:rPr>
          <w:lang w:val="ru-RU"/>
        </w:rPr>
      </w:pPr>
      <w:r w:rsidRPr="003E10B7">
        <w:rPr>
          <w:rFonts w:ascii="Times New Roman" w:eastAsia="Times New Roman" w:hAnsi="Times New Roman"/>
          <w:b/>
          <w:color w:val="000000"/>
          <w:sz w:val="24"/>
        </w:rPr>
        <w:lastRenderedPageBreak/>
        <w:t>I</w:t>
      </w:r>
      <w:r w:rsidRPr="0055760F">
        <w:rPr>
          <w:rFonts w:ascii="Times New Roman" w:eastAsia="Times New Roman" w:hAnsi="Times New Roman"/>
          <w:b/>
          <w:color w:val="000000"/>
          <w:sz w:val="24"/>
          <w:lang w:val="ru-RU"/>
        </w:rPr>
        <w:t xml:space="preserve">. </w:t>
      </w:r>
      <w:r w:rsidR="0045250B" w:rsidRPr="0055760F">
        <w:rPr>
          <w:rFonts w:ascii="Times New Roman" w:eastAsia="Times New Roman" w:hAnsi="Times New Roman"/>
          <w:b/>
          <w:color w:val="000000"/>
          <w:sz w:val="24"/>
          <w:lang w:val="ru-RU"/>
        </w:rPr>
        <w:t>ПОЯСНИТЕЛЬНАЯ ЗАПИСКА</w:t>
      </w:r>
    </w:p>
    <w:p w14:paraId="6F61FDC3" w14:textId="0C36C4C9" w:rsidR="002F3886" w:rsidRPr="008D51A4" w:rsidRDefault="002F3886" w:rsidP="002F3886">
      <w:pPr>
        <w:autoSpaceDE w:val="0"/>
        <w:autoSpaceDN w:val="0"/>
        <w:spacing w:before="346" w:after="0" w:line="240" w:lineRule="auto"/>
        <w:jc w:val="center"/>
        <w:rPr>
          <w:rFonts w:ascii="Times New Roman" w:hAnsi="Times New Roman" w:cs="Times New Roman"/>
          <w:b/>
          <w:bCs/>
          <w:color w:val="000000"/>
          <w:sz w:val="24"/>
          <w:szCs w:val="24"/>
          <w:shd w:val="clear" w:color="auto" w:fill="FFFFFF"/>
          <w:lang w:val="ru-RU"/>
        </w:rPr>
      </w:pPr>
      <w:r w:rsidRPr="008D51A4">
        <w:rPr>
          <w:rFonts w:ascii="Times New Roman" w:hAnsi="Times New Roman" w:cs="Times New Roman"/>
          <w:b/>
          <w:bCs/>
          <w:color w:val="000000"/>
          <w:sz w:val="24"/>
          <w:szCs w:val="24"/>
          <w:shd w:val="clear" w:color="auto" w:fill="FFFFFF"/>
          <w:lang w:val="ru-RU"/>
        </w:rPr>
        <w:t>1. ОБЩАЯ ХАРАКТЕРИСТИКА УЧЕБНОГО ПРЕДМЕТА «</w:t>
      </w:r>
      <w:r>
        <w:rPr>
          <w:rFonts w:ascii="Times New Roman" w:hAnsi="Times New Roman" w:cs="Times New Roman"/>
          <w:b/>
          <w:bCs/>
          <w:color w:val="000000"/>
          <w:sz w:val="24"/>
          <w:szCs w:val="24"/>
          <w:shd w:val="clear" w:color="auto" w:fill="FFFFFF"/>
          <w:lang w:val="ru-RU"/>
        </w:rPr>
        <w:t>ИЗОБРАЗИТЕЛЬНОЕ ИСКУССТВО</w:t>
      </w:r>
      <w:r w:rsidRPr="008D51A4">
        <w:rPr>
          <w:rFonts w:ascii="Times New Roman" w:hAnsi="Times New Roman" w:cs="Times New Roman"/>
          <w:b/>
          <w:bCs/>
          <w:color w:val="000000"/>
          <w:sz w:val="24"/>
          <w:szCs w:val="24"/>
          <w:shd w:val="clear" w:color="auto" w:fill="FFFFFF"/>
          <w:lang w:val="ru-RU"/>
        </w:rPr>
        <w:t>»</w:t>
      </w:r>
    </w:p>
    <w:p w14:paraId="63D03794" w14:textId="77777777" w:rsidR="002F3886" w:rsidRDefault="002F3886" w:rsidP="00C23CAF">
      <w:pPr>
        <w:autoSpaceDE w:val="0"/>
        <w:autoSpaceDN w:val="0"/>
        <w:spacing w:after="0" w:line="240" w:lineRule="auto"/>
        <w:ind w:left="284" w:right="62" w:firstLine="436"/>
        <w:jc w:val="both"/>
        <w:rPr>
          <w:rFonts w:ascii="Times New Roman" w:eastAsia="Times New Roman" w:hAnsi="Times New Roman"/>
          <w:color w:val="000000"/>
          <w:sz w:val="24"/>
          <w:lang w:val="ru-RU"/>
        </w:rPr>
      </w:pPr>
    </w:p>
    <w:p w14:paraId="0208EB94" w14:textId="0715A10E" w:rsidR="00083BFC" w:rsidRPr="005F2B85" w:rsidRDefault="0045250B" w:rsidP="00C23CAF">
      <w:pPr>
        <w:autoSpaceDE w:val="0"/>
        <w:autoSpaceDN w:val="0"/>
        <w:spacing w:after="0" w:line="240" w:lineRule="auto"/>
        <w:ind w:left="284" w:right="62" w:firstLine="436"/>
        <w:jc w:val="both"/>
        <w:rPr>
          <w:lang w:val="ru-RU"/>
        </w:rPr>
      </w:pPr>
      <w:r w:rsidRPr="005F2B85">
        <w:rPr>
          <w:rFonts w:ascii="Times New Roman" w:eastAsia="Times New Roman" w:hAnsi="Times New Roman"/>
          <w:color w:val="000000"/>
          <w:sz w:val="24"/>
          <w:lang w:val="ru-RU"/>
        </w:rPr>
        <w:t xml:space="preserve">Рабочая программа по изобразительному искусству для обучающихся 1 класса на уровне начального общего образования составлена на основе «Требований к результатам освоения основной </w:t>
      </w:r>
      <w:r w:rsidRPr="005F2B85">
        <w:rPr>
          <w:lang w:val="ru-RU"/>
        </w:rPr>
        <w:br/>
      </w:r>
      <w:r w:rsidRPr="005F2B85">
        <w:rPr>
          <w:rFonts w:ascii="Times New Roman" w:eastAsia="Times New Roman" w:hAnsi="Times New Roman"/>
          <w:color w:val="000000"/>
          <w:sz w:val="24"/>
          <w:lang w:val="ru-RU"/>
        </w:rPr>
        <w:t>образовательной программы», представленных в Федеральном государственном образовательном стандарте начального общего образования.</w:t>
      </w:r>
    </w:p>
    <w:p w14:paraId="2B4237C7" w14:textId="2AABD371" w:rsidR="00083BFC" w:rsidRPr="005F2B85" w:rsidRDefault="0045250B" w:rsidP="00C23CAF">
      <w:pPr>
        <w:tabs>
          <w:tab w:val="left" w:pos="180"/>
        </w:tabs>
        <w:autoSpaceDE w:val="0"/>
        <w:autoSpaceDN w:val="0"/>
        <w:spacing w:after="0" w:line="240" w:lineRule="auto"/>
        <w:ind w:left="284" w:right="62"/>
        <w:jc w:val="both"/>
        <w:rPr>
          <w:lang w:val="ru-RU"/>
        </w:rPr>
      </w:pPr>
      <w:r w:rsidRPr="005F2B85">
        <w:rPr>
          <w:lang w:val="ru-RU"/>
        </w:rPr>
        <w:tab/>
      </w:r>
      <w:r w:rsidRPr="005F2B85">
        <w:rPr>
          <w:rFonts w:ascii="Times New Roman" w:eastAsia="Times New Roman" w:hAnsi="Times New Roman"/>
          <w:color w:val="000000"/>
          <w:sz w:val="24"/>
          <w:lang w:val="ru-RU"/>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14:paraId="3E0B25F2" w14:textId="2B288FC0" w:rsidR="002F3886" w:rsidRPr="008D51A4" w:rsidRDefault="002F3886" w:rsidP="002F3886">
      <w:pPr>
        <w:tabs>
          <w:tab w:val="left" w:pos="180"/>
        </w:tabs>
        <w:autoSpaceDE w:val="0"/>
        <w:autoSpaceDN w:val="0"/>
        <w:spacing w:before="192" w:after="0" w:line="240" w:lineRule="auto"/>
        <w:ind w:right="144"/>
        <w:jc w:val="both"/>
        <w:rPr>
          <w:rFonts w:ascii="Times New Roman" w:hAnsi="Times New Roman" w:cs="Times New Roman"/>
          <w:b/>
          <w:bCs/>
          <w:color w:val="000000"/>
          <w:sz w:val="24"/>
          <w:szCs w:val="24"/>
          <w:shd w:val="clear" w:color="auto" w:fill="FFFFFF"/>
          <w:lang w:val="ru-RU"/>
        </w:rPr>
      </w:pPr>
      <w:r w:rsidRPr="008D51A4">
        <w:rPr>
          <w:rFonts w:ascii="Times New Roman" w:hAnsi="Times New Roman" w:cs="Times New Roman"/>
          <w:b/>
          <w:bCs/>
          <w:color w:val="000000"/>
          <w:sz w:val="24"/>
          <w:szCs w:val="24"/>
          <w:shd w:val="clear" w:color="auto" w:fill="FFFFFF"/>
          <w:lang w:val="ru-RU"/>
        </w:rPr>
        <w:t>2.ЦЕЛИ ИЗУЧЕНИЯ УЧЕБНОГО ПРЕДМЕТА «</w:t>
      </w:r>
      <w:r>
        <w:rPr>
          <w:rFonts w:ascii="Times New Roman" w:hAnsi="Times New Roman" w:cs="Times New Roman"/>
          <w:b/>
          <w:bCs/>
          <w:color w:val="000000"/>
          <w:sz w:val="24"/>
          <w:szCs w:val="24"/>
          <w:shd w:val="clear" w:color="auto" w:fill="FFFFFF"/>
          <w:lang w:val="ru-RU"/>
        </w:rPr>
        <w:t>ИЗОБРАЗИТЕЛЬНОЕ ИСКУССТВО</w:t>
      </w:r>
      <w:r w:rsidRPr="008D51A4">
        <w:rPr>
          <w:rFonts w:ascii="Times New Roman" w:hAnsi="Times New Roman" w:cs="Times New Roman"/>
          <w:b/>
          <w:bCs/>
          <w:color w:val="000000"/>
          <w:sz w:val="24"/>
          <w:szCs w:val="24"/>
          <w:shd w:val="clear" w:color="auto" w:fill="FFFFFF"/>
          <w:lang w:val="ru-RU"/>
        </w:rPr>
        <w:t>»</w:t>
      </w:r>
    </w:p>
    <w:p w14:paraId="1FDF1C32" w14:textId="77777777" w:rsidR="002F3886" w:rsidRDefault="002F3886" w:rsidP="00C23CAF">
      <w:pPr>
        <w:autoSpaceDE w:val="0"/>
        <w:autoSpaceDN w:val="0"/>
        <w:spacing w:after="0" w:line="240" w:lineRule="auto"/>
        <w:ind w:left="284" w:right="62" w:firstLine="436"/>
        <w:jc w:val="both"/>
        <w:rPr>
          <w:rFonts w:ascii="Times New Roman" w:eastAsia="Times New Roman" w:hAnsi="Times New Roman"/>
          <w:color w:val="000000"/>
          <w:sz w:val="24"/>
          <w:lang w:val="ru-RU"/>
        </w:rPr>
      </w:pPr>
    </w:p>
    <w:p w14:paraId="26628AD0" w14:textId="303C99A5" w:rsidR="00083BFC" w:rsidRPr="005F2B85" w:rsidRDefault="0045250B" w:rsidP="00C23CAF">
      <w:pPr>
        <w:autoSpaceDE w:val="0"/>
        <w:autoSpaceDN w:val="0"/>
        <w:spacing w:after="0" w:line="240" w:lineRule="auto"/>
        <w:ind w:left="284" w:right="62" w:firstLine="436"/>
        <w:jc w:val="both"/>
        <w:rPr>
          <w:lang w:val="ru-RU"/>
        </w:rPr>
      </w:pPr>
      <w:r w:rsidRPr="005F2B85">
        <w:rPr>
          <w:rFonts w:ascii="Times New Roman" w:eastAsia="Times New Roman" w:hAnsi="Times New Roman"/>
          <w:color w:val="000000"/>
          <w:sz w:val="24"/>
          <w:lang w:val="ru-RU"/>
        </w:rPr>
        <w:t xml:space="preserve">Цель преподавания предмета «Изобразительное искусство» состоит в формировании </w:t>
      </w:r>
      <w:r w:rsidRPr="005F2B85">
        <w:rPr>
          <w:lang w:val="ru-RU"/>
        </w:rPr>
        <w:br/>
      </w:r>
      <w:r w:rsidRPr="005F2B85">
        <w:rPr>
          <w:rFonts w:ascii="Times New Roman" w:eastAsia="Times New Roman" w:hAnsi="Times New Roman"/>
          <w:color w:val="000000"/>
          <w:sz w:val="24"/>
          <w:lang w:val="ru-RU"/>
        </w:rPr>
        <w:t>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14:paraId="2D741CEA" w14:textId="77777777" w:rsidR="00083BFC" w:rsidRPr="005F2B85" w:rsidRDefault="0045250B" w:rsidP="00C23CAF">
      <w:pPr>
        <w:autoSpaceDE w:val="0"/>
        <w:autoSpaceDN w:val="0"/>
        <w:spacing w:after="0" w:line="240" w:lineRule="auto"/>
        <w:ind w:left="284" w:right="62" w:firstLine="436"/>
        <w:jc w:val="both"/>
        <w:rPr>
          <w:lang w:val="ru-RU"/>
        </w:rPr>
      </w:pPr>
      <w:r w:rsidRPr="005F2B85">
        <w:rPr>
          <w:rFonts w:ascii="Times New Roman" w:eastAsia="Times New Roman" w:hAnsi="Times New Roman"/>
          <w:color w:val="000000"/>
          <w:sz w:val="24"/>
          <w:lang w:val="ru-RU"/>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5A85FE32" w14:textId="77777777" w:rsidR="00083BFC" w:rsidRPr="005F2B85" w:rsidRDefault="0045250B" w:rsidP="00C23CAF">
      <w:pPr>
        <w:autoSpaceDE w:val="0"/>
        <w:autoSpaceDN w:val="0"/>
        <w:spacing w:after="0" w:line="240" w:lineRule="auto"/>
        <w:ind w:left="284" w:right="62" w:firstLine="436"/>
        <w:jc w:val="both"/>
        <w:rPr>
          <w:lang w:val="ru-RU"/>
        </w:rPr>
      </w:pPr>
      <w:r w:rsidRPr="005F2B85">
        <w:rPr>
          <w:rFonts w:ascii="Times New Roman" w:eastAsia="Times New Roman" w:hAnsi="Times New Roman"/>
          <w:color w:val="000000"/>
          <w:sz w:val="24"/>
          <w:lang w:val="ru-RU"/>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61759F0D" w14:textId="77777777" w:rsidR="00083BFC" w:rsidRPr="005F2B85" w:rsidRDefault="0045250B" w:rsidP="00C23CAF">
      <w:pPr>
        <w:autoSpaceDE w:val="0"/>
        <w:autoSpaceDN w:val="0"/>
        <w:spacing w:after="0" w:line="240" w:lineRule="auto"/>
        <w:ind w:left="284" w:right="62" w:firstLine="436"/>
        <w:jc w:val="both"/>
        <w:rPr>
          <w:lang w:val="ru-RU"/>
        </w:rPr>
      </w:pPr>
      <w:r w:rsidRPr="005F2B85">
        <w:rPr>
          <w:rFonts w:ascii="Times New Roman" w:eastAsia="Times New Roman" w:hAnsi="Times New Roman"/>
          <w:color w:val="000000"/>
          <w:sz w:val="24"/>
          <w:lang w:val="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8639C39" w14:textId="77777777" w:rsidR="00083BFC" w:rsidRPr="005F2B85" w:rsidRDefault="0045250B" w:rsidP="00C23CAF">
      <w:pPr>
        <w:autoSpaceDE w:val="0"/>
        <w:autoSpaceDN w:val="0"/>
        <w:spacing w:after="0" w:line="240" w:lineRule="auto"/>
        <w:ind w:left="284" w:right="62" w:firstLine="436"/>
        <w:jc w:val="both"/>
        <w:rPr>
          <w:lang w:val="ru-RU"/>
        </w:rPr>
      </w:pPr>
      <w:r w:rsidRPr="005F2B85">
        <w:rPr>
          <w:rFonts w:ascii="Times New Roman" w:eastAsia="Times New Roman" w:hAnsi="Times New Roman"/>
          <w:color w:val="000000"/>
          <w:sz w:val="24"/>
          <w:lang w:val="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206D2321" w14:textId="77777777" w:rsidR="00083BFC" w:rsidRPr="005F2B85" w:rsidRDefault="0045250B" w:rsidP="00C23CAF">
      <w:pPr>
        <w:autoSpaceDE w:val="0"/>
        <w:autoSpaceDN w:val="0"/>
        <w:spacing w:after="0" w:line="240" w:lineRule="auto"/>
        <w:ind w:left="284" w:right="62" w:firstLine="436"/>
        <w:jc w:val="both"/>
        <w:rPr>
          <w:lang w:val="ru-RU"/>
        </w:rPr>
      </w:pPr>
      <w:r w:rsidRPr="005F2B85">
        <w:rPr>
          <w:rFonts w:ascii="Times New Roman" w:eastAsia="Times New Roman" w:hAnsi="Times New Roman"/>
          <w:color w:val="000000"/>
          <w:sz w:val="24"/>
          <w:lang w:val="ru-RU"/>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5F2B85">
        <w:rPr>
          <w:rFonts w:ascii="Times New Roman" w:eastAsia="Times New Roman" w:hAnsi="Times New Roman"/>
          <w:i/>
          <w:color w:val="000000"/>
          <w:sz w:val="24"/>
          <w:lang w:val="ru-RU"/>
        </w:rPr>
        <w:t xml:space="preserve">художественно-творческая деятельность занимает приоритетное пространство учебного времени. При опоре на восприятие </w:t>
      </w:r>
      <w:r w:rsidRPr="005F2B85">
        <w:rPr>
          <w:rFonts w:ascii="Times New Roman" w:eastAsia="Times New Roman" w:hAnsi="Times New Roman"/>
          <w:color w:val="000000"/>
          <w:sz w:val="24"/>
          <w:lang w:val="ru-RU"/>
        </w:rPr>
        <w:t>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15E97C89" w14:textId="3A460147" w:rsidR="00083BFC" w:rsidRPr="005F2B85" w:rsidRDefault="0045250B" w:rsidP="00C23CAF">
      <w:pPr>
        <w:tabs>
          <w:tab w:val="left" w:pos="180"/>
        </w:tabs>
        <w:autoSpaceDE w:val="0"/>
        <w:autoSpaceDN w:val="0"/>
        <w:spacing w:after="0" w:line="240" w:lineRule="auto"/>
        <w:ind w:left="284" w:right="62"/>
        <w:jc w:val="both"/>
        <w:rPr>
          <w:lang w:val="ru-RU"/>
        </w:rPr>
      </w:pPr>
      <w:r w:rsidRPr="005F2B85">
        <w:rPr>
          <w:lang w:val="ru-RU"/>
        </w:rPr>
        <w:tab/>
      </w:r>
      <w:r w:rsidRPr="005F2B85">
        <w:rPr>
          <w:rFonts w:ascii="Times New Roman" w:eastAsia="Times New Roman" w:hAnsi="Times New Roman"/>
          <w:color w:val="000000"/>
          <w:sz w:val="24"/>
          <w:lang w:val="ru-RU"/>
        </w:rPr>
        <w:t xml:space="preserve">Рабочая программа учитывает психолого-возрастные особенности развития детей 7—8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r w:rsidRPr="005F2B85">
        <w:rPr>
          <w:lang w:val="ru-RU"/>
        </w:rPr>
        <w:tab/>
      </w:r>
      <w:r w:rsidRPr="005F2B85">
        <w:rPr>
          <w:rFonts w:ascii="Times New Roman" w:eastAsia="Times New Roman" w:hAnsi="Times New Roman"/>
          <w:color w:val="000000"/>
          <w:sz w:val="24"/>
          <w:lang w:val="ru-RU"/>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395B5B8D" w14:textId="29900B41" w:rsidR="00083BFC" w:rsidRPr="003E10B7" w:rsidRDefault="002F3886" w:rsidP="003E10B7">
      <w:pPr>
        <w:tabs>
          <w:tab w:val="left" w:pos="180"/>
        </w:tabs>
        <w:autoSpaceDE w:val="0"/>
        <w:autoSpaceDN w:val="0"/>
        <w:spacing w:before="190" w:after="0" w:line="262" w:lineRule="auto"/>
        <w:ind w:right="62"/>
        <w:rPr>
          <w:lang w:val="ru-RU"/>
        </w:rPr>
      </w:pPr>
      <w:r>
        <w:rPr>
          <w:rFonts w:ascii="Times New Roman" w:eastAsia="Times New Roman" w:hAnsi="Times New Roman"/>
          <w:b/>
          <w:color w:val="000000"/>
          <w:sz w:val="24"/>
          <w:lang w:val="ru-RU"/>
        </w:rPr>
        <w:tab/>
        <w:t>3</w:t>
      </w:r>
      <w:r w:rsidR="003E10B7">
        <w:rPr>
          <w:rFonts w:ascii="Times New Roman" w:eastAsia="Times New Roman" w:hAnsi="Times New Roman"/>
          <w:b/>
          <w:color w:val="000000"/>
          <w:sz w:val="24"/>
          <w:lang w:val="ru-RU"/>
        </w:rPr>
        <w:t xml:space="preserve">. </w:t>
      </w:r>
      <w:r w:rsidR="0045250B" w:rsidRPr="003E10B7">
        <w:rPr>
          <w:rFonts w:ascii="Times New Roman" w:eastAsia="Times New Roman" w:hAnsi="Times New Roman"/>
          <w:b/>
          <w:color w:val="000000"/>
          <w:sz w:val="24"/>
          <w:lang w:val="ru-RU"/>
        </w:rPr>
        <w:t>МЕСТО УЧЕБНОГО ПРЕДМЕТА «ИЗОБРАЗИТЕЛЬНОЕ ИСКУССТВО» В УЧЕБНОМ ПЛАНЕ</w:t>
      </w:r>
    </w:p>
    <w:p w14:paraId="6F54BEC7" w14:textId="17B0709A" w:rsidR="00083BFC" w:rsidRPr="005F2B85" w:rsidRDefault="0045250B" w:rsidP="00C23CAF">
      <w:pPr>
        <w:tabs>
          <w:tab w:val="left" w:pos="284"/>
        </w:tabs>
        <w:autoSpaceDE w:val="0"/>
        <w:autoSpaceDN w:val="0"/>
        <w:spacing w:after="0" w:line="240" w:lineRule="auto"/>
        <w:ind w:left="284" w:right="62"/>
        <w:jc w:val="both"/>
        <w:rPr>
          <w:lang w:val="ru-RU"/>
        </w:rPr>
      </w:pPr>
      <w:r w:rsidRPr="005F2B85">
        <w:rPr>
          <w:lang w:val="ru-RU"/>
        </w:rPr>
        <w:lastRenderedPageBreak/>
        <w:tab/>
      </w:r>
      <w:r w:rsidR="006518B0">
        <w:rPr>
          <w:lang w:val="ru-RU"/>
        </w:rPr>
        <w:tab/>
      </w:r>
      <w:r w:rsidRPr="005F2B85">
        <w:rPr>
          <w:rFonts w:ascii="Times New Roman" w:eastAsia="Times New Roman" w:hAnsi="Times New Roman"/>
          <w:color w:val="000000"/>
          <w:sz w:val="24"/>
          <w:lang w:val="ru-RU"/>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w:t>
      </w:r>
      <w:r w:rsidR="006518B0">
        <w:rPr>
          <w:rFonts w:ascii="Times New Roman" w:eastAsia="Times New Roman" w:hAnsi="Times New Roman"/>
          <w:color w:val="000000"/>
          <w:sz w:val="24"/>
          <w:lang w:val="ru-RU"/>
        </w:rPr>
        <w:t xml:space="preserve">  </w:t>
      </w:r>
    </w:p>
    <w:p w14:paraId="49289B76" w14:textId="77777777" w:rsidR="003E10B7" w:rsidRPr="00635FB6" w:rsidRDefault="0045250B" w:rsidP="00C23CAF">
      <w:pPr>
        <w:tabs>
          <w:tab w:val="left" w:pos="284"/>
        </w:tabs>
        <w:autoSpaceDE w:val="0"/>
        <w:autoSpaceDN w:val="0"/>
        <w:spacing w:after="0" w:line="240" w:lineRule="auto"/>
        <w:ind w:left="284" w:right="62"/>
        <w:jc w:val="both"/>
        <w:rPr>
          <w:rFonts w:ascii="Times New Roman" w:eastAsia="Times New Roman" w:hAnsi="Times New Roman"/>
          <w:color w:val="000000"/>
          <w:sz w:val="24"/>
          <w:lang w:val="ru-RU"/>
        </w:rPr>
      </w:pPr>
      <w:r w:rsidRPr="005F2B85">
        <w:rPr>
          <w:rFonts w:ascii="Times New Roman" w:eastAsia="Times New Roman" w:hAnsi="Times New Roman"/>
          <w:color w:val="000000"/>
          <w:sz w:val="24"/>
          <w:lang w:val="ru-RU"/>
        </w:rPr>
        <w:t xml:space="preserve">«Искусство»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w:t>
      </w:r>
    </w:p>
    <w:p w14:paraId="2127DA98" w14:textId="35E0E62B" w:rsidR="00083BFC" w:rsidRPr="005F2B85" w:rsidRDefault="0045250B" w:rsidP="00C23CAF">
      <w:pPr>
        <w:tabs>
          <w:tab w:val="left" w:pos="284"/>
        </w:tabs>
        <w:autoSpaceDE w:val="0"/>
        <w:autoSpaceDN w:val="0"/>
        <w:spacing w:after="0" w:line="240" w:lineRule="auto"/>
        <w:ind w:left="284" w:right="62"/>
        <w:jc w:val="both"/>
        <w:rPr>
          <w:lang w:val="ru-RU"/>
        </w:rPr>
      </w:pPr>
      <w:r w:rsidRPr="005F2B85">
        <w:rPr>
          <w:rFonts w:ascii="Times New Roman" w:eastAsia="Times New Roman" w:hAnsi="Times New Roman"/>
          <w:color w:val="000000"/>
          <w:sz w:val="24"/>
          <w:lang w:val="ru-RU"/>
        </w:rPr>
        <w:t>классов программы начального общего образования в объёме 1 ч одного учебного часа в неделю. Изучение содержания всех модулей в 1 классе обязательно.</w:t>
      </w:r>
    </w:p>
    <w:p w14:paraId="10F9CE44" w14:textId="77777777" w:rsidR="00083BFC" w:rsidRPr="005F2B85" w:rsidRDefault="0045250B" w:rsidP="00C23CAF">
      <w:pPr>
        <w:tabs>
          <w:tab w:val="left" w:pos="284"/>
        </w:tabs>
        <w:autoSpaceDE w:val="0"/>
        <w:autoSpaceDN w:val="0"/>
        <w:spacing w:after="0" w:line="240" w:lineRule="auto"/>
        <w:ind w:left="284" w:right="62" w:firstLine="720"/>
        <w:jc w:val="both"/>
        <w:rPr>
          <w:lang w:val="ru-RU"/>
        </w:rPr>
      </w:pPr>
      <w:r w:rsidRPr="005F2B85">
        <w:rPr>
          <w:rFonts w:ascii="Times New Roman" w:eastAsia="Times New Roman" w:hAnsi="Times New Roman"/>
          <w:color w:val="000000"/>
          <w:sz w:val="24"/>
          <w:lang w:val="ru-RU"/>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5A6AC066" w14:textId="69E499AE" w:rsidR="00083BFC" w:rsidRPr="00635FB6" w:rsidRDefault="0045250B" w:rsidP="00C23CAF">
      <w:pPr>
        <w:tabs>
          <w:tab w:val="left" w:pos="284"/>
        </w:tabs>
        <w:autoSpaceDE w:val="0"/>
        <w:autoSpaceDN w:val="0"/>
        <w:spacing w:after="0" w:line="240" w:lineRule="auto"/>
        <w:ind w:left="284" w:right="62" w:firstLine="720"/>
        <w:jc w:val="both"/>
        <w:rPr>
          <w:rFonts w:ascii="Times New Roman" w:eastAsia="Times New Roman" w:hAnsi="Times New Roman"/>
          <w:color w:val="000000"/>
          <w:sz w:val="24"/>
          <w:lang w:val="ru-RU"/>
        </w:rPr>
      </w:pPr>
      <w:r w:rsidRPr="005F2B85">
        <w:rPr>
          <w:rFonts w:ascii="Times New Roman" w:eastAsia="Times New Roman" w:hAnsi="Times New Roman"/>
          <w:color w:val="000000"/>
          <w:sz w:val="24"/>
          <w:lang w:val="ru-RU"/>
        </w:rPr>
        <w:t>На изучение изобразительного искусства в 1 классе отводитс</w:t>
      </w:r>
      <w:r w:rsidR="002F3886">
        <w:rPr>
          <w:rFonts w:ascii="Times New Roman" w:eastAsia="Times New Roman" w:hAnsi="Times New Roman"/>
          <w:color w:val="000000"/>
          <w:sz w:val="24"/>
          <w:lang w:val="ru-RU"/>
        </w:rPr>
        <w:t>я 1 час в неделю, всего 33 часа, во 2-м классе- 34часа, в 3-м классе – 34 часа, в 4-м классе – 34часа.</w:t>
      </w:r>
    </w:p>
    <w:p w14:paraId="4ECE5145" w14:textId="77777777" w:rsidR="003E10B7" w:rsidRPr="00635FB6" w:rsidRDefault="003E10B7" w:rsidP="00C23CAF">
      <w:pPr>
        <w:tabs>
          <w:tab w:val="left" w:pos="284"/>
        </w:tabs>
        <w:autoSpaceDE w:val="0"/>
        <w:autoSpaceDN w:val="0"/>
        <w:spacing w:after="0" w:line="240" w:lineRule="auto"/>
        <w:ind w:left="284" w:right="62" w:firstLine="720"/>
        <w:jc w:val="both"/>
        <w:rPr>
          <w:lang w:val="ru-RU"/>
        </w:rPr>
      </w:pPr>
    </w:p>
    <w:p w14:paraId="66C68E76" w14:textId="74CF8951" w:rsidR="006518B0" w:rsidRDefault="002F3886" w:rsidP="00C23CAF">
      <w:pPr>
        <w:spacing w:after="0" w:line="240" w:lineRule="auto"/>
        <w:ind w:left="142"/>
        <w:rPr>
          <w:rFonts w:ascii="Times New Roman" w:hAnsi="Times New Roman" w:cs="Times New Roman"/>
          <w:b/>
          <w:bCs/>
          <w:sz w:val="24"/>
          <w:szCs w:val="24"/>
          <w:lang w:val="ru-RU"/>
        </w:rPr>
      </w:pPr>
      <w:r>
        <w:rPr>
          <w:rFonts w:ascii="Times New Roman" w:hAnsi="Times New Roman" w:cs="Times New Roman"/>
          <w:b/>
          <w:bCs/>
          <w:sz w:val="24"/>
          <w:szCs w:val="24"/>
          <w:lang w:val="ru-RU"/>
        </w:rPr>
        <w:t>4</w:t>
      </w:r>
      <w:r w:rsidR="003E10B7" w:rsidRPr="003E10B7">
        <w:rPr>
          <w:rFonts w:ascii="Times New Roman" w:hAnsi="Times New Roman" w:cs="Times New Roman"/>
          <w:b/>
          <w:bCs/>
          <w:sz w:val="24"/>
          <w:szCs w:val="24"/>
          <w:lang w:val="ru-RU"/>
        </w:rPr>
        <w:t xml:space="preserve">. </w:t>
      </w:r>
      <w:r w:rsidR="006518B0">
        <w:rPr>
          <w:rFonts w:ascii="Times New Roman" w:hAnsi="Times New Roman" w:cs="Times New Roman"/>
          <w:b/>
          <w:bCs/>
          <w:sz w:val="24"/>
          <w:szCs w:val="24"/>
          <w:lang w:val="ru-RU"/>
        </w:rPr>
        <w:t>УЧЕТ ПРОГРАММЫ ВОСПИТАНИЯ В ОБРАЗОВАТЕЛЬНОМ ПРОЦЕССЕ</w:t>
      </w:r>
    </w:p>
    <w:p w14:paraId="2B56BA34" w14:textId="12D9A3FA" w:rsidR="006518B0" w:rsidRPr="006518B0" w:rsidRDefault="006518B0" w:rsidP="00C23CAF">
      <w:pPr>
        <w:autoSpaceDE w:val="0"/>
        <w:autoSpaceDN w:val="0"/>
        <w:spacing w:after="0" w:line="240" w:lineRule="auto"/>
        <w:ind w:left="284" w:right="62" w:firstLine="436"/>
        <w:jc w:val="both"/>
        <w:rPr>
          <w:rFonts w:ascii="Times New Roman" w:hAnsi="Times New Roman" w:cs="Times New Roman"/>
          <w:sz w:val="24"/>
          <w:szCs w:val="24"/>
          <w:lang w:val="ru-RU"/>
        </w:rPr>
      </w:pPr>
      <w:r w:rsidRPr="006518B0">
        <w:rPr>
          <w:rFonts w:ascii="Times New Roman" w:hAnsi="Times New Roman" w:cs="Times New Roman"/>
          <w:sz w:val="24"/>
          <w:szCs w:val="24"/>
          <w:lang w:val="ru-RU"/>
        </w:rPr>
        <w:t>Изучение предметной области «</w:t>
      </w:r>
      <w:r>
        <w:rPr>
          <w:rFonts w:ascii="Times New Roman" w:hAnsi="Times New Roman" w:cs="Times New Roman"/>
          <w:sz w:val="24"/>
          <w:szCs w:val="24"/>
          <w:lang w:val="ru-RU"/>
        </w:rPr>
        <w:t>Искусство</w:t>
      </w:r>
      <w:r w:rsidRPr="006518B0">
        <w:rPr>
          <w:rFonts w:ascii="Times New Roman" w:hAnsi="Times New Roman" w:cs="Times New Roman"/>
          <w:sz w:val="24"/>
          <w:szCs w:val="24"/>
          <w:lang w:val="ru-RU"/>
        </w:rPr>
        <w:t>» основано на межпредметных связях с предметами: «</w:t>
      </w:r>
      <w:r>
        <w:rPr>
          <w:rFonts w:ascii="Times New Roman" w:hAnsi="Times New Roman" w:cs="Times New Roman"/>
          <w:sz w:val="24"/>
          <w:szCs w:val="24"/>
          <w:lang w:val="ru-RU"/>
        </w:rPr>
        <w:t>Математика</w:t>
      </w:r>
      <w:r w:rsidRPr="006518B0">
        <w:rPr>
          <w:rFonts w:ascii="Times New Roman" w:hAnsi="Times New Roman" w:cs="Times New Roman"/>
          <w:sz w:val="24"/>
          <w:szCs w:val="24"/>
          <w:lang w:val="ru-RU"/>
        </w:rPr>
        <w:t>», «</w:t>
      </w:r>
      <w:r>
        <w:rPr>
          <w:rFonts w:ascii="Times New Roman" w:hAnsi="Times New Roman" w:cs="Times New Roman"/>
          <w:sz w:val="24"/>
          <w:szCs w:val="24"/>
          <w:lang w:val="ru-RU"/>
        </w:rPr>
        <w:t>Окружающий мир</w:t>
      </w:r>
      <w:r w:rsidRPr="006518B0">
        <w:rPr>
          <w:rFonts w:ascii="Times New Roman" w:hAnsi="Times New Roman" w:cs="Times New Roman"/>
          <w:sz w:val="24"/>
          <w:szCs w:val="24"/>
          <w:lang w:val="ru-RU"/>
        </w:rPr>
        <w:t>», «</w:t>
      </w:r>
      <w:r>
        <w:rPr>
          <w:rFonts w:ascii="Times New Roman" w:hAnsi="Times New Roman" w:cs="Times New Roman"/>
          <w:sz w:val="24"/>
          <w:szCs w:val="24"/>
          <w:lang w:val="ru-RU"/>
        </w:rPr>
        <w:t>Литературное чтение</w:t>
      </w:r>
      <w:r w:rsidRPr="006518B0">
        <w:rPr>
          <w:rFonts w:ascii="Times New Roman" w:hAnsi="Times New Roman" w:cs="Times New Roman"/>
          <w:sz w:val="24"/>
          <w:szCs w:val="24"/>
          <w:lang w:val="ru-RU"/>
        </w:rPr>
        <w:t>», «</w:t>
      </w:r>
      <w:r>
        <w:rPr>
          <w:rFonts w:ascii="Times New Roman" w:hAnsi="Times New Roman" w:cs="Times New Roman"/>
          <w:sz w:val="24"/>
          <w:szCs w:val="24"/>
          <w:lang w:val="ru-RU"/>
        </w:rPr>
        <w:t>Технология</w:t>
      </w:r>
      <w:r w:rsidRPr="006518B0">
        <w:rPr>
          <w:rFonts w:ascii="Times New Roman" w:hAnsi="Times New Roman" w:cs="Times New Roman"/>
          <w:sz w:val="24"/>
          <w:szCs w:val="24"/>
          <w:lang w:val="ru-RU"/>
        </w:rPr>
        <w:t>», «Музыка.</w:t>
      </w:r>
    </w:p>
    <w:p w14:paraId="39321696" w14:textId="57597AB2" w:rsidR="006518B0" w:rsidRDefault="006518B0" w:rsidP="00C23CAF">
      <w:pPr>
        <w:autoSpaceDE w:val="0"/>
        <w:autoSpaceDN w:val="0"/>
        <w:spacing w:after="0" w:line="240" w:lineRule="auto"/>
        <w:ind w:left="284" w:right="62" w:firstLine="436"/>
        <w:jc w:val="both"/>
        <w:rPr>
          <w:rFonts w:ascii="Times New Roman" w:hAnsi="Times New Roman" w:cs="Times New Roman"/>
          <w:sz w:val="24"/>
          <w:szCs w:val="24"/>
          <w:lang w:val="ru-RU"/>
        </w:rPr>
      </w:pPr>
      <w:r w:rsidRPr="006518B0">
        <w:rPr>
          <w:rFonts w:ascii="Times New Roman" w:hAnsi="Times New Roman" w:cs="Times New Roman"/>
          <w:sz w:val="24"/>
          <w:szCs w:val="24"/>
          <w:lang w:val="ru-RU"/>
        </w:rPr>
        <w:t>Воспитательный потенциал предметной области «</w:t>
      </w:r>
      <w:r>
        <w:rPr>
          <w:rFonts w:ascii="Times New Roman" w:hAnsi="Times New Roman" w:cs="Times New Roman"/>
          <w:sz w:val="24"/>
          <w:szCs w:val="24"/>
          <w:lang w:val="ru-RU"/>
        </w:rPr>
        <w:t>Искусство</w:t>
      </w:r>
      <w:r w:rsidRPr="006518B0">
        <w:rPr>
          <w:rFonts w:ascii="Times New Roman" w:hAnsi="Times New Roman" w:cs="Times New Roman"/>
          <w:sz w:val="24"/>
          <w:szCs w:val="24"/>
          <w:lang w:val="ru-RU"/>
        </w:rPr>
        <w:t>» в образовательной организации реализуется через:</w:t>
      </w:r>
    </w:p>
    <w:p w14:paraId="7E4F5EEF" w14:textId="77777777" w:rsidR="00AA0711" w:rsidRPr="00AA0711" w:rsidRDefault="00AA0711" w:rsidP="004D788B">
      <w:pPr>
        <w:autoSpaceDE w:val="0"/>
        <w:autoSpaceDN w:val="0"/>
        <w:spacing w:after="0" w:line="240" w:lineRule="auto"/>
        <w:ind w:firstLine="720"/>
        <w:jc w:val="both"/>
        <w:rPr>
          <w:rFonts w:ascii="Times New Roman" w:hAnsi="Times New Roman" w:cs="Times New Roman"/>
          <w:b/>
          <w:bCs/>
          <w:sz w:val="24"/>
          <w:szCs w:val="24"/>
          <w:lang w:val="ru-RU"/>
        </w:rPr>
      </w:pPr>
      <w:r w:rsidRPr="00AA0711">
        <w:rPr>
          <w:rFonts w:ascii="Times New Roman" w:hAnsi="Times New Roman" w:cs="Times New Roman"/>
          <w:b/>
          <w:bCs/>
          <w:sz w:val="24"/>
          <w:szCs w:val="24"/>
          <w:lang w:val="ru-RU"/>
        </w:rPr>
        <w:t>Гражданско-патриотическое воспитание:</w:t>
      </w:r>
    </w:p>
    <w:p w14:paraId="45F9E904" w14:textId="77777777" w:rsidR="00AA0711" w:rsidRPr="00AA0711" w:rsidRDefault="00AA0711" w:rsidP="00C23CAF">
      <w:pPr>
        <w:numPr>
          <w:ilvl w:val="0"/>
          <w:numId w:val="10"/>
        </w:numPr>
        <w:autoSpaceDE w:val="0"/>
        <w:autoSpaceDN w:val="0"/>
        <w:spacing w:after="0" w:line="240" w:lineRule="auto"/>
        <w:ind w:left="709" w:hanging="284"/>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Знающий и   любящий свою малую родину, свой край, имеющий   представление о Родине — России, её территории, расположении.</w:t>
      </w:r>
    </w:p>
    <w:p w14:paraId="1F6D1167" w14:textId="77777777" w:rsidR="00AA0711" w:rsidRPr="00AA0711" w:rsidRDefault="00AA0711" w:rsidP="00C23CAF">
      <w:pPr>
        <w:numPr>
          <w:ilvl w:val="0"/>
          <w:numId w:val="10"/>
        </w:numPr>
        <w:autoSpaceDE w:val="0"/>
        <w:autoSpaceDN w:val="0"/>
        <w:spacing w:after="0" w:line="240" w:lineRule="auto"/>
        <w:ind w:left="709" w:hanging="284"/>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14:paraId="364152D1" w14:textId="77777777" w:rsidR="00AA0711" w:rsidRPr="00AA0711" w:rsidRDefault="00AA0711" w:rsidP="00C23CAF">
      <w:pPr>
        <w:numPr>
          <w:ilvl w:val="0"/>
          <w:numId w:val="10"/>
        </w:numPr>
        <w:autoSpaceDE w:val="0"/>
        <w:autoSpaceDN w:val="0"/>
        <w:spacing w:after="0" w:line="240" w:lineRule="auto"/>
        <w:ind w:left="709" w:hanging="284"/>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14:paraId="0312F0D3" w14:textId="77777777" w:rsidR="00AA0711" w:rsidRPr="00AA0711" w:rsidRDefault="00AA0711" w:rsidP="00C23CAF">
      <w:pPr>
        <w:numPr>
          <w:ilvl w:val="0"/>
          <w:numId w:val="10"/>
        </w:numPr>
        <w:autoSpaceDE w:val="0"/>
        <w:autoSpaceDN w:val="0"/>
        <w:spacing w:after="0" w:line="240" w:lineRule="auto"/>
        <w:ind w:left="709" w:hanging="284"/>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8AD7A6A" w14:textId="77777777" w:rsidR="00AA0711" w:rsidRPr="00AA0711" w:rsidRDefault="00AA0711" w:rsidP="00C23CAF">
      <w:pPr>
        <w:numPr>
          <w:ilvl w:val="0"/>
          <w:numId w:val="10"/>
        </w:numPr>
        <w:autoSpaceDE w:val="0"/>
        <w:autoSpaceDN w:val="0"/>
        <w:spacing w:after="0" w:line="240" w:lineRule="auto"/>
        <w:ind w:left="709" w:hanging="284"/>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Имеющий первоначальные представления о правах и ответственности человека в обществе, гражданских правах и обязанностях.</w:t>
      </w:r>
    </w:p>
    <w:p w14:paraId="023DEAFD" w14:textId="77777777" w:rsidR="00AA0711" w:rsidRPr="00AA0711" w:rsidRDefault="00AA0711" w:rsidP="00C23CAF">
      <w:pPr>
        <w:numPr>
          <w:ilvl w:val="0"/>
          <w:numId w:val="11"/>
        </w:numPr>
        <w:autoSpaceDE w:val="0"/>
        <w:autoSpaceDN w:val="0"/>
        <w:spacing w:after="0" w:line="240" w:lineRule="auto"/>
        <w:ind w:left="709" w:hanging="284"/>
        <w:jc w:val="both"/>
        <w:rPr>
          <w:rFonts w:ascii="Times New Roman" w:hAnsi="Times New Roman" w:cs="Times New Roman"/>
          <w:bCs/>
          <w:sz w:val="24"/>
          <w:szCs w:val="24"/>
          <w:lang w:val="ru-RU"/>
        </w:rPr>
      </w:pPr>
      <w:r w:rsidRPr="00AA0711">
        <w:rPr>
          <w:rFonts w:ascii="Times New Roman" w:hAnsi="Times New Roman" w:cs="Times New Roman"/>
          <w:bCs/>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p w14:paraId="1C6C920B" w14:textId="77777777" w:rsidR="00AA0711" w:rsidRPr="00AA0711" w:rsidRDefault="00AA0711" w:rsidP="004D788B">
      <w:pPr>
        <w:autoSpaceDE w:val="0"/>
        <w:autoSpaceDN w:val="0"/>
        <w:spacing w:after="0" w:line="240" w:lineRule="auto"/>
        <w:ind w:firstLine="720"/>
        <w:jc w:val="both"/>
        <w:rPr>
          <w:rFonts w:ascii="Times New Roman" w:hAnsi="Times New Roman" w:cs="Times New Roman"/>
          <w:b/>
          <w:bCs/>
          <w:sz w:val="24"/>
          <w:szCs w:val="24"/>
          <w:lang w:val="ru-RU"/>
        </w:rPr>
      </w:pPr>
      <w:r w:rsidRPr="00AA0711">
        <w:rPr>
          <w:rFonts w:ascii="Times New Roman" w:hAnsi="Times New Roman" w:cs="Times New Roman"/>
          <w:b/>
          <w:bCs/>
          <w:sz w:val="24"/>
          <w:szCs w:val="24"/>
          <w:lang w:val="ru-RU"/>
        </w:rPr>
        <w:t>Духовно-нравственное воспитание:</w:t>
      </w:r>
    </w:p>
    <w:p w14:paraId="0C2B65AE" w14:textId="77777777" w:rsidR="00AA0711" w:rsidRPr="00AA0711" w:rsidRDefault="00AA0711" w:rsidP="00C23CAF">
      <w:pPr>
        <w:numPr>
          <w:ilvl w:val="0"/>
          <w:numId w:val="12"/>
        </w:numPr>
        <w:autoSpaceDE w:val="0"/>
        <w:autoSpaceDN w:val="0"/>
        <w:spacing w:after="0" w:line="240" w:lineRule="auto"/>
        <w:ind w:left="709"/>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14:paraId="77E871D7" w14:textId="77777777" w:rsidR="00AA0711" w:rsidRPr="00AA0711" w:rsidRDefault="00AA0711" w:rsidP="00C23CAF">
      <w:pPr>
        <w:numPr>
          <w:ilvl w:val="0"/>
          <w:numId w:val="12"/>
        </w:numPr>
        <w:autoSpaceDE w:val="0"/>
        <w:autoSpaceDN w:val="0"/>
        <w:spacing w:after="0" w:line="240" w:lineRule="auto"/>
        <w:ind w:left="709"/>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Сознающий ценность каждой человеческой жизни, признающий индивидуальность и достоинство каждого человека.</w:t>
      </w:r>
    </w:p>
    <w:p w14:paraId="2B6436B3" w14:textId="77777777" w:rsidR="00AA0711" w:rsidRPr="00AA0711" w:rsidRDefault="00AA0711" w:rsidP="00C23CAF">
      <w:pPr>
        <w:numPr>
          <w:ilvl w:val="0"/>
          <w:numId w:val="12"/>
        </w:numPr>
        <w:autoSpaceDE w:val="0"/>
        <w:autoSpaceDN w:val="0"/>
        <w:spacing w:after="0" w:line="240" w:lineRule="auto"/>
        <w:ind w:left="709"/>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3E933297" w14:textId="77777777" w:rsidR="00AA0711" w:rsidRPr="00AA0711" w:rsidRDefault="00AA0711" w:rsidP="00C23CAF">
      <w:pPr>
        <w:numPr>
          <w:ilvl w:val="0"/>
          <w:numId w:val="12"/>
        </w:numPr>
        <w:autoSpaceDE w:val="0"/>
        <w:autoSpaceDN w:val="0"/>
        <w:spacing w:after="0" w:line="240" w:lineRule="auto"/>
        <w:ind w:left="709"/>
        <w:jc w:val="both"/>
        <w:rPr>
          <w:rFonts w:ascii="Times New Roman" w:hAnsi="Times New Roman" w:cs="Times New Roman"/>
          <w:bCs/>
          <w:sz w:val="24"/>
          <w:szCs w:val="24"/>
          <w:lang w:val="ru-RU"/>
        </w:rPr>
      </w:pPr>
      <w:r w:rsidRPr="00AA0711">
        <w:rPr>
          <w:rFonts w:ascii="Times New Roman" w:hAnsi="Times New Roman" w:cs="Times New Roman"/>
          <w:bCs/>
          <w:sz w:val="24"/>
          <w:szCs w:val="24"/>
          <w:lang w:val="ru-RU"/>
        </w:rPr>
        <w:t>Умеющий оценивать поступки с позиции их соответствия нравственным нормам, осознающий ответственность за свои поступки.</w:t>
      </w:r>
    </w:p>
    <w:p w14:paraId="3008A239" w14:textId="77777777" w:rsidR="00AA0711" w:rsidRPr="00AA0711" w:rsidRDefault="00AA0711" w:rsidP="00C23CAF">
      <w:pPr>
        <w:numPr>
          <w:ilvl w:val="0"/>
          <w:numId w:val="12"/>
        </w:numPr>
        <w:autoSpaceDE w:val="0"/>
        <w:autoSpaceDN w:val="0"/>
        <w:spacing w:after="0" w:line="240" w:lineRule="auto"/>
        <w:ind w:left="709"/>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5644369A" w14:textId="77777777" w:rsidR="00AA0711" w:rsidRPr="00AA0711" w:rsidRDefault="00AA0711" w:rsidP="00C23CAF">
      <w:pPr>
        <w:numPr>
          <w:ilvl w:val="0"/>
          <w:numId w:val="12"/>
        </w:numPr>
        <w:autoSpaceDE w:val="0"/>
        <w:autoSpaceDN w:val="0"/>
        <w:spacing w:after="0" w:line="240" w:lineRule="auto"/>
        <w:ind w:left="709"/>
        <w:jc w:val="both"/>
        <w:rPr>
          <w:rFonts w:ascii="Times New Roman" w:hAnsi="Times New Roman" w:cs="Times New Roman"/>
          <w:bCs/>
          <w:sz w:val="24"/>
          <w:szCs w:val="24"/>
          <w:lang w:val="ru-RU"/>
        </w:rPr>
      </w:pPr>
      <w:r w:rsidRPr="00AA0711">
        <w:rPr>
          <w:rFonts w:ascii="Times New Roman" w:hAnsi="Times New Roman" w:cs="Times New Roman"/>
          <w:bCs/>
          <w:sz w:val="24"/>
          <w:szCs w:val="24"/>
          <w:lang w:val="ru-RU"/>
        </w:rPr>
        <w:t>Сознающий нравственную и эстетическую ценность литературы, родного языка, русского языка, проявляющий интерес к чтению.</w:t>
      </w:r>
    </w:p>
    <w:p w14:paraId="11EFA03E" w14:textId="77777777" w:rsidR="00AA0711" w:rsidRPr="00AA0711" w:rsidRDefault="00AA0711" w:rsidP="004D788B">
      <w:pPr>
        <w:autoSpaceDE w:val="0"/>
        <w:autoSpaceDN w:val="0"/>
        <w:spacing w:after="0" w:line="240" w:lineRule="auto"/>
        <w:ind w:firstLine="720"/>
        <w:jc w:val="both"/>
        <w:rPr>
          <w:rFonts w:ascii="Times New Roman" w:hAnsi="Times New Roman" w:cs="Times New Roman"/>
          <w:b/>
          <w:bCs/>
          <w:sz w:val="24"/>
          <w:szCs w:val="24"/>
          <w:lang w:val="ru-RU"/>
        </w:rPr>
      </w:pPr>
      <w:r w:rsidRPr="00AA0711">
        <w:rPr>
          <w:rFonts w:ascii="Times New Roman" w:hAnsi="Times New Roman" w:cs="Times New Roman"/>
          <w:b/>
          <w:bCs/>
          <w:sz w:val="24"/>
          <w:szCs w:val="24"/>
          <w:lang w:val="ru-RU"/>
        </w:rPr>
        <w:t>Эстетическое воспитание:</w:t>
      </w:r>
    </w:p>
    <w:p w14:paraId="30E32C63" w14:textId="77777777" w:rsidR="00AA0711" w:rsidRPr="00AA0711" w:rsidRDefault="00AA0711" w:rsidP="00C23CAF">
      <w:pPr>
        <w:numPr>
          <w:ilvl w:val="0"/>
          <w:numId w:val="12"/>
        </w:numPr>
        <w:autoSpaceDE w:val="0"/>
        <w:autoSpaceDN w:val="0"/>
        <w:spacing w:after="0" w:line="240" w:lineRule="auto"/>
        <w:ind w:left="709"/>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Способный воспринимать и чувствовать прекрасное в быту, природе, искусстве, творчестве людей.</w:t>
      </w:r>
    </w:p>
    <w:p w14:paraId="162A9ED8" w14:textId="77777777" w:rsidR="00AA0711" w:rsidRPr="00AA0711" w:rsidRDefault="00AA0711" w:rsidP="00C23CAF">
      <w:pPr>
        <w:numPr>
          <w:ilvl w:val="0"/>
          <w:numId w:val="12"/>
        </w:numPr>
        <w:autoSpaceDE w:val="0"/>
        <w:autoSpaceDN w:val="0"/>
        <w:spacing w:after="0" w:line="240" w:lineRule="auto"/>
        <w:ind w:left="709"/>
        <w:jc w:val="both"/>
        <w:rPr>
          <w:rFonts w:ascii="Times New Roman" w:hAnsi="Times New Roman" w:cs="Times New Roman"/>
          <w:sz w:val="24"/>
          <w:szCs w:val="24"/>
          <w:lang w:val="ru-RU"/>
        </w:rPr>
      </w:pPr>
      <w:r w:rsidRPr="00AA0711">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14:paraId="7C1C85E1" w14:textId="77777777" w:rsidR="00AA0711" w:rsidRPr="00AA0711" w:rsidRDefault="00AA0711" w:rsidP="00C23CAF">
      <w:pPr>
        <w:numPr>
          <w:ilvl w:val="0"/>
          <w:numId w:val="12"/>
        </w:numPr>
        <w:autoSpaceDE w:val="0"/>
        <w:autoSpaceDN w:val="0"/>
        <w:spacing w:after="0" w:line="240" w:lineRule="auto"/>
        <w:ind w:left="709"/>
        <w:jc w:val="both"/>
        <w:rPr>
          <w:rFonts w:ascii="Times New Roman" w:hAnsi="Times New Roman" w:cs="Times New Roman"/>
          <w:bCs/>
          <w:sz w:val="24"/>
          <w:szCs w:val="24"/>
          <w:lang w:val="ru-RU"/>
        </w:rPr>
      </w:pPr>
      <w:r w:rsidRPr="00AA0711">
        <w:rPr>
          <w:rFonts w:ascii="Times New Roman" w:hAnsi="Times New Roman" w:cs="Times New Roman"/>
          <w:bCs/>
          <w:sz w:val="24"/>
          <w:szCs w:val="24"/>
          <w:lang w:val="ru-RU"/>
        </w:rPr>
        <w:t>Проявляющий стремление   к   самовыражению   в   разных   видах   художественной деятельности, искусстве.</w:t>
      </w:r>
    </w:p>
    <w:p w14:paraId="00A7BB50" w14:textId="77777777" w:rsidR="004D788B" w:rsidRPr="004D788B" w:rsidRDefault="004D788B" w:rsidP="004D788B">
      <w:pPr>
        <w:pStyle w:val="1"/>
        <w:tabs>
          <w:tab w:val="left" w:pos="993"/>
        </w:tabs>
        <w:spacing w:before="0" w:line="240" w:lineRule="auto"/>
        <w:ind w:right="210" w:firstLine="709"/>
        <w:rPr>
          <w:rFonts w:ascii="Times New Roman" w:hAnsi="Times New Roman" w:cs="Times New Roman"/>
          <w:color w:val="auto"/>
          <w:sz w:val="24"/>
          <w:szCs w:val="24"/>
        </w:rPr>
      </w:pPr>
      <w:r w:rsidRPr="004D788B">
        <w:rPr>
          <w:rFonts w:ascii="Times New Roman" w:hAnsi="Times New Roman" w:cs="Times New Roman"/>
          <w:color w:val="auto"/>
          <w:sz w:val="24"/>
          <w:szCs w:val="24"/>
        </w:rPr>
        <w:t>Трудовое</w:t>
      </w:r>
      <w:r w:rsidRPr="004D788B">
        <w:rPr>
          <w:rFonts w:ascii="Times New Roman" w:hAnsi="Times New Roman" w:cs="Times New Roman"/>
          <w:color w:val="auto"/>
          <w:spacing w:val="-3"/>
          <w:sz w:val="24"/>
          <w:szCs w:val="24"/>
        </w:rPr>
        <w:t xml:space="preserve"> </w:t>
      </w:r>
      <w:r w:rsidRPr="004D788B">
        <w:rPr>
          <w:rFonts w:ascii="Times New Roman" w:hAnsi="Times New Roman" w:cs="Times New Roman"/>
          <w:color w:val="auto"/>
          <w:sz w:val="24"/>
          <w:szCs w:val="24"/>
        </w:rPr>
        <w:t>воспитание</w:t>
      </w:r>
    </w:p>
    <w:p w14:paraId="3DC99B45" w14:textId="77777777" w:rsidR="004D788B" w:rsidRPr="004D788B" w:rsidRDefault="004D788B" w:rsidP="00C23CAF">
      <w:pPr>
        <w:pStyle w:val="TableParagraph"/>
        <w:numPr>
          <w:ilvl w:val="0"/>
          <w:numId w:val="13"/>
        </w:numPr>
        <w:tabs>
          <w:tab w:val="left" w:pos="567"/>
        </w:tabs>
        <w:ind w:left="851" w:hanging="567"/>
        <w:jc w:val="both"/>
        <w:rPr>
          <w:sz w:val="24"/>
          <w:szCs w:val="24"/>
        </w:rPr>
      </w:pPr>
      <w:r w:rsidRPr="004D788B">
        <w:rPr>
          <w:sz w:val="24"/>
          <w:szCs w:val="24"/>
        </w:rPr>
        <w:t>Сознающий</w:t>
      </w:r>
      <w:r w:rsidRPr="004D788B">
        <w:rPr>
          <w:spacing w:val="-5"/>
          <w:sz w:val="24"/>
          <w:szCs w:val="24"/>
        </w:rPr>
        <w:t xml:space="preserve"> </w:t>
      </w:r>
      <w:r w:rsidRPr="004D788B">
        <w:rPr>
          <w:sz w:val="24"/>
          <w:szCs w:val="24"/>
        </w:rPr>
        <w:t>ценность</w:t>
      </w:r>
      <w:r w:rsidRPr="004D788B">
        <w:rPr>
          <w:spacing w:val="-5"/>
          <w:sz w:val="24"/>
          <w:szCs w:val="24"/>
        </w:rPr>
        <w:t xml:space="preserve"> </w:t>
      </w:r>
      <w:r w:rsidRPr="004D788B">
        <w:rPr>
          <w:sz w:val="24"/>
          <w:szCs w:val="24"/>
        </w:rPr>
        <w:t>труда</w:t>
      </w:r>
      <w:r w:rsidRPr="004D788B">
        <w:rPr>
          <w:spacing w:val="-2"/>
          <w:sz w:val="24"/>
          <w:szCs w:val="24"/>
        </w:rPr>
        <w:t xml:space="preserve"> </w:t>
      </w:r>
      <w:r w:rsidRPr="004D788B">
        <w:rPr>
          <w:sz w:val="24"/>
          <w:szCs w:val="24"/>
        </w:rPr>
        <w:t>в</w:t>
      </w:r>
      <w:r w:rsidRPr="004D788B">
        <w:rPr>
          <w:spacing w:val="-4"/>
          <w:sz w:val="24"/>
          <w:szCs w:val="24"/>
        </w:rPr>
        <w:t xml:space="preserve"> </w:t>
      </w:r>
      <w:r w:rsidRPr="004D788B">
        <w:rPr>
          <w:sz w:val="24"/>
          <w:szCs w:val="24"/>
        </w:rPr>
        <w:t>жизни</w:t>
      </w:r>
      <w:r w:rsidRPr="004D788B">
        <w:rPr>
          <w:spacing w:val="-3"/>
          <w:sz w:val="24"/>
          <w:szCs w:val="24"/>
        </w:rPr>
        <w:t xml:space="preserve"> </w:t>
      </w:r>
      <w:r w:rsidRPr="004D788B">
        <w:rPr>
          <w:sz w:val="24"/>
          <w:szCs w:val="24"/>
        </w:rPr>
        <w:t>человека,</w:t>
      </w:r>
      <w:r w:rsidRPr="004D788B">
        <w:rPr>
          <w:spacing w:val="-3"/>
          <w:sz w:val="24"/>
          <w:szCs w:val="24"/>
        </w:rPr>
        <w:t xml:space="preserve"> </w:t>
      </w:r>
      <w:r w:rsidRPr="004D788B">
        <w:rPr>
          <w:sz w:val="24"/>
          <w:szCs w:val="24"/>
        </w:rPr>
        <w:t>семьи,</w:t>
      </w:r>
      <w:r w:rsidRPr="004D788B">
        <w:rPr>
          <w:spacing w:val="-3"/>
          <w:sz w:val="24"/>
          <w:szCs w:val="24"/>
        </w:rPr>
        <w:t xml:space="preserve"> </w:t>
      </w:r>
      <w:r w:rsidRPr="004D788B">
        <w:rPr>
          <w:sz w:val="24"/>
          <w:szCs w:val="24"/>
        </w:rPr>
        <w:t>общества.</w:t>
      </w:r>
    </w:p>
    <w:p w14:paraId="7A566A2D" w14:textId="77777777" w:rsidR="004D788B" w:rsidRPr="004D788B" w:rsidRDefault="004D788B" w:rsidP="00C23CAF">
      <w:pPr>
        <w:pStyle w:val="TableParagraph"/>
        <w:numPr>
          <w:ilvl w:val="0"/>
          <w:numId w:val="13"/>
        </w:numPr>
        <w:tabs>
          <w:tab w:val="left" w:pos="567"/>
        </w:tabs>
        <w:ind w:left="851" w:right="110" w:hanging="567"/>
        <w:jc w:val="both"/>
        <w:rPr>
          <w:sz w:val="24"/>
          <w:szCs w:val="24"/>
        </w:rPr>
      </w:pPr>
      <w:r w:rsidRPr="004D788B">
        <w:rPr>
          <w:sz w:val="24"/>
          <w:szCs w:val="24"/>
        </w:rPr>
        <w:t>Проявляющий</w:t>
      </w:r>
      <w:r w:rsidRPr="004D788B">
        <w:rPr>
          <w:spacing w:val="43"/>
          <w:sz w:val="24"/>
          <w:szCs w:val="24"/>
        </w:rPr>
        <w:t xml:space="preserve"> </w:t>
      </w:r>
      <w:r w:rsidRPr="004D788B">
        <w:rPr>
          <w:sz w:val="24"/>
          <w:szCs w:val="24"/>
        </w:rPr>
        <w:t>уважение</w:t>
      </w:r>
      <w:r w:rsidRPr="004D788B">
        <w:rPr>
          <w:spacing w:val="40"/>
          <w:sz w:val="24"/>
          <w:szCs w:val="24"/>
        </w:rPr>
        <w:t xml:space="preserve"> </w:t>
      </w:r>
      <w:r w:rsidRPr="004D788B">
        <w:rPr>
          <w:sz w:val="24"/>
          <w:szCs w:val="24"/>
        </w:rPr>
        <w:t>к</w:t>
      </w:r>
      <w:r w:rsidRPr="004D788B">
        <w:rPr>
          <w:spacing w:val="42"/>
          <w:sz w:val="24"/>
          <w:szCs w:val="24"/>
        </w:rPr>
        <w:t xml:space="preserve"> </w:t>
      </w:r>
      <w:r w:rsidRPr="004D788B">
        <w:rPr>
          <w:sz w:val="24"/>
          <w:szCs w:val="24"/>
        </w:rPr>
        <w:t>труду,</w:t>
      </w:r>
      <w:r w:rsidRPr="004D788B">
        <w:rPr>
          <w:spacing w:val="41"/>
          <w:sz w:val="24"/>
          <w:szCs w:val="24"/>
        </w:rPr>
        <w:t xml:space="preserve"> </w:t>
      </w:r>
      <w:r w:rsidRPr="004D788B">
        <w:rPr>
          <w:sz w:val="24"/>
          <w:szCs w:val="24"/>
        </w:rPr>
        <w:t>людям</w:t>
      </w:r>
      <w:r w:rsidRPr="004D788B">
        <w:rPr>
          <w:spacing w:val="41"/>
          <w:sz w:val="24"/>
          <w:szCs w:val="24"/>
        </w:rPr>
        <w:t xml:space="preserve"> </w:t>
      </w:r>
      <w:r w:rsidRPr="004D788B">
        <w:rPr>
          <w:sz w:val="24"/>
          <w:szCs w:val="24"/>
        </w:rPr>
        <w:t>труда,</w:t>
      </w:r>
      <w:r w:rsidRPr="004D788B">
        <w:rPr>
          <w:spacing w:val="41"/>
          <w:sz w:val="24"/>
          <w:szCs w:val="24"/>
        </w:rPr>
        <w:t xml:space="preserve"> </w:t>
      </w:r>
      <w:r w:rsidRPr="004D788B">
        <w:rPr>
          <w:sz w:val="24"/>
          <w:szCs w:val="24"/>
        </w:rPr>
        <w:t>бережное</w:t>
      </w:r>
      <w:r w:rsidRPr="004D788B">
        <w:rPr>
          <w:spacing w:val="40"/>
          <w:sz w:val="24"/>
          <w:szCs w:val="24"/>
        </w:rPr>
        <w:t xml:space="preserve"> </w:t>
      </w:r>
      <w:r w:rsidRPr="004D788B">
        <w:rPr>
          <w:sz w:val="24"/>
          <w:szCs w:val="24"/>
        </w:rPr>
        <w:t>отношение</w:t>
      </w:r>
      <w:r w:rsidRPr="004D788B">
        <w:rPr>
          <w:spacing w:val="40"/>
          <w:sz w:val="24"/>
          <w:szCs w:val="24"/>
        </w:rPr>
        <w:t xml:space="preserve"> </w:t>
      </w:r>
      <w:r w:rsidRPr="004D788B">
        <w:rPr>
          <w:sz w:val="24"/>
          <w:szCs w:val="24"/>
        </w:rPr>
        <w:t>к</w:t>
      </w:r>
      <w:r w:rsidRPr="004D788B">
        <w:rPr>
          <w:spacing w:val="42"/>
          <w:sz w:val="24"/>
          <w:szCs w:val="24"/>
        </w:rPr>
        <w:t xml:space="preserve"> </w:t>
      </w:r>
      <w:r w:rsidRPr="004D788B">
        <w:rPr>
          <w:sz w:val="24"/>
          <w:szCs w:val="24"/>
        </w:rPr>
        <w:t>результатам</w:t>
      </w:r>
      <w:r w:rsidRPr="004D788B">
        <w:rPr>
          <w:spacing w:val="-57"/>
          <w:sz w:val="24"/>
          <w:szCs w:val="24"/>
        </w:rPr>
        <w:t xml:space="preserve"> </w:t>
      </w:r>
      <w:r w:rsidRPr="004D788B">
        <w:rPr>
          <w:sz w:val="24"/>
          <w:szCs w:val="24"/>
        </w:rPr>
        <w:t>труда,</w:t>
      </w:r>
      <w:r w:rsidRPr="004D788B">
        <w:rPr>
          <w:spacing w:val="-1"/>
          <w:sz w:val="24"/>
          <w:szCs w:val="24"/>
        </w:rPr>
        <w:t xml:space="preserve"> </w:t>
      </w:r>
      <w:r w:rsidRPr="004D788B">
        <w:rPr>
          <w:sz w:val="24"/>
          <w:szCs w:val="24"/>
        </w:rPr>
        <w:t>ответственное</w:t>
      </w:r>
      <w:r w:rsidRPr="004D788B">
        <w:rPr>
          <w:spacing w:val="-1"/>
          <w:sz w:val="24"/>
          <w:szCs w:val="24"/>
        </w:rPr>
        <w:t xml:space="preserve"> </w:t>
      </w:r>
      <w:r w:rsidRPr="004D788B">
        <w:rPr>
          <w:sz w:val="24"/>
          <w:szCs w:val="24"/>
        </w:rPr>
        <w:t>потребление.</w:t>
      </w:r>
    </w:p>
    <w:p w14:paraId="603429EC" w14:textId="77777777" w:rsidR="004D788B" w:rsidRPr="004D788B" w:rsidRDefault="004D788B" w:rsidP="00C23CAF">
      <w:pPr>
        <w:pStyle w:val="TableParagraph"/>
        <w:numPr>
          <w:ilvl w:val="0"/>
          <w:numId w:val="13"/>
        </w:numPr>
        <w:tabs>
          <w:tab w:val="left" w:pos="567"/>
        </w:tabs>
        <w:ind w:left="851" w:right="110" w:hanging="567"/>
        <w:jc w:val="both"/>
        <w:rPr>
          <w:sz w:val="24"/>
          <w:szCs w:val="24"/>
        </w:rPr>
      </w:pPr>
      <w:r w:rsidRPr="004D788B">
        <w:rPr>
          <w:sz w:val="24"/>
          <w:szCs w:val="24"/>
        </w:rPr>
        <w:t>Проявляющий</w:t>
      </w:r>
      <w:r w:rsidRPr="004D788B">
        <w:rPr>
          <w:spacing w:val="-3"/>
          <w:sz w:val="24"/>
          <w:szCs w:val="24"/>
        </w:rPr>
        <w:t xml:space="preserve"> </w:t>
      </w:r>
      <w:r w:rsidRPr="004D788B">
        <w:rPr>
          <w:sz w:val="24"/>
          <w:szCs w:val="24"/>
        </w:rPr>
        <w:t>интерес</w:t>
      </w:r>
      <w:r w:rsidRPr="004D788B">
        <w:rPr>
          <w:spacing w:val="-4"/>
          <w:sz w:val="24"/>
          <w:szCs w:val="24"/>
        </w:rPr>
        <w:t xml:space="preserve"> </w:t>
      </w:r>
      <w:r w:rsidRPr="004D788B">
        <w:rPr>
          <w:sz w:val="24"/>
          <w:szCs w:val="24"/>
        </w:rPr>
        <w:t>к</w:t>
      </w:r>
      <w:r w:rsidRPr="004D788B">
        <w:rPr>
          <w:spacing w:val="-2"/>
          <w:sz w:val="24"/>
          <w:szCs w:val="24"/>
        </w:rPr>
        <w:t xml:space="preserve"> </w:t>
      </w:r>
      <w:r w:rsidRPr="004D788B">
        <w:rPr>
          <w:sz w:val="24"/>
          <w:szCs w:val="24"/>
        </w:rPr>
        <w:t>разным</w:t>
      </w:r>
      <w:r w:rsidRPr="004D788B">
        <w:rPr>
          <w:spacing w:val="-5"/>
          <w:sz w:val="24"/>
          <w:szCs w:val="24"/>
        </w:rPr>
        <w:t xml:space="preserve"> </w:t>
      </w:r>
      <w:r w:rsidRPr="004D788B">
        <w:rPr>
          <w:sz w:val="24"/>
          <w:szCs w:val="24"/>
        </w:rPr>
        <w:t>профессиям.</w:t>
      </w:r>
    </w:p>
    <w:p w14:paraId="4C391A07" w14:textId="77777777" w:rsidR="004D788B" w:rsidRPr="004D788B" w:rsidRDefault="004D788B" w:rsidP="00C23CAF">
      <w:pPr>
        <w:pStyle w:val="1"/>
        <w:keepNext w:val="0"/>
        <w:keepLines w:val="0"/>
        <w:widowControl w:val="0"/>
        <w:numPr>
          <w:ilvl w:val="0"/>
          <w:numId w:val="13"/>
        </w:numPr>
        <w:tabs>
          <w:tab w:val="left" w:pos="567"/>
        </w:tabs>
        <w:autoSpaceDE w:val="0"/>
        <w:autoSpaceDN w:val="0"/>
        <w:spacing w:before="0" w:line="240" w:lineRule="auto"/>
        <w:ind w:left="851" w:right="110" w:hanging="567"/>
        <w:jc w:val="both"/>
        <w:rPr>
          <w:rFonts w:ascii="Times New Roman" w:hAnsi="Times New Roman" w:cs="Times New Roman"/>
          <w:b w:val="0"/>
          <w:color w:val="auto"/>
          <w:sz w:val="24"/>
          <w:szCs w:val="24"/>
          <w:lang w:val="ru-RU"/>
        </w:rPr>
      </w:pPr>
      <w:r w:rsidRPr="004D788B">
        <w:rPr>
          <w:rFonts w:ascii="Times New Roman" w:hAnsi="Times New Roman" w:cs="Times New Roman"/>
          <w:b w:val="0"/>
          <w:color w:val="auto"/>
          <w:sz w:val="24"/>
          <w:szCs w:val="24"/>
          <w:lang w:val="ru-RU"/>
        </w:rPr>
        <w:t>Участвующий в различных</w:t>
      </w:r>
      <w:r w:rsidRPr="004D788B">
        <w:rPr>
          <w:rFonts w:ascii="Times New Roman" w:hAnsi="Times New Roman" w:cs="Times New Roman"/>
          <w:b w:val="0"/>
          <w:color w:val="auto"/>
          <w:sz w:val="24"/>
          <w:szCs w:val="24"/>
          <w:lang w:val="ru-RU"/>
        </w:rPr>
        <w:tab/>
        <w:t>видах</w:t>
      </w:r>
      <w:r w:rsidRPr="004D788B">
        <w:rPr>
          <w:rFonts w:ascii="Times New Roman" w:hAnsi="Times New Roman" w:cs="Times New Roman"/>
          <w:b w:val="0"/>
          <w:color w:val="auto"/>
          <w:sz w:val="24"/>
          <w:szCs w:val="24"/>
          <w:lang w:val="ru-RU"/>
        </w:rPr>
        <w:tab/>
        <w:t>доступного по</w:t>
      </w:r>
      <w:r w:rsidRPr="004D788B">
        <w:rPr>
          <w:rFonts w:ascii="Times New Roman" w:hAnsi="Times New Roman" w:cs="Times New Roman"/>
          <w:b w:val="0"/>
          <w:color w:val="auto"/>
          <w:sz w:val="24"/>
          <w:szCs w:val="24"/>
          <w:lang w:val="ru-RU"/>
        </w:rPr>
        <w:tab/>
        <w:t>возрасту труда, трудовой деятельности.</w:t>
      </w:r>
    </w:p>
    <w:p w14:paraId="45A84979" w14:textId="77777777" w:rsidR="004D788B" w:rsidRPr="004D788B" w:rsidRDefault="004D788B" w:rsidP="004D788B">
      <w:pPr>
        <w:pStyle w:val="1"/>
        <w:tabs>
          <w:tab w:val="left" w:pos="993"/>
        </w:tabs>
        <w:spacing w:before="0" w:line="240" w:lineRule="auto"/>
        <w:ind w:right="210" w:firstLine="709"/>
        <w:rPr>
          <w:rFonts w:ascii="Times New Roman" w:hAnsi="Times New Roman" w:cs="Times New Roman"/>
          <w:color w:val="auto"/>
          <w:sz w:val="24"/>
          <w:szCs w:val="24"/>
          <w:lang w:val="ru-RU"/>
        </w:rPr>
      </w:pPr>
      <w:r w:rsidRPr="004D788B">
        <w:rPr>
          <w:rFonts w:ascii="Times New Roman" w:hAnsi="Times New Roman" w:cs="Times New Roman"/>
          <w:color w:val="auto"/>
          <w:sz w:val="24"/>
          <w:szCs w:val="24"/>
          <w:lang w:val="ru-RU"/>
        </w:rPr>
        <w:t>Экологическое</w:t>
      </w:r>
      <w:r w:rsidRPr="004D788B">
        <w:rPr>
          <w:rFonts w:ascii="Times New Roman" w:hAnsi="Times New Roman" w:cs="Times New Roman"/>
          <w:color w:val="auto"/>
          <w:spacing w:val="-4"/>
          <w:sz w:val="24"/>
          <w:szCs w:val="24"/>
          <w:lang w:val="ru-RU"/>
        </w:rPr>
        <w:t xml:space="preserve"> </w:t>
      </w:r>
      <w:r w:rsidRPr="004D788B">
        <w:rPr>
          <w:rFonts w:ascii="Times New Roman" w:hAnsi="Times New Roman" w:cs="Times New Roman"/>
          <w:color w:val="auto"/>
          <w:sz w:val="24"/>
          <w:szCs w:val="24"/>
          <w:lang w:val="ru-RU"/>
        </w:rPr>
        <w:t>воспитание:</w:t>
      </w:r>
    </w:p>
    <w:p w14:paraId="64177302" w14:textId="3780904C" w:rsidR="004D788B" w:rsidRPr="004D788B" w:rsidRDefault="004D788B" w:rsidP="00C23CAF">
      <w:pPr>
        <w:pStyle w:val="TableParagraph"/>
        <w:ind w:left="284" w:right="-7"/>
        <w:jc w:val="both"/>
        <w:rPr>
          <w:sz w:val="24"/>
          <w:szCs w:val="24"/>
        </w:rPr>
      </w:pPr>
      <w:r>
        <w:rPr>
          <w:sz w:val="24"/>
          <w:szCs w:val="24"/>
        </w:rPr>
        <w:t xml:space="preserve">-   </w:t>
      </w:r>
      <w:r w:rsidRPr="004D788B">
        <w:rPr>
          <w:sz w:val="24"/>
          <w:szCs w:val="24"/>
        </w:rPr>
        <w:t>Понимающий</w:t>
      </w:r>
      <w:r w:rsidRPr="004D788B">
        <w:rPr>
          <w:spacing w:val="5"/>
          <w:sz w:val="24"/>
          <w:szCs w:val="24"/>
        </w:rPr>
        <w:t xml:space="preserve"> </w:t>
      </w:r>
      <w:r w:rsidRPr="004D788B">
        <w:rPr>
          <w:sz w:val="24"/>
          <w:szCs w:val="24"/>
        </w:rPr>
        <w:t>ценность</w:t>
      </w:r>
      <w:r w:rsidRPr="004D788B">
        <w:rPr>
          <w:spacing w:val="7"/>
          <w:sz w:val="24"/>
          <w:szCs w:val="24"/>
        </w:rPr>
        <w:t xml:space="preserve"> </w:t>
      </w:r>
      <w:r w:rsidRPr="004D788B">
        <w:rPr>
          <w:sz w:val="24"/>
          <w:szCs w:val="24"/>
        </w:rPr>
        <w:t>природы,</w:t>
      </w:r>
      <w:r w:rsidRPr="004D788B">
        <w:rPr>
          <w:spacing w:val="4"/>
          <w:sz w:val="24"/>
          <w:szCs w:val="24"/>
        </w:rPr>
        <w:t xml:space="preserve"> </w:t>
      </w:r>
      <w:r w:rsidRPr="004D788B">
        <w:rPr>
          <w:sz w:val="24"/>
          <w:szCs w:val="24"/>
        </w:rPr>
        <w:t>зависимость</w:t>
      </w:r>
      <w:r w:rsidRPr="004D788B">
        <w:rPr>
          <w:spacing w:val="7"/>
          <w:sz w:val="24"/>
          <w:szCs w:val="24"/>
        </w:rPr>
        <w:t xml:space="preserve"> </w:t>
      </w:r>
      <w:r w:rsidRPr="004D788B">
        <w:rPr>
          <w:sz w:val="24"/>
          <w:szCs w:val="24"/>
        </w:rPr>
        <w:t>жизни</w:t>
      </w:r>
      <w:r w:rsidRPr="004D788B">
        <w:rPr>
          <w:spacing w:val="7"/>
          <w:sz w:val="24"/>
          <w:szCs w:val="24"/>
        </w:rPr>
        <w:t xml:space="preserve"> </w:t>
      </w:r>
      <w:r w:rsidRPr="004D788B">
        <w:rPr>
          <w:sz w:val="24"/>
          <w:szCs w:val="24"/>
        </w:rPr>
        <w:t>людей</w:t>
      </w:r>
      <w:r w:rsidRPr="004D788B">
        <w:rPr>
          <w:spacing w:val="7"/>
          <w:sz w:val="24"/>
          <w:szCs w:val="24"/>
        </w:rPr>
        <w:t xml:space="preserve"> </w:t>
      </w:r>
      <w:r w:rsidRPr="004D788B">
        <w:rPr>
          <w:sz w:val="24"/>
          <w:szCs w:val="24"/>
        </w:rPr>
        <w:t>от</w:t>
      </w:r>
      <w:r w:rsidRPr="004D788B">
        <w:rPr>
          <w:spacing w:val="5"/>
          <w:sz w:val="24"/>
          <w:szCs w:val="24"/>
        </w:rPr>
        <w:t xml:space="preserve"> </w:t>
      </w:r>
      <w:r w:rsidRPr="004D788B">
        <w:rPr>
          <w:sz w:val="24"/>
          <w:szCs w:val="24"/>
        </w:rPr>
        <w:t>природы,</w:t>
      </w:r>
      <w:r w:rsidRPr="004D788B">
        <w:rPr>
          <w:spacing w:val="6"/>
          <w:sz w:val="24"/>
          <w:szCs w:val="24"/>
        </w:rPr>
        <w:t xml:space="preserve"> </w:t>
      </w:r>
      <w:r w:rsidRPr="004D788B">
        <w:rPr>
          <w:sz w:val="24"/>
          <w:szCs w:val="24"/>
        </w:rPr>
        <w:t>влияние</w:t>
      </w:r>
      <w:r w:rsidRPr="004D788B">
        <w:rPr>
          <w:spacing w:val="-57"/>
          <w:sz w:val="24"/>
          <w:szCs w:val="24"/>
        </w:rPr>
        <w:t xml:space="preserve"> </w:t>
      </w:r>
      <w:r w:rsidRPr="004D788B">
        <w:rPr>
          <w:sz w:val="24"/>
          <w:szCs w:val="24"/>
        </w:rPr>
        <w:t>людей</w:t>
      </w:r>
      <w:r w:rsidRPr="004D788B">
        <w:rPr>
          <w:spacing w:val="-1"/>
          <w:sz w:val="24"/>
          <w:szCs w:val="24"/>
        </w:rPr>
        <w:t xml:space="preserve"> </w:t>
      </w:r>
      <w:r w:rsidRPr="004D788B">
        <w:rPr>
          <w:sz w:val="24"/>
          <w:szCs w:val="24"/>
        </w:rPr>
        <w:t>на</w:t>
      </w:r>
      <w:r w:rsidRPr="004D788B">
        <w:rPr>
          <w:spacing w:val="-1"/>
          <w:sz w:val="24"/>
          <w:szCs w:val="24"/>
        </w:rPr>
        <w:t xml:space="preserve"> </w:t>
      </w:r>
      <w:r w:rsidRPr="004D788B">
        <w:rPr>
          <w:sz w:val="24"/>
          <w:szCs w:val="24"/>
        </w:rPr>
        <w:t>природу,</w:t>
      </w:r>
      <w:r w:rsidRPr="004D788B">
        <w:rPr>
          <w:spacing w:val="1"/>
          <w:sz w:val="24"/>
          <w:szCs w:val="24"/>
        </w:rPr>
        <w:t xml:space="preserve"> </w:t>
      </w:r>
      <w:r w:rsidRPr="004D788B">
        <w:rPr>
          <w:sz w:val="24"/>
          <w:szCs w:val="24"/>
        </w:rPr>
        <w:t>окружающую среду.</w:t>
      </w:r>
    </w:p>
    <w:p w14:paraId="72A3FB93" w14:textId="77777777" w:rsidR="004D788B" w:rsidRPr="004D788B" w:rsidRDefault="004D788B" w:rsidP="00C23CAF">
      <w:pPr>
        <w:pStyle w:val="TableParagraph"/>
        <w:numPr>
          <w:ilvl w:val="0"/>
          <w:numId w:val="13"/>
        </w:numPr>
        <w:tabs>
          <w:tab w:val="left" w:pos="426"/>
        </w:tabs>
        <w:ind w:left="284" w:right="-7" w:firstLine="0"/>
        <w:jc w:val="both"/>
        <w:rPr>
          <w:sz w:val="24"/>
          <w:szCs w:val="24"/>
        </w:rPr>
      </w:pPr>
      <w:r w:rsidRPr="004D788B">
        <w:rPr>
          <w:sz w:val="24"/>
          <w:szCs w:val="24"/>
        </w:rPr>
        <w:t>Проявляющий</w:t>
      </w:r>
      <w:r w:rsidRPr="004D788B">
        <w:rPr>
          <w:spacing w:val="51"/>
          <w:sz w:val="24"/>
          <w:szCs w:val="24"/>
        </w:rPr>
        <w:t xml:space="preserve"> </w:t>
      </w:r>
      <w:r w:rsidRPr="004D788B">
        <w:rPr>
          <w:sz w:val="24"/>
          <w:szCs w:val="24"/>
        </w:rPr>
        <w:t>любовь</w:t>
      </w:r>
      <w:r w:rsidRPr="004D788B">
        <w:rPr>
          <w:spacing w:val="48"/>
          <w:sz w:val="24"/>
          <w:szCs w:val="24"/>
        </w:rPr>
        <w:t xml:space="preserve"> </w:t>
      </w:r>
      <w:r w:rsidRPr="004D788B">
        <w:rPr>
          <w:sz w:val="24"/>
          <w:szCs w:val="24"/>
        </w:rPr>
        <w:t>и</w:t>
      </w:r>
      <w:r w:rsidRPr="004D788B">
        <w:rPr>
          <w:spacing w:val="51"/>
          <w:sz w:val="24"/>
          <w:szCs w:val="24"/>
        </w:rPr>
        <w:t xml:space="preserve"> </w:t>
      </w:r>
      <w:r w:rsidRPr="004D788B">
        <w:rPr>
          <w:sz w:val="24"/>
          <w:szCs w:val="24"/>
        </w:rPr>
        <w:t>бережное</w:t>
      </w:r>
      <w:r w:rsidRPr="004D788B">
        <w:rPr>
          <w:spacing w:val="49"/>
          <w:sz w:val="24"/>
          <w:szCs w:val="24"/>
        </w:rPr>
        <w:t xml:space="preserve"> </w:t>
      </w:r>
      <w:r w:rsidRPr="004D788B">
        <w:rPr>
          <w:sz w:val="24"/>
          <w:szCs w:val="24"/>
        </w:rPr>
        <w:t>отношение</w:t>
      </w:r>
      <w:r w:rsidRPr="004D788B">
        <w:rPr>
          <w:spacing w:val="49"/>
          <w:sz w:val="24"/>
          <w:szCs w:val="24"/>
        </w:rPr>
        <w:t xml:space="preserve"> </w:t>
      </w:r>
      <w:r w:rsidRPr="004D788B">
        <w:rPr>
          <w:sz w:val="24"/>
          <w:szCs w:val="24"/>
        </w:rPr>
        <w:t>к</w:t>
      </w:r>
      <w:r w:rsidRPr="004D788B">
        <w:rPr>
          <w:spacing w:val="51"/>
          <w:sz w:val="24"/>
          <w:szCs w:val="24"/>
        </w:rPr>
        <w:t xml:space="preserve"> </w:t>
      </w:r>
      <w:r w:rsidRPr="004D788B">
        <w:rPr>
          <w:sz w:val="24"/>
          <w:szCs w:val="24"/>
        </w:rPr>
        <w:t>природе,</w:t>
      </w:r>
      <w:r w:rsidRPr="004D788B">
        <w:rPr>
          <w:spacing w:val="50"/>
          <w:sz w:val="24"/>
          <w:szCs w:val="24"/>
        </w:rPr>
        <w:t xml:space="preserve"> </w:t>
      </w:r>
      <w:r w:rsidRPr="004D788B">
        <w:rPr>
          <w:sz w:val="24"/>
          <w:szCs w:val="24"/>
        </w:rPr>
        <w:t>неприятие</w:t>
      </w:r>
      <w:r w:rsidRPr="004D788B">
        <w:rPr>
          <w:spacing w:val="49"/>
          <w:sz w:val="24"/>
          <w:szCs w:val="24"/>
        </w:rPr>
        <w:t xml:space="preserve"> </w:t>
      </w:r>
      <w:r w:rsidRPr="004D788B">
        <w:rPr>
          <w:sz w:val="24"/>
          <w:szCs w:val="24"/>
        </w:rPr>
        <w:t>действий,</w:t>
      </w:r>
      <w:r w:rsidRPr="004D788B">
        <w:rPr>
          <w:spacing w:val="-57"/>
          <w:sz w:val="24"/>
          <w:szCs w:val="24"/>
        </w:rPr>
        <w:t xml:space="preserve"> </w:t>
      </w:r>
      <w:r w:rsidRPr="004D788B">
        <w:rPr>
          <w:sz w:val="24"/>
          <w:szCs w:val="24"/>
        </w:rPr>
        <w:t>приносящих</w:t>
      </w:r>
      <w:r w:rsidRPr="004D788B">
        <w:rPr>
          <w:spacing w:val="1"/>
          <w:sz w:val="24"/>
          <w:szCs w:val="24"/>
        </w:rPr>
        <w:t xml:space="preserve"> </w:t>
      </w:r>
      <w:r w:rsidRPr="004D788B">
        <w:rPr>
          <w:sz w:val="24"/>
          <w:szCs w:val="24"/>
        </w:rPr>
        <w:t>вред природе,</w:t>
      </w:r>
      <w:r w:rsidRPr="004D788B">
        <w:rPr>
          <w:spacing w:val="-1"/>
          <w:sz w:val="24"/>
          <w:szCs w:val="24"/>
        </w:rPr>
        <w:t xml:space="preserve"> </w:t>
      </w:r>
      <w:r w:rsidRPr="004D788B">
        <w:rPr>
          <w:sz w:val="24"/>
          <w:szCs w:val="24"/>
        </w:rPr>
        <w:t>особенно живым</w:t>
      </w:r>
      <w:r w:rsidRPr="004D788B">
        <w:rPr>
          <w:spacing w:val="-1"/>
          <w:sz w:val="24"/>
          <w:szCs w:val="24"/>
        </w:rPr>
        <w:t xml:space="preserve"> </w:t>
      </w:r>
      <w:r w:rsidRPr="004D788B">
        <w:rPr>
          <w:sz w:val="24"/>
          <w:szCs w:val="24"/>
        </w:rPr>
        <w:t>существам.</w:t>
      </w:r>
    </w:p>
    <w:p w14:paraId="17F72D2B" w14:textId="77777777" w:rsidR="004D788B" w:rsidRPr="004D788B" w:rsidRDefault="004D788B" w:rsidP="00C23CAF">
      <w:pPr>
        <w:pStyle w:val="1"/>
        <w:keepNext w:val="0"/>
        <w:keepLines w:val="0"/>
        <w:widowControl w:val="0"/>
        <w:numPr>
          <w:ilvl w:val="0"/>
          <w:numId w:val="13"/>
        </w:numPr>
        <w:tabs>
          <w:tab w:val="left" w:pos="993"/>
        </w:tabs>
        <w:autoSpaceDE w:val="0"/>
        <w:autoSpaceDN w:val="0"/>
        <w:spacing w:before="0" w:line="240" w:lineRule="auto"/>
        <w:ind w:left="284" w:right="-7" w:firstLine="0"/>
        <w:jc w:val="both"/>
        <w:rPr>
          <w:rFonts w:ascii="Times New Roman" w:hAnsi="Times New Roman" w:cs="Times New Roman"/>
          <w:b w:val="0"/>
          <w:color w:val="auto"/>
          <w:sz w:val="24"/>
          <w:szCs w:val="24"/>
          <w:lang w:val="ru-RU"/>
        </w:rPr>
      </w:pPr>
      <w:r w:rsidRPr="004D788B">
        <w:rPr>
          <w:rFonts w:ascii="Times New Roman" w:hAnsi="Times New Roman" w:cs="Times New Roman"/>
          <w:b w:val="0"/>
          <w:color w:val="auto"/>
          <w:sz w:val="24"/>
          <w:szCs w:val="24"/>
          <w:lang w:val="ru-RU"/>
        </w:rPr>
        <w:t>Выражающий</w:t>
      </w:r>
      <w:r w:rsidRPr="004D788B">
        <w:rPr>
          <w:rFonts w:ascii="Times New Roman" w:hAnsi="Times New Roman" w:cs="Times New Roman"/>
          <w:b w:val="0"/>
          <w:color w:val="auto"/>
          <w:spacing w:val="-4"/>
          <w:sz w:val="24"/>
          <w:szCs w:val="24"/>
          <w:lang w:val="ru-RU"/>
        </w:rPr>
        <w:t xml:space="preserve"> </w:t>
      </w:r>
      <w:r w:rsidRPr="004D788B">
        <w:rPr>
          <w:rFonts w:ascii="Times New Roman" w:hAnsi="Times New Roman" w:cs="Times New Roman"/>
          <w:b w:val="0"/>
          <w:color w:val="auto"/>
          <w:sz w:val="24"/>
          <w:szCs w:val="24"/>
          <w:lang w:val="ru-RU"/>
        </w:rPr>
        <w:t>готовность</w:t>
      </w:r>
      <w:r w:rsidRPr="004D788B">
        <w:rPr>
          <w:rFonts w:ascii="Times New Roman" w:hAnsi="Times New Roman" w:cs="Times New Roman"/>
          <w:b w:val="0"/>
          <w:color w:val="auto"/>
          <w:spacing w:val="-4"/>
          <w:sz w:val="24"/>
          <w:szCs w:val="24"/>
          <w:lang w:val="ru-RU"/>
        </w:rPr>
        <w:t xml:space="preserve"> </w:t>
      </w:r>
      <w:r w:rsidRPr="004D788B">
        <w:rPr>
          <w:rFonts w:ascii="Times New Roman" w:hAnsi="Times New Roman" w:cs="Times New Roman"/>
          <w:b w:val="0"/>
          <w:color w:val="auto"/>
          <w:sz w:val="24"/>
          <w:szCs w:val="24"/>
          <w:lang w:val="ru-RU"/>
        </w:rPr>
        <w:t>в</w:t>
      </w:r>
      <w:r w:rsidRPr="004D788B">
        <w:rPr>
          <w:rFonts w:ascii="Times New Roman" w:hAnsi="Times New Roman" w:cs="Times New Roman"/>
          <w:b w:val="0"/>
          <w:color w:val="auto"/>
          <w:spacing w:val="-5"/>
          <w:sz w:val="24"/>
          <w:szCs w:val="24"/>
          <w:lang w:val="ru-RU"/>
        </w:rPr>
        <w:t xml:space="preserve"> </w:t>
      </w:r>
      <w:r w:rsidRPr="004D788B">
        <w:rPr>
          <w:rFonts w:ascii="Times New Roman" w:hAnsi="Times New Roman" w:cs="Times New Roman"/>
          <w:b w:val="0"/>
          <w:color w:val="auto"/>
          <w:sz w:val="24"/>
          <w:szCs w:val="24"/>
          <w:lang w:val="ru-RU"/>
        </w:rPr>
        <w:t>своей</w:t>
      </w:r>
      <w:r w:rsidRPr="004D788B">
        <w:rPr>
          <w:rFonts w:ascii="Times New Roman" w:hAnsi="Times New Roman" w:cs="Times New Roman"/>
          <w:b w:val="0"/>
          <w:color w:val="auto"/>
          <w:spacing w:val="-4"/>
          <w:sz w:val="24"/>
          <w:szCs w:val="24"/>
          <w:lang w:val="ru-RU"/>
        </w:rPr>
        <w:t xml:space="preserve"> </w:t>
      </w:r>
      <w:r w:rsidRPr="004D788B">
        <w:rPr>
          <w:rFonts w:ascii="Times New Roman" w:hAnsi="Times New Roman" w:cs="Times New Roman"/>
          <w:b w:val="0"/>
          <w:color w:val="auto"/>
          <w:sz w:val="24"/>
          <w:szCs w:val="24"/>
          <w:lang w:val="ru-RU"/>
        </w:rPr>
        <w:t>деятельности</w:t>
      </w:r>
      <w:r w:rsidRPr="004D788B">
        <w:rPr>
          <w:rFonts w:ascii="Times New Roman" w:hAnsi="Times New Roman" w:cs="Times New Roman"/>
          <w:b w:val="0"/>
          <w:color w:val="auto"/>
          <w:spacing w:val="-6"/>
          <w:sz w:val="24"/>
          <w:szCs w:val="24"/>
          <w:lang w:val="ru-RU"/>
        </w:rPr>
        <w:t xml:space="preserve"> </w:t>
      </w:r>
      <w:r w:rsidRPr="004D788B">
        <w:rPr>
          <w:rFonts w:ascii="Times New Roman" w:hAnsi="Times New Roman" w:cs="Times New Roman"/>
          <w:b w:val="0"/>
          <w:color w:val="auto"/>
          <w:sz w:val="24"/>
          <w:szCs w:val="24"/>
          <w:lang w:val="ru-RU"/>
        </w:rPr>
        <w:t>придерживаться</w:t>
      </w:r>
      <w:r w:rsidRPr="004D788B">
        <w:rPr>
          <w:rFonts w:ascii="Times New Roman" w:hAnsi="Times New Roman" w:cs="Times New Roman"/>
          <w:b w:val="0"/>
          <w:color w:val="auto"/>
          <w:spacing w:val="-4"/>
          <w:sz w:val="24"/>
          <w:szCs w:val="24"/>
          <w:lang w:val="ru-RU"/>
        </w:rPr>
        <w:t xml:space="preserve"> </w:t>
      </w:r>
      <w:r w:rsidRPr="004D788B">
        <w:rPr>
          <w:rFonts w:ascii="Times New Roman" w:hAnsi="Times New Roman" w:cs="Times New Roman"/>
          <w:b w:val="0"/>
          <w:color w:val="auto"/>
          <w:sz w:val="24"/>
          <w:szCs w:val="24"/>
          <w:lang w:val="ru-RU"/>
        </w:rPr>
        <w:t>экологических</w:t>
      </w:r>
      <w:r w:rsidRPr="004D788B">
        <w:rPr>
          <w:rFonts w:ascii="Times New Roman" w:hAnsi="Times New Roman" w:cs="Times New Roman"/>
          <w:b w:val="0"/>
          <w:color w:val="auto"/>
          <w:spacing w:val="-5"/>
          <w:sz w:val="24"/>
          <w:szCs w:val="24"/>
          <w:lang w:val="ru-RU"/>
        </w:rPr>
        <w:t xml:space="preserve"> </w:t>
      </w:r>
      <w:r w:rsidRPr="004D788B">
        <w:rPr>
          <w:rFonts w:ascii="Times New Roman" w:hAnsi="Times New Roman" w:cs="Times New Roman"/>
          <w:b w:val="0"/>
          <w:color w:val="auto"/>
          <w:sz w:val="24"/>
          <w:szCs w:val="24"/>
          <w:lang w:val="ru-RU"/>
        </w:rPr>
        <w:t>норм.</w:t>
      </w:r>
    </w:p>
    <w:p w14:paraId="008C7A5B" w14:textId="77777777" w:rsidR="004D788B" w:rsidRPr="004D788B" w:rsidRDefault="004D788B" w:rsidP="004D788B">
      <w:pPr>
        <w:pStyle w:val="1"/>
        <w:tabs>
          <w:tab w:val="left" w:pos="993"/>
        </w:tabs>
        <w:spacing w:before="0" w:line="240" w:lineRule="auto"/>
        <w:ind w:right="210" w:firstLine="709"/>
        <w:rPr>
          <w:rFonts w:ascii="Times New Roman" w:hAnsi="Times New Roman" w:cs="Times New Roman"/>
          <w:color w:val="auto"/>
          <w:sz w:val="24"/>
          <w:szCs w:val="24"/>
        </w:rPr>
      </w:pPr>
      <w:r w:rsidRPr="004D788B">
        <w:rPr>
          <w:rFonts w:ascii="Times New Roman" w:hAnsi="Times New Roman" w:cs="Times New Roman"/>
          <w:color w:val="auto"/>
          <w:sz w:val="24"/>
          <w:szCs w:val="24"/>
        </w:rPr>
        <w:t>Ценности</w:t>
      </w:r>
      <w:r w:rsidRPr="004D788B">
        <w:rPr>
          <w:rFonts w:ascii="Times New Roman" w:hAnsi="Times New Roman" w:cs="Times New Roman"/>
          <w:color w:val="auto"/>
          <w:spacing w:val="-3"/>
          <w:sz w:val="24"/>
          <w:szCs w:val="24"/>
        </w:rPr>
        <w:t xml:space="preserve"> </w:t>
      </w:r>
      <w:r w:rsidRPr="004D788B">
        <w:rPr>
          <w:rFonts w:ascii="Times New Roman" w:hAnsi="Times New Roman" w:cs="Times New Roman"/>
          <w:color w:val="auto"/>
          <w:sz w:val="24"/>
          <w:szCs w:val="24"/>
        </w:rPr>
        <w:t>научного</w:t>
      </w:r>
      <w:r w:rsidRPr="004D788B">
        <w:rPr>
          <w:rFonts w:ascii="Times New Roman" w:hAnsi="Times New Roman" w:cs="Times New Roman"/>
          <w:color w:val="auto"/>
          <w:spacing w:val="-1"/>
          <w:sz w:val="24"/>
          <w:szCs w:val="24"/>
        </w:rPr>
        <w:t xml:space="preserve"> </w:t>
      </w:r>
      <w:r w:rsidRPr="004D788B">
        <w:rPr>
          <w:rFonts w:ascii="Times New Roman" w:hAnsi="Times New Roman" w:cs="Times New Roman"/>
          <w:color w:val="auto"/>
          <w:sz w:val="24"/>
          <w:szCs w:val="24"/>
        </w:rPr>
        <w:t>познания:</w:t>
      </w:r>
    </w:p>
    <w:p w14:paraId="283E9D39" w14:textId="77777777" w:rsidR="004D788B" w:rsidRPr="004D788B" w:rsidRDefault="004D788B" w:rsidP="00C23CAF">
      <w:pPr>
        <w:pStyle w:val="TableParagraph"/>
        <w:numPr>
          <w:ilvl w:val="0"/>
          <w:numId w:val="13"/>
        </w:numPr>
        <w:tabs>
          <w:tab w:val="left" w:pos="426"/>
        </w:tabs>
        <w:ind w:left="284" w:right="-7" w:firstLine="0"/>
        <w:jc w:val="both"/>
        <w:rPr>
          <w:sz w:val="24"/>
          <w:szCs w:val="24"/>
        </w:rPr>
      </w:pPr>
      <w:r w:rsidRPr="004D788B">
        <w:rPr>
          <w:sz w:val="24"/>
          <w:szCs w:val="24"/>
        </w:rPr>
        <w:t>Выражающий</w:t>
      </w:r>
      <w:r w:rsidRPr="004D788B">
        <w:rPr>
          <w:spacing w:val="1"/>
          <w:sz w:val="24"/>
          <w:szCs w:val="24"/>
        </w:rPr>
        <w:t xml:space="preserve"> </w:t>
      </w:r>
      <w:r w:rsidRPr="004D788B">
        <w:rPr>
          <w:sz w:val="24"/>
          <w:szCs w:val="24"/>
        </w:rPr>
        <w:t>познавательные</w:t>
      </w:r>
      <w:r w:rsidRPr="004D788B">
        <w:rPr>
          <w:spacing w:val="1"/>
          <w:sz w:val="24"/>
          <w:szCs w:val="24"/>
        </w:rPr>
        <w:t xml:space="preserve"> </w:t>
      </w:r>
      <w:r w:rsidRPr="004D788B">
        <w:rPr>
          <w:sz w:val="24"/>
          <w:szCs w:val="24"/>
        </w:rPr>
        <w:t>интересы,</w:t>
      </w:r>
      <w:r w:rsidRPr="004D788B">
        <w:rPr>
          <w:spacing w:val="1"/>
          <w:sz w:val="24"/>
          <w:szCs w:val="24"/>
        </w:rPr>
        <w:t xml:space="preserve"> </w:t>
      </w:r>
      <w:r w:rsidRPr="004D788B">
        <w:rPr>
          <w:sz w:val="24"/>
          <w:szCs w:val="24"/>
        </w:rPr>
        <w:t>активность,</w:t>
      </w:r>
      <w:r w:rsidRPr="004D788B">
        <w:rPr>
          <w:spacing w:val="1"/>
          <w:sz w:val="24"/>
          <w:szCs w:val="24"/>
        </w:rPr>
        <w:t xml:space="preserve"> </w:t>
      </w:r>
      <w:r w:rsidRPr="004D788B">
        <w:rPr>
          <w:sz w:val="24"/>
          <w:szCs w:val="24"/>
        </w:rPr>
        <w:t>любознательность</w:t>
      </w:r>
      <w:r w:rsidRPr="004D788B">
        <w:rPr>
          <w:spacing w:val="1"/>
          <w:sz w:val="24"/>
          <w:szCs w:val="24"/>
        </w:rPr>
        <w:t xml:space="preserve"> </w:t>
      </w:r>
      <w:r w:rsidRPr="004D788B">
        <w:rPr>
          <w:sz w:val="24"/>
          <w:szCs w:val="24"/>
        </w:rPr>
        <w:t>и</w:t>
      </w:r>
      <w:r w:rsidRPr="004D788B">
        <w:rPr>
          <w:spacing w:val="1"/>
          <w:sz w:val="24"/>
          <w:szCs w:val="24"/>
        </w:rPr>
        <w:t xml:space="preserve"> </w:t>
      </w:r>
      <w:r w:rsidRPr="004D788B">
        <w:rPr>
          <w:sz w:val="24"/>
          <w:szCs w:val="24"/>
        </w:rPr>
        <w:t>самостоятельность</w:t>
      </w:r>
      <w:r w:rsidRPr="004D788B">
        <w:rPr>
          <w:spacing w:val="-2"/>
          <w:sz w:val="24"/>
          <w:szCs w:val="24"/>
        </w:rPr>
        <w:t xml:space="preserve"> </w:t>
      </w:r>
      <w:r w:rsidRPr="004D788B">
        <w:rPr>
          <w:sz w:val="24"/>
          <w:szCs w:val="24"/>
        </w:rPr>
        <w:t>в</w:t>
      </w:r>
      <w:r w:rsidRPr="004D788B">
        <w:rPr>
          <w:spacing w:val="-2"/>
          <w:sz w:val="24"/>
          <w:szCs w:val="24"/>
        </w:rPr>
        <w:t xml:space="preserve"> </w:t>
      </w:r>
      <w:r w:rsidRPr="004D788B">
        <w:rPr>
          <w:sz w:val="24"/>
          <w:szCs w:val="24"/>
        </w:rPr>
        <w:t>познании,</w:t>
      </w:r>
      <w:r w:rsidRPr="004D788B">
        <w:rPr>
          <w:spacing w:val="-4"/>
          <w:sz w:val="24"/>
          <w:szCs w:val="24"/>
        </w:rPr>
        <w:t xml:space="preserve"> </w:t>
      </w:r>
      <w:r w:rsidRPr="004D788B">
        <w:rPr>
          <w:sz w:val="24"/>
          <w:szCs w:val="24"/>
        </w:rPr>
        <w:t>интерес</w:t>
      </w:r>
      <w:r w:rsidRPr="004D788B">
        <w:rPr>
          <w:spacing w:val="-2"/>
          <w:sz w:val="24"/>
          <w:szCs w:val="24"/>
        </w:rPr>
        <w:t xml:space="preserve"> </w:t>
      </w:r>
      <w:r w:rsidRPr="004D788B">
        <w:rPr>
          <w:sz w:val="24"/>
          <w:szCs w:val="24"/>
        </w:rPr>
        <w:t>и</w:t>
      </w:r>
      <w:r w:rsidRPr="004D788B">
        <w:rPr>
          <w:spacing w:val="1"/>
          <w:sz w:val="24"/>
          <w:szCs w:val="24"/>
        </w:rPr>
        <w:t xml:space="preserve"> </w:t>
      </w:r>
      <w:r w:rsidRPr="004D788B">
        <w:rPr>
          <w:sz w:val="24"/>
          <w:szCs w:val="24"/>
        </w:rPr>
        <w:t>уважение</w:t>
      </w:r>
      <w:r w:rsidRPr="004D788B">
        <w:rPr>
          <w:spacing w:val="-2"/>
          <w:sz w:val="24"/>
          <w:szCs w:val="24"/>
        </w:rPr>
        <w:t xml:space="preserve"> </w:t>
      </w:r>
      <w:r w:rsidRPr="004D788B">
        <w:rPr>
          <w:sz w:val="24"/>
          <w:szCs w:val="24"/>
        </w:rPr>
        <w:t>к</w:t>
      </w:r>
      <w:r w:rsidRPr="004D788B">
        <w:rPr>
          <w:spacing w:val="-1"/>
          <w:sz w:val="24"/>
          <w:szCs w:val="24"/>
        </w:rPr>
        <w:t xml:space="preserve"> </w:t>
      </w:r>
      <w:r w:rsidRPr="004D788B">
        <w:rPr>
          <w:sz w:val="24"/>
          <w:szCs w:val="24"/>
        </w:rPr>
        <w:t>научным</w:t>
      </w:r>
      <w:r w:rsidRPr="004D788B">
        <w:rPr>
          <w:spacing w:val="-3"/>
          <w:sz w:val="24"/>
          <w:szCs w:val="24"/>
        </w:rPr>
        <w:t xml:space="preserve"> </w:t>
      </w:r>
      <w:r w:rsidRPr="004D788B">
        <w:rPr>
          <w:sz w:val="24"/>
          <w:szCs w:val="24"/>
        </w:rPr>
        <w:t>знаниям,</w:t>
      </w:r>
      <w:r w:rsidRPr="004D788B">
        <w:rPr>
          <w:spacing w:val="-1"/>
          <w:sz w:val="24"/>
          <w:szCs w:val="24"/>
        </w:rPr>
        <w:t xml:space="preserve"> </w:t>
      </w:r>
      <w:r w:rsidRPr="004D788B">
        <w:rPr>
          <w:sz w:val="24"/>
          <w:szCs w:val="24"/>
        </w:rPr>
        <w:t>науке.</w:t>
      </w:r>
    </w:p>
    <w:p w14:paraId="052254FA" w14:textId="77777777" w:rsidR="004D788B" w:rsidRPr="004D788B" w:rsidRDefault="004D788B" w:rsidP="00C23CAF">
      <w:pPr>
        <w:pStyle w:val="TableParagraph"/>
        <w:numPr>
          <w:ilvl w:val="0"/>
          <w:numId w:val="13"/>
        </w:numPr>
        <w:tabs>
          <w:tab w:val="left" w:pos="426"/>
        </w:tabs>
        <w:ind w:left="284" w:right="-7" w:firstLine="0"/>
        <w:jc w:val="both"/>
        <w:rPr>
          <w:sz w:val="24"/>
          <w:szCs w:val="24"/>
        </w:rPr>
      </w:pPr>
      <w:r w:rsidRPr="004D788B">
        <w:rPr>
          <w:sz w:val="24"/>
          <w:szCs w:val="24"/>
        </w:rPr>
        <w:t>Обладающий</w:t>
      </w:r>
      <w:r w:rsidRPr="004D788B">
        <w:rPr>
          <w:spacing w:val="1"/>
          <w:sz w:val="24"/>
          <w:szCs w:val="24"/>
        </w:rPr>
        <w:t xml:space="preserve"> </w:t>
      </w:r>
      <w:r w:rsidRPr="004D788B">
        <w:rPr>
          <w:sz w:val="24"/>
          <w:szCs w:val="24"/>
        </w:rPr>
        <w:t>первоначальными</w:t>
      </w:r>
      <w:r w:rsidRPr="004D788B">
        <w:rPr>
          <w:spacing w:val="1"/>
          <w:sz w:val="24"/>
          <w:szCs w:val="24"/>
        </w:rPr>
        <w:t xml:space="preserve"> </w:t>
      </w:r>
      <w:r w:rsidRPr="004D788B">
        <w:rPr>
          <w:sz w:val="24"/>
          <w:szCs w:val="24"/>
        </w:rPr>
        <w:t>представлениями</w:t>
      </w:r>
      <w:r w:rsidRPr="004D788B">
        <w:rPr>
          <w:spacing w:val="1"/>
          <w:sz w:val="24"/>
          <w:szCs w:val="24"/>
        </w:rPr>
        <w:t xml:space="preserve"> </w:t>
      </w:r>
      <w:r w:rsidRPr="004D788B">
        <w:rPr>
          <w:sz w:val="24"/>
          <w:szCs w:val="24"/>
        </w:rPr>
        <w:t>о</w:t>
      </w:r>
      <w:r w:rsidRPr="004D788B">
        <w:rPr>
          <w:spacing w:val="1"/>
          <w:sz w:val="24"/>
          <w:szCs w:val="24"/>
        </w:rPr>
        <w:t xml:space="preserve"> </w:t>
      </w:r>
      <w:r w:rsidRPr="004D788B">
        <w:rPr>
          <w:sz w:val="24"/>
          <w:szCs w:val="24"/>
        </w:rPr>
        <w:t>природных</w:t>
      </w:r>
      <w:r w:rsidRPr="004D788B">
        <w:rPr>
          <w:spacing w:val="1"/>
          <w:sz w:val="24"/>
          <w:szCs w:val="24"/>
        </w:rPr>
        <w:t xml:space="preserve"> </w:t>
      </w:r>
      <w:r w:rsidRPr="004D788B">
        <w:rPr>
          <w:sz w:val="24"/>
          <w:szCs w:val="24"/>
        </w:rPr>
        <w:t>и</w:t>
      </w:r>
      <w:r w:rsidRPr="004D788B">
        <w:rPr>
          <w:spacing w:val="1"/>
          <w:sz w:val="24"/>
          <w:szCs w:val="24"/>
        </w:rPr>
        <w:t xml:space="preserve"> </w:t>
      </w:r>
      <w:r w:rsidRPr="004D788B">
        <w:rPr>
          <w:sz w:val="24"/>
          <w:szCs w:val="24"/>
        </w:rPr>
        <w:t>социальных</w:t>
      </w:r>
      <w:r w:rsidRPr="004D788B">
        <w:rPr>
          <w:spacing w:val="1"/>
          <w:sz w:val="24"/>
          <w:szCs w:val="24"/>
        </w:rPr>
        <w:t xml:space="preserve"> </w:t>
      </w:r>
      <w:r w:rsidRPr="004D788B">
        <w:rPr>
          <w:sz w:val="24"/>
          <w:szCs w:val="24"/>
        </w:rPr>
        <w:t>объектах, многообразии объектов и явлений природы, связи живой и неживой природы,</w:t>
      </w:r>
      <w:r w:rsidRPr="004D788B">
        <w:rPr>
          <w:spacing w:val="1"/>
          <w:sz w:val="24"/>
          <w:szCs w:val="24"/>
        </w:rPr>
        <w:t xml:space="preserve"> </w:t>
      </w:r>
      <w:r w:rsidRPr="004D788B">
        <w:rPr>
          <w:sz w:val="24"/>
          <w:szCs w:val="24"/>
        </w:rPr>
        <w:t>о</w:t>
      </w:r>
      <w:r w:rsidRPr="004D788B">
        <w:rPr>
          <w:spacing w:val="-1"/>
          <w:sz w:val="24"/>
          <w:szCs w:val="24"/>
        </w:rPr>
        <w:t xml:space="preserve"> </w:t>
      </w:r>
      <w:r w:rsidRPr="004D788B">
        <w:rPr>
          <w:sz w:val="24"/>
          <w:szCs w:val="24"/>
        </w:rPr>
        <w:t>науке, научном</w:t>
      </w:r>
      <w:r w:rsidRPr="004D788B">
        <w:rPr>
          <w:spacing w:val="-1"/>
          <w:sz w:val="24"/>
          <w:szCs w:val="24"/>
        </w:rPr>
        <w:t xml:space="preserve"> </w:t>
      </w:r>
      <w:r w:rsidRPr="004D788B">
        <w:rPr>
          <w:sz w:val="24"/>
          <w:szCs w:val="24"/>
        </w:rPr>
        <w:t>знании.</w:t>
      </w:r>
    </w:p>
    <w:p w14:paraId="11229B74" w14:textId="77777777" w:rsidR="004D788B" w:rsidRPr="004D788B" w:rsidRDefault="004D788B" w:rsidP="00C23CAF">
      <w:pPr>
        <w:pStyle w:val="1"/>
        <w:keepNext w:val="0"/>
        <w:keepLines w:val="0"/>
        <w:widowControl w:val="0"/>
        <w:numPr>
          <w:ilvl w:val="0"/>
          <w:numId w:val="13"/>
        </w:numPr>
        <w:tabs>
          <w:tab w:val="left" w:pos="426"/>
        </w:tabs>
        <w:autoSpaceDE w:val="0"/>
        <w:autoSpaceDN w:val="0"/>
        <w:spacing w:before="0" w:line="240" w:lineRule="auto"/>
        <w:ind w:left="284" w:right="-7" w:firstLine="0"/>
        <w:jc w:val="both"/>
        <w:rPr>
          <w:rFonts w:ascii="Times New Roman" w:hAnsi="Times New Roman" w:cs="Times New Roman"/>
          <w:b w:val="0"/>
          <w:color w:val="auto"/>
          <w:sz w:val="24"/>
          <w:szCs w:val="24"/>
          <w:lang w:val="ru-RU"/>
        </w:rPr>
      </w:pPr>
      <w:r w:rsidRPr="004D788B">
        <w:rPr>
          <w:rFonts w:ascii="Times New Roman" w:hAnsi="Times New Roman" w:cs="Times New Roman"/>
          <w:b w:val="0"/>
          <w:color w:val="auto"/>
          <w:sz w:val="24"/>
          <w:szCs w:val="24"/>
          <w:lang w:val="ru-RU"/>
        </w:rPr>
        <w:t>Имеющий</w:t>
      </w:r>
      <w:r w:rsidRPr="004D788B">
        <w:rPr>
          <w:rFonts w:ascii="Times New Roman" w:hAnsi="Times New Roman" w:cs="Times New Roman"/>
          <w:b w:val="0"/>
          <w:color w:val="auto"/>
          <w:spacing w:val="11"/>
          <w:sz w:val="24"/>
          <w:szCs w:val="24"/>
          <w:lang w:val="ru-RU"/>
        </w:rPr>
        <w:t xml:space="preserve"> </w:t>
      </w:r>
      <w:r w:rsidRPr="004D788B">
        <w:rPr>
          <w:rFonts w:ascii="Times New Roman" w:hAnsi="Times New Roman" w:cs="Times New Roman"/>
          <w:b w:val="0"/>
          <w:color w:val="auto"/>
          <w:sz w:val="24"/>
          <w:szCs w:val="24"/>
          <w:lang w:val="ru-RU"/>
        </w:rPr>
        <w:t>первоначальные</w:t>
      </w:r>
      <w:r w:rsidRPr="004D788B">
        <w:rPr>
          <w:rFonts w:ascii="Times New Roman" w:hAnsi="Times New Roman" w:cs="Times New Roman"/>
          <w:b w:val="0"/>
          <w:color w:val="auto"/>
          <w:spacing w:val="8"/>
          <w:sz w:val="24"/>
          <w:szCs w:val="24"/>
          <w:lang w:val="ru-RU"/>
        </w:rPr>
        <w:t xml:space="preserve"> </w:t>
      </w:r>
      <w:r w:rsidRPr="004D788B">
        <w:rPr>
          <w:rFonts w:ascii="Times New Roman" w:hAnsi="Times New Roman" w:cs="Times New Roman"/>
          <w:b w:val="0"/>
          <w:color w:val="auto"/>
          <w:sz w:val="24"/>
          <w:szCs w:val="24"/>
          <w:lang w:val="ru-RU"/>
        </w:rPr>
        <w:t>навыки</w:t>
      </w:r>
      <w:r w:rsidRPr="004D788B">
        <w:rPr>
          <w:rFonts w:ascii="Times New Roman" w:hAnsi="Times New Roman" w:cs="Times New Roman"/>
          <w:b w:val="0"/>
          <w:color w:val="auto"/>
          <w:spacing w:val="11"/>
          <w:sz w:val="24"/>
          <w:szCs w:val="24"/>
          <w:lang w:val="ru-RU"/>
        </w:rPr>
        <w:t xml:space="preserve"> </w:t>
      </w:r>
      <w:r w:rsidRPr="004D788B">
        <w:rPr>
          <w:rFonts w:ascii="Times New Roman" w:hAnsi="Times New Roman" w:cs="Times New Roman"/>
          <w:b w:val="0"/>
          <w:color w:val="auto"/>
          <w:sz w:val="24"/>
          <w:szCs w:val="24"/>
          <w:lang w:val="ru-RU"/>
        </w:rPr>
        <w:t>наблюдений,</w:t>
      </w:r>
      <w:r w:rsidRPr="004D788B">
        <w:rPr>
          <w:rFonts w:ascii="Times New Roman" w:hAnsi="Times New Roman" w:cs="Times New Roman"/>
          <w:b w:val="0"/>
          <w:color w:val="auto"/>
          <w:spacing w:val="10"/>
          <w:sz w:val="24"/>
          <w:szCs w:val="24"/>
          <w:lang w:val="ru-RU"/>
        </w:rPr>
        <w:t xml:space="preserve"> </w:t>
      </w:r>
      <w:r w:rsidRPr="004D788B">
        <w:rPr>
          <w:rFonts w:ascii="Times New Roman" w:hAnsi="Times New Roman" w:cs="Times New Roman"/>
          <w:b w:val="0"/>
          <w:color w:val="auto"/>
          <w:sz w:val="24"/>
          <w:szCs w:val="24"/>
          <w:lang w:val="ru-RU"/>
        </w:rPr>
        <w:t>систематизации</w:t>
      </w:r>
      <w:r w:rsidRPr="004D788B">
        <w:rPr>
          <w:rFonts w:ascii="Times New Roman" w:hAnsi="Times New Roman" w:cs="Times New Roman"/>
          <w:b w:val="0"/>
          <w:color w:val="auto"/>
          <w:spacing w:val="11"/>
          <w:sz w:val="24"/>
          <w:szCs w:val="24"/>
          <w:lang w:val="ru-RU"/>
        </w:rPr>
        <w:t xml:space="preserve"> </w:t>
      </w:r>
      <w:r w:rsidRPr="004D788B">
        <w:rPr>
          <w:rFonts w:ascii="Times New Roman" w:hAnsi="Times New Roman" w:cs="Times New Roman"/>
          <w:b w:val="0"/>
          <w:color w:val="auto"/>
          <w:sz w:val="24"/>
          <w:szCs w:val="24"/>
          <w:lang w:val="ru-RU"/>
        </w:rPr>
        <w:t>и</w:t>
      </w:r>
      <w:r w:rsidRPr="004D788B">
        <w:rPr>
          <w:rFonts w:ascii="Times New Roman" w:hAnsi="Times New Roman" w:cs="Times New Roman"/>
          <w:b w:val="0"/>
          <w:color w:val="auto"/>
          <w:spacing w:val="11"/>
          <w:sz w:val="24"/>
          <w:szCs w:val="24"/>
          <w:lang w:val="ru-RU"/>
        </w:rPr>
        <w:t xml:space="preserve"> </w:t>
      </w:r>
      <w:r w:rsidRPr="004D788B">
        <w:rPr>
          <w:rFonts w:ascii="Times New Roman" w:hAnsi="Times New Roman" w:cs="Times New Roman"/>
          <w:b w:val="0"/>
          <w:color w:val="auto"/>
          <w:sz w:val="24"/>
          <w:szCs w:val="24"/>
          <w:lang w:val="ru-RU"/>
        </w:rPr>
        <w:t>осмысления</w:t>
      </w:r>
      <w:r w:rsidRPr="004D788B">
        <w:rPr>
          <w:rFonts w:ascii="Times New Roman" w:hAnsi="Times New Roman" w:cs="Times New Roman"/>
          <w:b w:val="0"/>
          <w:color w:val="auto"/>
          <w:spacing w:val="10"/>
          <w:sz w:val="24"/>
          <w:szCs w:val="24"/>
          <w:lang w:val="ru-RU"/>
        </w:rPr>
        <w:t xml:space="preserve"> </w:t>
      </w:r>
      <w:r w:rsidRPr="004D788B">
        <w:rPr>
          <w:rFonts w:ascii="Times New Roman" w:hAnsi="Times New Roman" w:cs="Times New Roman"/>
          <w:b w:val="0"/>
          <w:color w:val="auto"/>
          <w:sz w:val="24"/>
          <w:szCs w:val="24"/>
          <w:lang w:val="ru-RU"/>
        </w:rPr>
        <w:t>опыта в</w:t>
      </w:r>
      <w:r w:rsidRPr="004D788B">
        <w:rPr>
          <w:rFonts w:ascii="Times New Roman" w:hAnsi="Times New Roman" w:cs="Times New Roman"/>
          <w:b w:val="0"/>
          <w:color w:val="auto"/>
          <w:spacing w:val="-5"/>
          <w:sz w:val="24"/>
          <w:szCs w:val="24"/>
          <w:lang w:val="ru-RU"/>
        </w:rPr>
        <w:t xml:space="preserve"> </w:t>
      </w:r>
      <w:r w:rsidRPr="004D788B">
        <w:rPr>
          <w:rFonts w:ascii="Times New Roman" w:hAnsi="Times New Roman" w:cs="Times New Roman"/>
          <w:b w:val="0"/>
          <w:color w:val="auto"/>
          <w:sz w:val="24"/>
          <w:szCs w:val="24"/>
          <w:lang w:val="ru-RU"/>
        </w:rPr>
        <w:t>естественнонаучной</w:t>
      </w:r>
      <w:r w:rsidRPr="004D788B">
        <w:rPr>
          <w:rFonts w:ascii="Times New Roman" w:hAnsi="Times New Roman" w:cs="Times New Roman"/>
          <w:b w:val="0"/>
          <w:color w:val="auto"/>
          <w:spacing w:val="-4"/>
          <w:sz w:val="24"/>
          <w:szCs w:val="24"/>
          <w:lang w:val="ru-RU"/>
        </w:rPr>
        <w:t xml:space="preserve"> </w:t>
      </w:r>
      <w:r w:rsidRPr="004D788B">
        <w:rPr>
          <w:rFonts w:ascii="Times New Roman" w:hAnsi="Times New Roman" w:cs="Times New Roman"/>
          <w:b w:val="0"/>
          <w:color w:val="auto"/>
          <w:sz w:val="24"/>
          <w:szCs w:val="24"/>
          <w:lang w:val="ru-RU"/>
        </w:rPr>
        <w:t>и</w:t>
      </w:r>
      <w:r w:rsidRPr="004D788B">
        <w:rPr>
          <w:rFonts w:ascii="Times New Roman" w:hAnsi="Times New Roman" w:cs="Times New Roman"/>
          <w:b w:val="0"/>
          <w:color w:val="auto"/>
          <w:spacing w:val="-4"/>
          <w:sz w:val="24"/>
          <w:szCs w:val="24"/>
          <w:lang w:val="ru-RU"/>
        </w:rPr>
        <w:t xml:space="preserve"> </w:t>
      </w:r>
      <w:r w:rsidRPr="004D788B">
        <w:rPr>
          <w:rFonts w:ascii="Times New Roman" w:hAnsi="Times New Roman" w:cs="Times New Roman"/>
          <w:b w:val="0"/>
          <w:color w:val="auto"/>
          <w:sz w:val="24"/>
          <w:szCs w:val="24"/>
          <w:lang w:val="ru-RU"/>
        </w:rPr>
        <w:t>гуманитарной</w:t>
      </w:r>
      <w:r w:rsidRPr="004D788B">
        <w:rPr>
          <w:rFonts w:ascii="Times New Roman" w:hAnsi="Times New Roman" w:cs="Times New Roman"/>
          <w:b w:val="0"/>
          <w:color w:val="auto"/>
          <w:spacing w:val="-4"/>
          <w:sz w:val="24"/>
          <w:szCs w:val="24"/>
          <w:lang w:val="ru-RU"/>
        </w:rPr>
        <w:t xml:space="preserve"> </w:t>
      </w:r>
      <w:r w:rsidRPr="004D788B">
        <w:rPr>
          <w:rFonts w:ascii="Times New Roman" w:hAnsi="Times New Roman" w:cs="Times New Roman"/>
          <w:b w:val="0"/>
          <w:color w:val="auto"/>
          <w:sz w:val="24"/>
          <w:szCs w:val="24"/>
          <w:lang w:val="ru-RU"/>
        </w:rPr>
        <w:t>областях</w:t>
      </w:r>
      <w:r w:rsidRPr="004D788B">
        <w:rPr>
          <w:rFonts w:ascii="Times New Roman" w:hAnsi="Times New Roman" w:cs="Times New Roman"/>
          <w:b w:val="0"/>
          <w:color w:val="auto"/>
          <w:spacing w:val="-1"/>
          <w:sz w:val="24"/>
          <w:szCs w:val="24"/>
          <w:lang w:val="ru-RU"/>
        </w:rPr>
        <w:t xml:space="preserve"> </w:t>
      </w:r>
      <w:r w:rsidRPr="004D788B">
        <w:rPr>
          <w:rFonts w:ascii="Times New Roman" w:hAnsi="Times New Roman" w:cs="Times New Roman"/>
          <w:b w:val="0"/>
          <w:color w:val="auto"/>
          <w:sz w:val="24"/>
          <w:szCs w:val="24"/>
          <w:lang w:val="ru-RU"/>
        </w:rPr>
        <w:t>знания</w:t>
      </w:r>
      <w:r w:rsidRPr="004D788B">
        <w:rPr>
          <w:rFonts w:ascii="Times New Roman" w:hAnsi="Times New Roman" w:cs="Times New Roman"/>
          <w:color w:val="auto"/>
          <w:sz w:val="24"/>
          <w:szCs w:val="24"/>
          <w:lang w:val="ru-RU"/>
        </w:rPr>
        <w:t>.</w:t>
      </w:r>
    </w:p>
    <w:p w14:paraId="4B316130" w14:textId="77777777" w:rsidR="004D788B" w:rsidRPr="004D788B" w:rsidRDefault="004D788B" w:rsidP="004D788B">
      <w:pPr>
        <w:pStyle w:val="1"/>
        <w:spacing w:before="0" w:line="240" w:lineRule="auto"/>
        <w:ind w:left="709"/>
        <w:rPr>
          <w:rFonts w:ascii="Times New Roman" w:hAnsi="Times New Roman" w:cs="Times New Roman"/>
          <w:color w:val="auto"/>
          <w:sz w:val="24"/>
          <w:szCs w:val="24"/>
          <w:lang w:val="ru-RU"/>
        </w:rPr>
      </w:pPr>
      <w:r w:rsidRPr="004D788B">
        <w:rPr>
          <w:rFonts w:ascii="Times New Roman" w:hAnsi="Times New Roman" w:cs="Times New Roman"/>
          <w:color w:val="auto"/>
          <w:sz w:val="24"/>
          <w:szCs w:val="24"/>
          <w:lang w:val="ru-RU"/>
        </w:rPr>
        <w:t>Урочная</w:t>
      </w:r>
      <w:r w:rsidRPr="004D788B">
        <w:rPr>
          <w:rFonts w:ascii="Times New Roman" w:hAnsi="Times New Roman" w:cs="Times New Roman"/>
          <w:color w:val="auto"/>
          <w:spacing w:val="-5"/>
          <w:sz w:val="24"/>
          <w:szCs w:val="24"/>
          <w:lang w:val="ru-RU"/>
        </w:rPr>
        <w:t xml:space="preserve"> </w:t>
      </w:r>
      <w:r w:rsidRPr="004D788B">
        <w:rPr>
          <w:rFonts w:ascii="Times New Roman" w:hAnsi="Times New Roman" w:cs="Times New Roman"/>
          <w:color w:val="auto"/>
          <w:sz w:val="24"/>
          <w:szCs w:val="24"/>
          <w:lang w:val="ru-RU"/>
        </w:rPr>
        <w:t>деятельность</w:t>
      </w:r>
    </w:p>
    <w:p w14:paraId="406A5504" w14:textId="77777777" w:rsidR="004D788B" w:rsidRPr="00C23CAF" w:rsidRDefault="004D788B" w:rsidP="00C23CAF">
      <w:pPr>
        <w:adjustRightInd w:val="0"/>
        <w:spacing w:after="0" w:line="240" w:lineRule="auto"/>
        <w:ind w:left="284" w:right="-1" w:firstLine="720"/>
        <w:jc w:val="both"/>
        <w:rPr>
          <w:rStyle w:val="CharAttribute512"/>
          <w:rFonts w:eastAsia="№Е"/>
          <w:sz w:val="24"/>
          <w:szCs w:val="24"/>
          <w:lang w:val="ru-RU"/>
        </w:rPr>
      </w:pPr>
      <w:r w:rsidRPr="00C23CAF">
        <w:rPr>
          <w:rStyle w:val="CharAttribute512"/>
          <w:rFonts w:eastAsia="№Е"/>
          <w:sz w:val="24"/>
          <w:szCs w:val="24"/>
          <w:lang w:val="ru-RU"/>
        </w:rPr>
        <w:t xml:space="preserve">Реализация школьными педагогами воспитательного потенциала урока предполагает ориентацию на </w:t>
      </w:r>
      <w:r w:rsidRPr="00C23CAF">
        <w:rPr>
          <w:rFonts w:ascii="Times New Roman" w:hAnsi="Times New Roman" w:cs="Times New Roman"/>
          <w:sz w:val="24"/>
          <w:szCs w:val="24"/>
          <w:lang w:val="ru-RU"/>
        </w:rPr>
        <w:t xml:space="preserve">целевые приоритеты, связанные с возрастными особенностями учащихся </w:t>
      </w:r>
      <w:r w:rsidRPr="00C23CAF">
        <w:rPr>
          <w:rStyle w:val="CharAttribute512"/>
          <w:rFonts w:eastAsia="№Е"/>
          <w:sz w:val="24"/>
          <w:szCs w:val="24"/>
          <w:lang w:val="ru-RU"/>
        </w:rPr>
        <w:t>и обеспечивает:</w:t>
      </w:r>
    </w:p>
    <w:p w14:paraId="4A4C477B" w14:textId="77777777" w:rsidR="004D788B" w:rsidRPr="00C23CAF" w:rsidRDefault="004D788B" w:rsidP="00C23CAF">
      <w:pPr>
        <w:pStyle w:val="ae"/>
        <w:numPr>
          <w:ilvl w:val="0"/>
          <w:numId w:val="14"/>
        </w:numPr>
        <w:tabs>
          <w:tab w:val="left" w:pos="0"/>
          <w:tab w:val="left" w:pos="284"/>
        </w:tabs>
        <w:autoSpaceDN w:val="0"/>
        <w:spacing w:after="0" w:line="240" w:lineRule="auto"/>
        <w:ind w:left="284" w:firstLine="0"/>
        <w:contextualSpacing w:val="0"/>
        <w:jc w:val="both"/>
        <w:rPr>
          <w:rStyle w:val="CharAttribute501"/>
          <w:rFonts w:eastAsia="№Е"/>
          <w:i w:val="0"/>
          <w:sz w:val="24"/>
          <w:szCs w:val="24"/>
          <w:lang w:val="ru-RU"/>
        </w:rPr>
      </w:pPr>
      <w:r w:rsidRPr="00C23CAF">
        <w:rPr>
          <w:rStyle w:val="CharAttribute501"/>
          <w:rFonts w:eastAsia="№Е"/>
          <w:sz w:val="24"/>
          <w:szCs w:val="24"/>
          <w:lang w:val="ru-RU"/>
        </w:rPr>
        <w:t xml:space="preserve">установление субъект-субъектных отношений в процессе учебной деятельности через </w:t>
      </w:r>
      <w:r w:rsidRPr="00C23CAF">
        <w:rPr>
          <w:rStyle w:val="w"/>
          <w:rFonts w:ascii="Times New Roman" w:hAnsi="Times New Roman" w:cs="Times New Roman"/>
          <w:sz w:val="24"/>
          <w:szCs w:val="24"/>
          <w:lang w:val="ru-RU"/>
        </w:rPr>
        <w:t>делегирование</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учащимся</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ряда</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учительских</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в</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том</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числе</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и</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дидактических</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полномочий; проявление</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доверия</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к</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детям</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со</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стороны</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педагогов</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уважения</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к</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их</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достоинству</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и</w:t>
      </w:r>
      <w:r w:rsidRPr="00C23CAF">
        <w:rPr>
          <w:rFonts w:ascii="Times New Roman" w:hAnsi="Times New Roman" w:cs="Times New Roman"/>
          <w:sz w:val="24"/>
          <w:szCs w:val="24"/>
          <w:lang w:val="ru-RU"/>
        </w:rPr>
        <w:t xml:space="preserve"> </w:t>
      </w:r>
      <w:r w:rsidRPr="00C23CAF">
        <w:rPr>
          <w:rStyle w:val="w"/>
          <w:rFonts w:ascii="Times New Roman" w:hAnsi="Times New Roman" w:cs="Times New Roman"/>
          <w:sz w:val="24"/>
          <w:szCs w:val="24"/>
          <w:lang w:val="ru-RU"/>
        </w:rPr>
        <w:t>чести</w:t>
      </w:r>
      <w:r w:rsidRPr="00C23CAF">
        <w:rPr>
          <w:rFonts w:ascii="Times New Roman" w:hAnsi="Times New Roman" w:cs="Times New Roman"/>
          <w:sz w:val="24"/>
          <w:szCs w:val="24"/>
          <w:lang w:val="ru-RU"/>
        </w:rPr>
        <w:t xml:space="preserve">; акцентирование внимания на индивидуальных особенностях, интересах, увлечениях, привычках </w:t>
      </w:r>
      <w:r w:rsidRPr="00C23CAF">
        <w:rPr>
          <w:rFonts w:ascii="Times New Roman" w:hAnsi="Times New Roman" w:cs="Times New Roman"/>
          <w:spacing w:val="-4"/>
          <w:sz w:val="24"/>
          <w:szCs w:val="24"/>
          <w:lang w:val="ru-RU"/>
        </w:rPr>
        <w:t xml:space="preserve">того </w:t>
      </w:r>
      <w:r w:rsidRPr="00C23CAF">
        <w:rPr>
          <w:rFonts w:ascii="Times New Roman" w:hAnsi="Times New Roman" w:cs="Times New Roman"/>
          <w:sz w:val="24"/>
          <w:szCs w:val="24"/>
          <w:lang w:val="ru-RU"/>
        </w:rPr>
        <w:t>или иного ученика;</w:t>
      </w:r>
    </w:p>
    <w:p w14:paraId="6B5F0908" w14:textId="77777777" w:rsidR="004D788B" w:rsidRPr="00C23CAF" w:rsidRDefault="004D788B" w:rsidP="00C23CAF">
      <w:pPr>
        <w:pStyle w:val="ae"/>
        <w:numPr>
          <w:ilvl w:val="0"/>
          <w:numId w:val="14"/>
        </w:numPr>
        <w:tabs>
          <w:tab w:val="left" w:pos="0"/>
          <w:tab w:val="left" w:pos="284"/>
        </w:tabs>
        <w:autoSpaceDN w:val="0"/>
        <w:spacing w:after="0" w:line="240" w:lineRule="auto"/>
        <w:ind w:left="284" w:firstLine="0"/>
        <w:contextualSpacing w:val="0"/>
        <w:jc w:val="both"/>
        <w:rPr>
          <w:rStyle w:val="CharAttribute501"/>
          <w:rFonts w:eastAsia="№Е"/>
          <w:i w:val="0"/>
          <w:sz w:val="24"/>
          <w:szCs w:val="24"/>
          <w:lang w:val="ru-RU"/>
        </w:rPr>
      </w:pPr>
      <w:r w:rsidRPr="00C23CAF">
        <w:rPr>
          <w:rStyle w:val="CharAttribute501"/>
          <w:rFonts w:eastAsia="№Е"/>
          <w:sz w:val="24"/>
          <w:szCs w:val="24"/>
          <w:lang w:val="ru-RU"/>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14:paraId="37EA5F75" w14:textId="77777777" w:rsidR="004D788B" w:rsidRPr="00C23CAF" w:rsidRDefault="004D788B" w:rsidP="00C23CAF">
      <w:pPr>
        <w:pStyle w:val="ae"/>
        <w:numPr>
          <w:ilvl w:val="0"/>
          <w:numId w:val="14"/>
        </w:numPr>
        <w:tabs>
          <w:tab w:val="left" w:pos="0"/>
          <w:tab w:val="left" w:pos="284"/>
        </w:tabs>
        <w:autoSpaceDN w:val="0"/>
        <w:spacing w:after="0" w:line="240" w:lineRule="auto"/>
        <w:ind w:left="284" w:firstLine="0"/>
        <w:contextualSpacing w:val="0"/>
        <w:jc w:val="both"/>
        <w:rPr>
          <w:rStyle w:val="CharAttribute501"/>
          <w:rFonts w:eastAsia="№Е"/>
          <w:i w:val="0"/>
          <w:sz w:val="24"/>
          <w:szCs w:val="24"/>
          <w:lang w:val="ru-RU"/>
        </w:rPr>
      </w:pPr>
      <w:r w:rsidRPr="00C23CAF">
        <w:rPr>
          <w:rStyle w:val="CharAttribute501"/>
          <w:rFonts w:eastAsia="№Е"/>
          <w:sz w:val="24"/>
          <w:szCs w:val="24"/>
          <w:lang w:val="ru-RU"/>
        </w:rPr>
        <w:t xml:space="preserve">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w:t>
      </w:r>
      <w:r w:rsidRPr="00C23CAF">
        <w:rPr>
          <w:rFonts w:ascii="Times New Roman" w:hAnsi="Times New Roman" w:cs="Times New Roman"/>
          <w:sz w:val="24"/>
          <w:szCs w:val="24"/>
          <w:lang w:val="ru-RU"/>
        </w:rPr>
        <w:t>мотивирующего потенциала юмора, обращение к личному опыту учащихся, проявление внимания к ученикам, требующим такого внимания;</w:t>
      </w:r>
    </w:p>
    <w:p w14:paraId="355CE68B" w14:textId="77777777" w:rsidR="004D788B" w:rsidRPr="00C23CAF" w:rsidRDefault="004D788B" w:rsidP="00C23CAF">
      <w:pPr>
        <w:pStyle w:val="ae"/>
        <w:numPr>
          <w:ilvl w:val="0"/>
          <w:numId w:val="14"/>
        </w:numPr>
        <w:tabs>
          <w:tab w:val="left" w:pos="0"/>
          <w:tab w:val="left" w:pos="284"/>
        </w:tabs>
        <w:autoSpaceDN w:val="0"/>
        <w:spacing w:after="0" w:line="240" w:lineRule="auto"/>
        <w:ind w:left="284" w:firstLine="142"/>
        <w:contextualSpacing w:val="0"/>
        <w:jc w:val="both"/>
        <w:rPr>
          <w:rStyle w:val="CharAttribute501"/>
          <w:rFonts w:eastAsia="№Е"/>
          <w:i w:val="0"/>
          <w:sz w:val="24"/>
          <w:szCs w:val="24"/>
          <w:lang w:val="ru-RU"/>
        </w:rPr>
      </w:pPr>
      <w:r w:rsidRPr="00C23CAF">
        <w:rPr>
          <w:rFonts w:ascii="Times New Roman" w:hAnsi="Times New Roman" w:cs="Times New Roman"/>
          <w:sz w:val="24"/>
          <w:szCs w:val="24"/>
          <w:lang w:val="ru-RU"/>
        </w:rPr>
        <w:t>побуждение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обучающихся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соблюдать</w:t>
      </w:r>
      <w:r w:rsidRPr="00C23CAF">
        <w:rPr>
          <w:rFonts w:ascii="Times New Roman" w:hAnsi="Times New Roman" w:cs="Times New Roman"/>
          <w:spacing w:val="1"/>
          <w:sz w:val="24"/>
          <w:szCs w:val="24"/>
          <w:lang w:val="ru-RU"/>
        </w:rPr>
        <w:t xml:space="preserve"> </w:t>
      </w:r>
      <w:r w:rsidRPr="00C23CAF">
        <w:rPr>
          <w:rStyle w:val="CharAttribute501"/>
          <w:rFonts w:eastAsia="№Е"/>
          <w:sz w:val="24"/>
          <w:szCs w:val="24"/>
          <w:lang w:val="ru-RU"/>
        </w:rPr>
        <w:t xml:space="preserve">правила внутреннего распорядка, </w:t>
      </w:r>
      <w:r w:rsidRPr="00C23CAF">
        <w:rPr>
          <w:rFonts w:ascii="Times New Roman" w:hAnsi="Times New Roman" w:cs="Times New Roman"/>
          <w:sz w:val="24"/>
          <w:szCs w:val="24"/>
          <w:lang w:val="ru-RU"/>
        </w:rPr>
        <w:t>нормы</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поведения,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правила</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общения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со</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сверстниками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педагогами,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соответствующие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укладу</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Школы,</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установление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поддержку</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доброжелательной</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 xml:space="preserve">атмосферы </w:t>
      </w:r>
      <w:r w:rsidRPr="00C23CAF">
        <w:rPr>
          <w:rStyle w:val="CharAttribute501"/>
          <w:rFonts w:eastAsia="№Е"/>
          <w:sz w:val="24"/>
          <w:szCs w:val="24"/>
          <w:lang w:val="ru-RU"/>
        </w:rPr>
        <w:t>через закрепление за каждым учащимся своего места, использование привлекательных для детей традиций, демонстрацию собственного примера;</w:t>
      </w:r>
    </w:p>
    <w:p w14:paraId="48053092" w14:textId="77777777" w:rsidR="004D788B" w:rsidRPr="00C23CAF" w:rsidRDefault="004D788B" w:rsidP="00C23CAF">
      <w:pPr>
        <w:pStyle w:val="ae"/>
        <w:widowControl w:val="0"/>
        <w:numPr>
          <w:ilvl w:val="0"/>
          <w:numId w:val="14"/>
        </w:numPr>
        <w:tabs>
          <w:tab w:val="left" w:pos="284"/>
          <w:tab w:val="left" w:pos="709"/>
        </w:tabs>
        <w:autoSpaceDE w:val="0"/>
        <w:autoSpaceDN w:val="0"/>
        <w:spacing w:after="0" w:line="240" w:lineRule="auto"/>
        <w:ind w:left="284" w:right="-1" w:firstLine="0"/>
        <w:contextualSpacing w:val="0"/>
        <w:jc w:val="both"/>
        <w:rPr>
          <w:rFonts w:ascii="Times New Roman" w:eastAsia="Times New Roman" w:hAnsi="Times New Roman" w:cs="Times New Roman"/>
          <w:sz w:val="24"/>
          <w:szCs w:val="24"/>
          <w:lang w:val="ru-RU"/>
        </w:rPr>
      </w:pPr>
      <w:r w:rsidRPr="00C23CAF">
        <w:rPr>
          <w:rFonts w:ascii="Times New Roman" w:hAnsi="Times New Roman" w:cs="Times New Roman"/>
          <w:sz w:val="24"/>
          <w:szCs w:val="24"/>
          <w:lang w:val="ru-RU"/>
        </w:rPr>
        <w:t>организацию</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шефства</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мотивированных</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эрудированных</w:t>
      </w:r>
      <w:r w:rsidRPr="00C23CAF">
        <w:rPr>
          <w:rFonts w:ascii="Times New Roman" w:hAnsi="Times New Roman" w:cs="Times New Roman"/>
          <w:spacing w:val="-67"/>
          <w:sz w:val="24"/>
          <w:szCs w:val="24"/>
          <w:lang w:val="ru-RU"/>
        </w:rPr>
        <w:t xml:space="preserve"> </w:t>
      </w:r>
      <w:r w:rsidRPr="00C23CAF">
        <w:rPr>
          <w:rFonts w:ascii="Times New Roman" w:hAnsi="Times New Roman" w:cs="Times New Roman"/>
          <w:sz w:val="24"/>
          <w:szCs w:val="24"/>
          <w:lang w:val="ru-RU"/>
        </w:rPr>
        <w:t>обучающихся над неуспевающими одноклассниками, в том числе с особыми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образовательными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потребностями,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дающего</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обучающимся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социально</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значимый</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опыт</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сотрудничества</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взаимной помощи;</w:t>
      </w:r>
    </w:p>
    <w:p w14:paraId="0A253539" w14:textId="77777777" w:rsidR="004D788B" w:rsidRPr="00C23CAF" w:rsidRDefault="004D788B" w:rsidP="00C23CAF">
      <w:pPr>
        <w:pStyle w:val="ae"/>
        <w:numPr>
          <w:ilvl w:val="0"/>
          <w:numId w:val="14"/>
        </w:numPr>
        <w:tabs>
          <w:tab w:val="left" w:pos="0"/>
          <w:tab w:val="left" w:pos="284"/>
        </w:tabs>
        <w:autoSpaceDN w:val="0"/>
        <w:spacing w:after="0" w:line="240" w:lineRule="auto"/>
        <w:ind w:left="284" w:firstLine="0"/>
        <w:contextualSpacing w:val="0"/>
        <w:jc w:val="both"/>
        <w:rPr>
          <w:rStyle w:val="CharAttribute501"/>
          <w:rFonts w:eastAsia="№Е"/>
          <w:i w:val="0"/>
          <w:sz w:val="24"/>
          <w:szCs w:val="24"/>
          <w:lang w:val="ru-RU"/>
        </w:rPr>
      </w:pPr>
      <w:r w:rsidRPr="00C23CAF">
        <w:rPr>
          <w:rFonts w:ascii="Times New Roman" w:hAnsi="Times New Roman" w:cs="Times New Roman"/>
          <w:sz w:val="24"/>
          <w:szCs w:val="24"/>
          <w:lang w:val="ru-RU"/>
        </w:rPr>
        <w:t>инициирование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поддержку</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исследовательской</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деятельности</w:t>
      </w:r>
      <w:r w:rsidRPr="00C23CAF">
        <w:rPr>
          <w:rFonts w:ascii="Times New Roman" w:hAnsi="Times New Roman" w:cs="Times New Roman"/>
          <w:spacing w:val="-67"/>
          <w:sz w:val="24"/>
          <w:szCs w:val="24"/>
          <w:lang w:val="ru-RU"/>
        </w:rPr>
        <w:t xml:space="preserve"> </w:t>
      </w:r>
      <w:r w:rsidRPr="00C23CAF">
        <w:rPr>
          <w:rFonts w:ascii="Times New Roman" w:hAnsi="Times New Roman" w:cs="Times New Roman"/>
          <w:sz w:val="24"/>
          <w:szCs w:val="24"/>
          <w:lang w:val="ru-RU"/>
        </w:rPr>
        <w:t>обучающихся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w:t>
      </w:r>
      <w:r w:rsidRPr="00C23CAF">
        <w:rPr>
          <w:rFonts w:ascii="Times New Roman" w:hAnsi="Times New Roman" w:cs="Times New Roman"/>
          <w:spacing w:val="-3"/>
          <w:sz w:val="24"/>
          <w:szCs w:val="24"/>
          <w:lang w:val="ru-RU"/>
        </w:rPr>
        <w:t xml:space="preserve"> </w:t>
      </w:r>
      <w:r w:rsidRPr="00C23CAF">
        <w:rPr>
          <w:rFonts w:ascii="Times New Roman" w:hAnsi="Times New Roman" w:cs="Times New Roman"/>
          <w:sz w:val="24"/>
          <w:szCs w:val="24"/>
          <w:lang w:val="ru-RU"/>
        </w:rPr>
        <w:t>форме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индивидуальных</w:t>
      </w:r>
      <w:r w:rsidRPr="00C23CAF">
        <w:rPr>
          <w:rFonts w:ascii="Times New Roman" w:hAnsi="Times New Roman" w:cs="Times New Roman"/>
          <w:spacing w:val="-2"/>
          <w:sz w:val="24"/>
          <w:szCs w:val="24"/>
          <w:lang w:val="ru-RU"/>
        </w:rPr>
        <w:t xml:space="preserve"> </w:t>
      </w:r>
      <w:r w:rsidRPr="00C23CAF">
        <w:rPr>
          <w:rFonts w:ascii="Times New Roman" w:hAnsi="Times New Roman" w:cs="Times New Roman"/>
          <w:sz w:val="24"/>
          <w:szCs w:val="24"/>
          <w:lang w:val="ru-RU"/>
        </w:rPr>
        <w:t>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групповых</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проектов</w:t>
      </w:r>
      <w:r w:rsidRPr="00C23CAF">
        <w:rPr>
          <w:rStyle w:val="CharAttribute501"/>
          <w:rFonts w:eastAsia="№Е"/>
          <w:sz w:val="24"/>
          <w:szCs w:val="24"/>
          <w:lang w:val="ru-RU"/>
        </w:rPr>
        <w:t>;</w:t>
      </w:r>
    </w:p>
    <w:p w14:paraId="50777990" w14:textId="77777777" w:rsidR="004D788B" w:rsidRPr="00C23CAF" w:rsidRDefault="004D788B" w:rsidP="00C23CAF">
      <w:pPr>
        <w:pStyle w:val="ae"/>
        <w:widowControl w:val="0"/>
        <w:numPr>
          <w:ilvl w:val="0"/>
          <w:numId w:val="14"/>
        </w:numPr>
        <w:tabs>
          <w:tab w:val="left" w:pos="284"/>
          <w:tab w:val="left" w:pos="709"/>
        </w:tabs>
        <w:autoSpaceDE w:val="0"/>
        <w:autoSpaceDN w:val="0"/>
        <w:spacing w:after="0" w:line="240" w:lineRule="auto"/>
        <w:ind w:left="284" w:right="-1" w:firstLine="0"/>
        <w:contextualSpacing w:val="0"/>
        <w:jc w:val="both"/>
        <w:rPr>
          <w:rFonts w:ascii="Times New Roman" w:eastAsia="Times New Roman" w:hAnsi="Times New Roman" w:cs="Times New Roman"/>
          <w:sz w:val="24"/>
          <w:szCs w:val="24"/>
          <w:lang w:val="ru-RU"/>
        </w:rPr>
      </w:pPr>
      <w:r w:rsidRPr="00C23CAF">
        <w:rPr>
          <w:rFonts w:ascii="Times New Roman" w:hAnsi="Times New Roman" w:cs="Times New Roman"/>
          <w:sz w:val="24"/>
          <w:szCs w:val="24"/>
          <w:lang w:val="ru-RU"/>
        </w:rPr>
        <w:t>включение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учителями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рабочие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программы</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по</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всем</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учебным</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 xml:space="preserve">предметам, курсам, </w:t>
      </w:r>
      <w:r w:rsidRPr="00C23CAF">
        <w:rPr>
          <w:rFonts w:ascii="Times New Roman" w:hAnsi="Times New Roman" w:cs="Times New Roman"/>
          <w:sz w:val="24"/>
          <w:szCs w:val="24"/>
          <w:u w:val="single"/>
          <w:lang w:val="ru-RU"/>
        </w:rPr>
        <w:t>модулям целевых ориентиров результатов воспитания, их</w:t>
      </w:r>
      <w:r w:rsidRPr="00C23CAF">
        <w:rPr>
          <w:rFonts w:ascii="Times New Roman" w:hAnsi="Times New Roman" w:cs="Times New Roman"/>
          <w:spacing w:val="-67"/>
          <w:sz w:val="24"/>
          <w:szCs w:val="24"/>
          <w:u w:val="single"/>
          <w:lang w:val="ru-RU"/>
        </w:rPr>
        <w:t xml:space="preserve"> </w:t>
      </w:r>
      <w:r w:rsidRPr="00C23CAF">
        <w:rPr>
          <w:rFonts w:ascii="Times New Roman" w:hAnsi="Times New Roman" w:cs="Times New Roman"/>
          <w:sz w:val="24"/>
          <w:szCs w:val="24"/>
          <w:u w:val="single"/>
          <w:lang w:val="ru-RU"/>
        </w:rPr>
        <w:t>учёт</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в</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формулировках</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воспитательных</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задач</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уроков,</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занятий,</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освоения</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учебной</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тематики,</w:t>
      </w:r>
      <w:r w:rsidRPr="00C23CAF">
        <w:rPr>
          <w:rFonts w:ascii="Times New Roman" w:hAnsi="Times New Roman" w:cs="Times New Roman"/>
          <w:spacing w:val="-4"/>
          <w:sz w:val="24"/>
          <w:szCs w:val="24"/>
          <w:u w:val="single"/>
          <w:lang w:val="ru-RU"/>
        </w:rPr>
        <w:t xml:space="preserve"> </w:t>
      </w:r>
      <w:r w:rsidRPr="00C23CAF">
        <w:rPr>
          <w:rFonts w:ascii="Times New Roman" w:hAnsi="Times New Roman" w:cs="Times New Roman"/>
          <w:sz w:val="24"/>
          <w:szCs w:val="24"/>
          <w:u w:val="single"/>
          <w:lang w:val="ru-RU"/>
        </w:rPr>
        <w:t>их</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реализацию</w:t>
      </w:r>
      <w:r w:rsidRPr="00C23CAF">
        <w:rPr>
          <w:rFonts w:ascii="Times New Roman" w:hAnsi="Times New Roman" w:cs="Times New Roman"/>
          <w:spacing w:val="1"/>
          <w:sz w:val="24"/>
          <w:szCs w:val="24"/>
          <w:u w:val="single"/>
          <w:lang w:val="ru-RU"/>
        </w:rPr>
        <w:t xml:space="preserve"> </w:t>
      </w:r>
      <w:r w:rsidRPr="00C23CAF">
        <w:rPr>
          <w:rFonts w:ascii="Times New Roman" w:hAnsi="Times New Roman" w:cs="Times New Roman"/>
          <w:sz w:val="24"/>
          <w:szCs w:val="24"/>
          <w:u w:val="single"/>
          <w:lang w:val="ru-RU"/>
        </w:rPr>
        <w:t>в</w:t>
      </w:r>
      <w:r w:rsidRPr="00C23CAF">
        <w:rPr>
          <w:rFonts w:ascii="Times New Roman" w:hAnsi="Times New Roman" w:cs="Times New Roman"/>
          <w:spacing w:val="-2"/>
          <w:sz w:val="24"/>
          <w:szCs w:val="24"/>
          <w:u w:val="single"/>
          <w:lang w:val="ru-RU"/>
        </w:rPr>
        <w:t xml:space="preserve"> </w:t>
      </w:r>
      <w:r w:rsidRPr="00C23CAF">
        <w:rPr>
          <w:rFonts w:ascii="Times New Roman" w:hAnsi="Times New Roman" w:cs="Times New Roman"/>
          <w:sz w:val="24"/>
          <w:szCs w:val="24"/>
          <w:u w:val="single"/>
          <w:lang w:val="ru-RU"/>
        </w:rPr>
        <w:t>обучении;</w:t>
      </w:r>
    </w:p>
    <w:p w14:paraId="127F6973" w14:textId="77777777" w:rsidR="004D788B" w:rsidRPr="00C23CAF" w:rsidRDefault="004D788B" w:rsidP="00C23CAF">
      <w:pPr>
        <w:pStyle w:val="ae"/>
        <w:widowControl w:val="0"/>
        <w:numPr>
          <w:ilvl w:val="0"/>
          <w:numId w:val="14"/>
        </w:numPr>
        <w:tabs>
          <w:tab w:val="left" w:pos="284"/>
        </w:tabs>
        <w:autoSpaceDE w:val="0"/>
        <w:autoSpaceDN w:val="0"/>
        <w:spacing w:after="0" w:line="240" w:lineRule="auto"/>
        <w:ind w:left="284" w:right="-1" w:firstLine="0"/>
        <w:contextualSpacing w:val="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включение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учителями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рабочие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программы</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учебных</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предметов,</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курсов,</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модулей</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тематики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соответствии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календарным</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планом</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воспитательной</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работы;</w:t>
      </w:r>
    </w:p>
    <w:p w14:paraId="3CFD15FA" w14:textId="77777777" w:rsidR="004D788B" w:rsidRPr="00C23CAF" w:rsidRDefault="004D788B" w:rsidP="00C23CAF">
      <w:pPr>
        <w:pStyle w:val="ae"/>
        <w:widowControl w:val="0"/>
        <w:numPr>
          <w:ilvl w:val="0"/>
          <w:numId w:val="14"/>
        </w:numPr>
        <w:tabs>
          <w:tab w:val="left" w:pos="284"/>
        </w:tabs>
        <w:autoSpaceDE w:val="0"/>
        <w:autoSpaceDN w:val="0"/>
        <w:spacing w:after="0" w:line="240" w:lineRule="auto"/>
        <w:ind w:left="284" w:right="-1" w:firstLine="0"/>
        <w:contextualSpacing w:val="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выбор методов, методик, технологий, оказывающих воспитательное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воздействие на личность в соответствии с воспитательным идеалом, целью 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задачами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воспитания,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целевыми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ориентирами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результатов</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воспитания;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реализацию</w:t>
      </w:r>
      <w:r w:rsidRPr="00C23CAF">
        <w:rPr>
          <w:rFonts w:ascii="Times New Roman" w:hAnsi="Times New Roman" w:cs="Times New Roman"/>
          <w:spacing w:val="-2"/>
          <w:sz w:val="24"/>
          <w:szCs w:val="24"/>
          <w:lang w:val="ru-RU"/>
        </w:rPr>
        <w:t xml:space="preserve"> </w:t>
      </w:r>
      <w:r w:rsidRPr="00C23CAF">
        <w:rPr>
          <w:rFonts w:ascii="Times New Roman" w:hAnsi="Times New Roman" w:cs="Times New Roman"/>
          <w:sz w:val="24"/>
          <w:szCs w:val="24"/>
          <w:lang w:val="ru-RU"/>
        </w:rPr>
        <w:t>приоритета</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воспитания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w:t>
      </w:r>
      <w:r w:rsidRPr="00C23CAF">
        <w:rPr>
          <w:rFonts w:ascii="Times New Roman" w:hAnsi="Times New Roman" w:cs="Times New Roman"/>
          <w:spacing w:val="-2"/>
          <w:sz w:val="24"/>
          <w:szCs w:val="24"/>
          <w:lang w:val="ru-RU"/>
        </w:rPr>
        <w:t xml:space="preserve"> </w:t>
      </w:r>
      <w:r w:rsidRPr="00C23CAF">
        <w:rPr>
          <w:rFonts w:ascii="Times New Roman" w:hAnsi="Times New Roman" w:cs="Times New Roman"/>
          <w:sz w:val="24"/>
          <w:szCs w:val="24"/>
          <w:lang w:val="ru-RU"/>
        </w:rPr>
        <w:t>учебной деятельности;</w:t>
      </w:r>
    </w:p>
    <w:p w14:paraId="5440F04F" w14:textId="77777777" w:rsidR="004D788B" w:rsidRPr="00C23CAF" w:rsidRDefault="004D788B" w:rsidP="00C23CAF">
      <w:pPr>
        <w:pStyle w:val="ae"/>
        <w:numPr>
          <w:ilvl w:val="0"/>
          <w:numId w:val="14"/>
        </w:numPr>
        <w:tabs>
          <w:tab w:val="left" w:pos="284"/>
        </w:tabs>
        <w:autoSpaceDN w:val="0"/>
        <w:spacing w:after="0" w:line="240" w:lineRule="auto"/>
        <w:ind w:left="284" w:right="-1" w:firstLine="0"/>
        <w:contextualSpacing w:val="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привлечение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внимания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обучающихся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к</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ценностному</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аспекту</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изучаемых</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на</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уроках</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предметов,</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явлений</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событий,</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инициирование</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обсуждений, высказываний своего мнения, выработки своего личностного</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отношения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к изучаемым событиям,</w:t>
      </w:r>
      <w:r w:rsidRPr="00C23CAF">
        <w:rPr>
          <w:rFonts w:ascii="Times New Roman" w:hAnsi="Times New Roman" w:cs="Times New Roman"/>
          <w:spacing w:val="-2"/>
          <w:sz w:val="24"/>
          <w:szCs w:val="24"/>
          <w:lang w:val="ru-RU"/>
        </w:rPr>
        <w:t xml:space="preserve"> </w:t>
      </w:r>
      <w:r w:rsidRPr="00C23CAF">
        <w:rPr>
          <w:rFonts w:ascii="Times New Roman" w:hAnsi="Times New Roman" w:cs="Times New Roman"/>
          <w:sz w:val="24"/>
          <w:szCs w:val="24"/>
          <w:lang w:val="ru-RU"/>
        </w:rPr>
        <w:t>явлениям,</w:t>
      </w:r>
      <w:r w:rsidRPr="00C23CAF">
        <w:rPr>
          <w:rFonts w:ascii="Times New Roman" w:hAnsi="Times New Roman" w:cs="Times New Roman"/>
          <w:spacing w:val="-2"/>
          <w:sz w:val="24"/>
          <w:szCs w:val="24"/>
          <w:lang w:val="ru-RU"/>
        </w:rPr>
        <w:t xml:space="preserve"> </w:t>
      </w:r>
      <w:r w:rsidRPr="00C23CAF">
        <w:rPr>
          <w:rFonts w:ascii="Times New Roman" w:hAnsi="Times New Roman" w:cs="Times New Roman"/>
          <w:sz w:val="24"/>
          <w:szCs w:val="24"/>
          <w:lang w:val="ru-RU"/>
        </w:rPr>
        <w:t>лицам;</w:t>
      </w:r>
    </w:p>
    <w:p w14:paraId="1EC4E6BE" w14:textId="238BAC4C" w:rsidR="00AA0711" w:rsidRPr="00C23CAF" w:rsidRDefault="004D788B" w:rsidP="00C23CAF">
      <w:pPr>
        <w:tabs>
          <w:tab w:val="left" w:pos="284"/>
        </w:tabs>
        <w:autoSpaceDE w:val="0"/>
        <w:autoSpaceDN w:val="0"/>
        <w:spacing w:after="0" w:line="240" w:lineRule="auto"/>
        <w:ind w:left="284" w:firstLine="72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 xml:space="preserve">применение    </w:t>
      </w:r>
      <w:r w:rsidRPr="00C23CAF">
        <w:rPr>
          <w:rFonts w:ascii="Times New Roman" w:hAnsi="Times New Roman" w:cs="Times New Roman"/>
          <w:spacing w:val="50"/>
          <w:sz w:val="24"/>
          <w:szCs w:val="24"/>
          <w:lang w:val="ru-RU"/>
        </w:rPr>
        <w:t xml:space="preserve"> </w:t>
      </w:r>
      <w:r w:rsidRPr="00C23CAF">
        <w:rPr>
          <w:rFonts w:ascii="Times New Roman" w:hAnsi="Times New Roman" w:cs="Times New Roman"/>
          <w:sz w:val="24"/>
          <w:szCs w:val="24"/>
          <w:lang w:val="ru-RU"/>
        </w:rPr>
        <w:t xml:space="preserve">интерактивных     </w:t>
      </w:r>
      <w:r w:rsidRPr="00C23CAF">
        <w:rPr>
          <w:rFonts w:ascii="Times New Roman" w:hAnsi="Times New Roman" w:cs="Times New Roman"/>
          <w:spacing w:val="49"/>
          <w:sz w:val="24"/>
          <w:szCs w:val="24"/>
          <w:lang w:val="ru-RU"/>
        </w:rPr>
        <w:t xml:space="preserve"> </w:t>
      </w:r>
      <w:r w:rsidRPr="00C23CAF">
        <w:rPr>
          <w:rFonts w:ascii="Times New Roman" w:hAnsi="Times New Roman" w:cs="Times New Roman"/>
          <w:sz w:val="24"/>
          <w:szCs w:val="24"/>
          <w:lang w:val="ru-RU"/>
        </w:rPr>
        <w:t xml:space="preserve">форм     </w:t>
      </w:r>
      <w:r w:rsidRPr="00C23CAF">
        <w:rPr>
          <w:rFonts w:ascii="Times New Roman" w:hAnsi="Times New Roman" w:cs="Times New Roman"/>
          <w:spacing w:val="48"/>
          <w:sz w:val="24"/>
          <w:szCs w:val="24"/>
          <w:lang w:val="ru-RU"/>
        </w:rPr>
        <w:t xml:space="preserve"> </w:t>
      </w:r>
      <w:r w:rsidRPr="00C23CAF">
        <w:rPr>
          <w:rFonts w:ascii="Times New Roman" w:hAnsi="Times New Roman" w:cs="Times New Roman"/>
          <w:sz w:val="24"/>
          <w:szCs w:val="24"/>
          <w:lang w:val="ru-RU"/>
        </w:rPr>
        <w:t xml:space="preserve">учебной     </w:t>
      </w:r>
      <w:r w:rsidRPr="00C23CAF">
        <w:rPr>
          <w:rFonts w:ascii="Times New Roman" w:hAnsi="Times New Roman" w:cs="Times New Roman"/>
          <w:spacing w:val="50"/>
          <w:sz w:val="24"/>
          <w:szCs w:val="24"/>
          <w:lang w:val="ru-RU"/>
        </w:rPr>
        <w:t xml:space="preserve"> </w:t>
      </w:r>
      <w:r w:rsidRPr="00C23CAF">
        <w:rPr>
          <w:rFonts w:ascii="Times New Roman" w:hAnsi="Times New Roman" w:cs="Times New Roman"/>
          <w:sz w:val="24"/>
          <w:szCs w:val="24"/>
          <w:lang w:val="ru-RU"/>
        </w:rPr>
        <w:t>работы – интеллектуальных,</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стимулирующих</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познавательную</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мотивацию,</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игровых</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методик,</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дискуссий,</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дающих</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возможность</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приобрести</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опыт</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ведения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конструктивного</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диалога;</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групповой</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работы,</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которая</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учит</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строить</w:t>
      </w:r>
      <w:r w:rsidRPr="00C23CAF">
        <w:rPr>
          <w:rFonts w:ascii="Times New Roman" w:hAnsi="Times New Roman" w:cs="Times New Roman"/>
          <w:spacing w:val="-67"/>
          <w:sz w:val="24"/>
          <w:szCs w:val="24"/>
          <w:lang w:val="ru-RU"/>
        </w:rPr>
        <w:t xml:space="preserve"> </w:t>
      </w:r>
      <w:r w:rsidRPr="00C23CAF">
        <w:rPr>
          <w:rFonts w:ascii="Times New Roman" w:hAnsi="Times New Roman" w:cs="Times New Roman"/>
          <w:sz w:val="24"/>
          <w:szCs w:val="24"/>
          <w:lang w:val="ru-RU"/>
        </w:rPr>
        <w:t>отношения и действовать в команде, способствует развитию критического</w:t>
      </w:r>
      <w:r w:rsidRPr="00C23CAF">
        <w:rPr>
          <w:rFonts w:ascii="Times New Roman" w:hAnsi="Times New Roman" w:cs="Times New Roman"/>
          <w:spacing w:val="1"/>
          <w:sz w:val="24"/>
          <w:szCs w:val="24"/>
          <w:lang w:val="ru-RU"/>
        </w:rPr>
        <w:t xml:space="preserve"> </w:t>
      </w:r>
      <w:r w:rsidRPr="00C23CAF">
        <w:rPr>
          <w:rFonts w:ascii="Times New Roman" w:hAnsi="Times New Roman" w:cs="Times New Roman"/>
          <w:sz w:val="24"/>
          <w:szCs w:val="24"/>
          <w:lang w:val="ru-RU"/>
        </w:rPr>
        <w:t>мышления.</w:t>
      </w:r>
    </w:p>
    <w:p w14:paraId="59F4B15B" w14:textId="77777777" w:rsidR="004D788B" w:rsidRPr="00C23CAF" w:rsidRDefault="004D788B" w:rsidP="00C23CAF">
      <w:pPr>
        <w:tabs>
          <w:tab w:val="left" w:pos="284"/>
        </w:tabs>
        <w:autoSpaceDE w:val="0"/>
        <w:autoSpaceDN w:val="0"/>
        <w:spacing w:after="0" w:line="240" w:lineRule="auto"/>
        <w:ind w:left="284" w:firstLine="720"/>
        <w:jc w:val="both"/>
        <w:rPr>
          <w:rFonts w:ascii="Times New Roman" w:hAnsi="Times New Roman" w:cs="Times New Roman"/>
          <w:i/>
          <w:sz w:val="24"/>
          <w:szCs w:val="24"/>
          <w:lang w:val="ru-RU"/>
        </w:rPr>
      </w:pPr>
      <w:r w:rsidRPr="00C23CAF">
        <w:rPr>
          <w:rFonts w:ascii="Times New Roman" w:hAnsi="Times New Roman" w:cs="Times New Roman"/>
          <w:sz w:val="24"/>
          <w:szCs w:val="24"/>
          <w:lang w:val="ru-RU"/>
        </w:rPr>
        <w:t>Реализация воспитательного потенциала основных школьных дел предусматривает</w:t>
      </w:r>
      <w:r w:rsidRPr="00C23CAF">
        <w:rPr>
          <w:rFonts w:ascii="Times New Roman" w:hAnsi="Times New Roman" w:cs="Times New Roman"/>
          <w:i/>
          <w:sz w:val="24"/>
          <w:szCs w:val="24"/>
          <w:lang w:val="ru-RU"/>
        </w:rPr>
        <w:t>:</w:t>
      </w:r>
    </w:p>
    <w:p w14:paraId="1B44D105" w14:textId="77777777" w:rsidR="004D788B" w:rsidRPr="00C23CAF"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общешкольные многодневные тематические мероприятия, направленные на формирование личностных результатов обучающихся: Неделя толерантности, Марафон добрых дел, Неделя профориентации, Декада «Мы за ЗОЖ!», Неделя позитива, КТД «Новогодний переполох» и др.;</w:t>
      </w:r>
    </w:p>
    <w:p w14:paraId="3A1361F1" w14:textId="77777777" w:rsidR="004D788B" w:rsidRPr="00C23CAF"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ежегодные мероприятия, связанные с общероссийскими, региональными, муниципальными праздниками, памятными датами, в которых участвуют все классы: мероприятия в рамках календаря знаменательных дат;</w:t>
      </w:r>
    </w:p>
    <w:p w14:paraId="14A12C13" w14:textId="77777777" w:rsidR="004D788B" w:rsidRPr="00C23CAF"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участие во всероссийских акциях, проектах, посвящённых значимым событиям в России, мире: проект «Огневые рубежи», акции «Блокадный хлеб», «Диктант Победы», «Свеча памяти», «Час Земли», «Сад памяти» и др.);</w:t>
      </w:r>
    </w:p>
    <w:p w14:paraId="0624A05C" w14:textId="77777777" w:rsidR="004D788B" w:rsidRPr="00C23CAF" w:rsidRDefault="004D788B" w:rsidP="00C23CAF">
      <w:pPr>
        <w:numPr>
          <w:ilvl w:val="0"/>
          <w:numId w:val="16"/>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торжественные мероприятия, связанные с завершением образования, переходом на следующий уровень образования: Последний звонок, церемония вручения аттестатов, праздник «Прощание с начальной школой»;</w:t>
      </w:r>
    </w:p>
    <w:p w14:paraId="46289987" w14:textId="77777777" w:rsidR="004D788B" w:rsidRPr="00C23CAF"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мероприятия, символизирующие приобретение новых социальных статусов в общеобразовательной организации, обществе: ритуалы посвящения в первоклассники, пятиклассники, старшеклассники;</w:t>
      </w:r>
    </w:p>
    <w:p w14:paraId="1E969B0C" w14:textId="77777777" w:rsidR="004D788B" w:rsidRPr="00C23CAF"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г. Болгар, Спасского района: праздник «За честь школы», чествование победителей и призёров муниципального и регионального этапа Всероссийской олимпиады школьников;</w:t>
      </w:r>
    </w:p>
    <w:p w14:paraId="12C6EE62" w14:textId="77777777" w:rsidR="004D788B" w:rsidRPr="00C23CAF"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федеральные, региональные и муниципальные проекты, направленные на достижение целевых ориентиров воспитания: проекты «Орлята России», «Билет в будущее», конкурс «Большая перемена» и др.</w:t>
      </w:r>
    </w:p>
    <w:p w14:paraId="74B3E2F7" w14:textId="77777777" w:rsidR="004D788B" w:rsidRPr="00C23CAF"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«Школьные медиа против деструктивных сообществ», «Россия – моя история» и др.</w:t>
      </w:r>
    </w:p>
    <w:p w14:paraId="341714DE" w14:textId="77777777" w:rsidR="004D788B" w:rsidRPr="00C23CAF"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 xml:space="preserve"> мероприятия благотворительной, экологической, патриотической, трудовой и других направленностей: тематические викторины, квесты, квизы, флешмобы; акции по благоустройству и оформлению школьной территории, фестиваль «Этих дней не смолкнет слава!», фестиваль талантов, выставки рисунков и фотографий, оформление тематических экспозиций и др. </w:t>
      </w:r>
    </w:p>
    <w:p w14:paraId="74885B4B" w14:textId="77777777" w:rsidR="004D788B" w:rsidRPr="00C23CAF"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участие во Всероссийских онлайн-уроках Института изучения детства, семьи и воспитания Российской академии образования;</w:t>
      </w:r>
      <w:r w:rsidRPr="00C23CAF">
        <w:rPr>
          <w:rFonts w:ascii="Times New Roman" w:hAnsi="Times New Roman" w:cs="Times New Roman"/>
          <w:i/>
          <w:sz w:val="24"/>
          <w:szCs w:val="24"/>
          <w:u w:val="single"/>
          <w:lang w:val="ru-RU"/>
        </w:rPr>
        <w:t xml:space="preserve"> </w:t>
      </w:r>
    </w:p>
    <w:p w14:paraId="2E233380" w14:textId="77777777" w:rsidR="004D788B" w:rsidRPr="004D788B"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C23CAF">
        <w:rPr>
          <w:rFonts w:ascii="Times New Roman" w:hAnsi="Times New Roman" w:cs="Times New Roman"/>
          <w:sz w:val="24"/>
          <w:szCs w:val="24"/>
          <w:lang w:val="ru-RU"/>
        </w:rPr>
        <w:t xml:space="preserve">через формирование творческих групп как на уровне класса, так и на уровне Школы вовлечение по возможности каждого обучающегося в школьные дела в разных ролях (сценаристов, постановщиков, исполнителей, корреспондентов, ведущих, оформителей, музыкальных редакторов, ответственных за костюмы и оборудование, за </w:t>
      </w:r>
      <w:r w:rsidRPr="004D788B">
        <w:rPr>
          <w:rFonts w:ascii="Times New Roman" w:hAnsi="Times New Roman" w:cs="Times New Roman"/>
          <w:sz w:val="24"/>
          <w:szCs w:val="24"/>
          <w:lang w:val="ru-RU"/>
        </w:rPr>
        <w:t>приглашение и встречу гостей и т. д.), помощь обучающимся в освоении навыков подготовки, проведения, анализа общешкольных дел;</w:t>
      </w:r>
    </w:p>
    <w:p w14:paraId="177B74AB" w14:textId="77777777" w:rsidR="004D788B" w:rsidRPr="004D788B" w:rsidRDefault="004D788B" w:rsidP="00C23CAF">
      <w:pPr>
        <w:numPr>
          <w:ilvl w:val="0"/>
          <w:numId w:val="15"/>
        </w:numPr>
        <w:tabs>
          <w:tab w:val="left" w:pos="284"/>
        </w:tabs>
        <w:autoSpaceDE w:val="0"/>
        <w:autoSpaceDN w:val="0"/>
        <w:spacing w:after="0" w:line="240" w:lineRule="auto"/>
        <w:ind w:left="284" w:firstLine="0"/>
        <w:jc w:val="both"/>
        <w:rPr>
          <w:rFonts w:ascii="Times New Roman" w:hAnsi="Times New Roman" w:cs="Times New Roman"/>
          <w:sz w:val="24"/>
          <w:szCs w:val="24"/>
          <w:lang w:val="ru-RU"/>
        </w:rPr>
      </w:pPr>
      <w:r w:rsidRPr="004D788B">
        <w:rPr>
          <w:rFonts w:ascii="Times New Roman" w:hAnsi="Times New Roman" w:cs="Times New Roman"/>
          <w:sz w:val="24"/>
          <w:szCs w:val="24"/>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с последующей корректировкой организации взаимодействия с обучающимися.</w:t>
      </w:r>
    </w:p>
    <w:p w14:paraId="405DA7D7" w14:textId="77777777" w:rsidR="004D788B" w:rsidRPr="004D788B" w:rsidRDefault="004D788B" w:rsidP="00C23CAF">
      <w:pPr>
        <w:autoSpaceDE w:val="0"/>
        <w:autoSpaceDN w:val="0"/>
        <w:spacing w:after="0" w:line="240" w:lineRule="auto"/>
        <w:jc w:val="both"/>
        <w:rPr>
          <w:rFonts w:ascii="Times New Roman" w:hAnsi="Times New Roman" w:cs="Times New Roman"/>
          <w:sz w:val="24"/>
          <w:szCs w:val="24"/>
          <w:lang w:val="ru-RU"/>
        </w:rPr>
      </w:pPr>
    </w:p>
    <w:p w14:paraId="295ECF54" w14:textId="79A2E72A" w:rsidR="00083BFC" w:rsidRDefault="003E10B7">
      <w:pPr>
        <w:autoSpaceDE w:val="0"/>
        <w:autoSpaceDN w:val="0"/>
        <w:spacing w:after="0" w:line="230" w:lineRule="auto"/>
        <w:rPr>
          <w:rFonts w:ascii="Times New Roman" w:eastAsia="Times New Roman" w:hAnsi="Times New Roman"/>
          <w:b/>
          <w:color w:val="000000"/>
          <w:sz w:val="24"/>
          <w:lang w:val="ru-RU"/>
        </w:rPr>
      </w:pPr>
      <w:r>
        <w:rPr>
          <w:rFonts w:ascii="Times New Roman" w:eastAsia="Times New Roman" w:hAnsi="Times New Roman"/>
          <w:b/>
          <w:color w:val="000000"/>
          <w:sz w:val="24"/>
        </w:rPr>
        <w:t>II</w:t>
      </w:r>
      <w:r w:rsidRPr="00635FB6">
        <w:rPr>
          <w:rFonts w:ascii="Times New Roman" w:eastAsia="Times New Roman" w:hAnsi="Times New Roman"/>
          <w:b/>
          <w:color w:val="000000"/>
          <w:sz w:val="24"/>
          <w:lang w:val="ru-RU"/>
        </w:rPr>
        <w:t xml:space="preserve">. </w:t>
      </w:r>
      <w:r w:rsidR="0045250B" w:rsidRPr="005F2B85">
        <w:rPr>
          <w:rFonts w:ascii="Times New Roman" w:eastAsia="Times New Roman" w:hAnsi="Times New Roman"/>
          <w:b/>
          <w:color w:val="000000"/>
          <w:sz w:val="24"/>
          <w:lang w:val="ru-RU"/>
        </w:rPr>
        <w:t xml:space="preserve">СОДЕРЖАНИЕ УЧЕБНОГО ПРЕДМЕТА </w:t>
      </w:r>
      <w:r w:rsidR="00EE2DD6">
        <w:rPr>
          <w:rFonts w:ascii="Times New Roman" w:eastAsia="Times New Roman" w:hAnsi="Times New Roman"/>
          <w:b/>
          <w:color w:val="000000"/>
          <w:sz w:val="24"/>
          <w:lang w:val="ru-RU"/>
        </w:rPr>
        <w:t xml:space="preserve"> </w:t>
      </w:r>
    </w:p>
    <w:p w14:paraId="798B236D" w14:textId="6410CB5B" w:rsidR="00EE2DD6" w:rsidRPr="005F2B85" w:rsidRDefault="00EE2DD6">
      <w:pPr>
        <w:autoSpaceDE w:val="0"/>
        <w:autoSpaceDN w:val="0"/>
        <w:spacing w:after="0" w:line="230" w:lineRule="auto"/>
        <w:rPr>
          <w:lang w:val="ru-RU"/>
        </w:rPr>
      </w:pPr>
      <w:r>
        <w:rPr>
          <w:rFonts w:ascii="Times New Roman" w:eastAsia="Times New Roman" w:hAnsi="Times New Roman"/>
          <w:b/>
          <w:color w:val="000000"/>
          <w:sz w:val="24"/>
          <w:lang w:val="ru-RU"/>
        </w:rPr>
        <w:t>1 класс</w:t>
      </w:r>
    </w:p>
    <w:p w14:paraId="769E74D9" w14:textId="77777777" w:rsidR="007323C9" w:rsidRDefault="0045250B" w:rsidP="00C23CAF">
      <w:pPr>
        <w:tabs>
          <w:tab w:val="left" w:pos="180"/>
        </w:tabs>
        <w:autoSpaceDE w:val="0"/>
        <w:autoSpaceDN w:val="0"/>
        <w:spacing w:after="0" w:line="240" w:lineRule="auto"/>
        <w:ind w:left="284"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«Графика»</w:t>
      </w:r>
    </w:p>
    <w:p w14:paraId="3544A3E1" w14:textId="37F59089" w:rsidR="00083BFC" w:rsidRPr="005F2B85" w:rsidRDefault="0045250B" w:rsidP="00F6710B">
      <w:pPr>
        <w:tabs>
          <w:tab w:val="left" w:pos="284"/>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Расположение изображения на листе. Выбор вертикального или горизонтального формата листа в зависимости от содержания изображения.</w:t>
      </w:r>
    </w:p>
    <w:p w14:paraId="254FCAD4"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Разные виды линий. Линейный рисунок. Графические материалы для линейного рисунка и их особенности. Приёмы рисования линией.</w:t>
      </w:r>
    </w:p>
    <w:p w14:paraId="0124E390"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Рисование с натуры: разные листья и их форма.</w:t>
      </w:r>
    </w:p>
    <w:p w14:paraId="7F3AB5CB"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Представление о пропорциях: короткое — длинное. Развитие навыка видения соотношения частей целого (на основе рисунков животных).</w:t>
      </w:r>
    </w:p>
    <w:p w14:paraId="0A5D2C94"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Графическое пятно (ахроматическое) и представление о силуэте. Формирование навыка видения целостности. Цельная форма и её части.</w:t>
      </w:r>
    </w:p>
    <w:p w14:paraId="1247A7B2" w14:textId="77777777" w:rsidR="007323C9" w:rsidRDefault="0045250B" w:rsidP="00C23CAF">
      <w:pPr>
        <w:tabs>
          <w:tab w:val="left" w:pos="180"/>
        </w:tabs>
        <w:autoSpaceDE w:val="0"/>
        <w:autoSpaceDN w:val="0"/>
        <w:spacing w:after="0" w:line="240" w:lineRule="auto"/>
        <w:ind w:left="284"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«Живопись»</w:t>
      </w:r>
    </w:p>
    <w:p w14:paraId="3383E423" w14:textId="61F91E78" w:rsidR="00083BFC" w:rsidRPr="005F2B85" w:rsidRDefault="0045250B" w:rsidP="00F6710B">
      <w:pPr>
        <w:tabs>
          <w:tab w:val="left" w:pos="284"/>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65D3D94C"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Три основных цвета. Ассоциативные представления, связанные с каждым цветом. Навыки смешения красок и получение нового цвета.</w:t>
      </w:r>
    </w:p>
    <w:p w14:paraId="0B441680"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Эмоциональная выразительность цвета, способы выражение настроения в изображаемом сюжете.</w:t>
      </w:r>
    </w:p>
    <w:p w14:paraId="4E1FD077"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358D4643"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Тематическая композиция «Времена года». Контрастные цветовые состояния времён года.</w:t>
      </w:r>
    </w:p>
    <w:p w14:paraId="07CD5ACD"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Живопись (гуашь), аппликация или смешанная техника.</w:t>
      </w:r>
    </w:p>
    <w:p w14:paraId="6C211182" w14:textId="77777777" w:rsidR="00083BFC" w:rsidRPr="005F2B85" w:rsidRDefault="0045250B" w:rsidP="00F6710B">
      <w:pPr>
        <w:tabs>
          <w:tab w:val="left" w:pos="284"/>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Техника монотипии. Представления о симметрии. Развитие воображения.</w:t>
      </w:r>
    </w:p>
    <w:p w14:paraId="54BAF04A" w14:textId="77777777" w:rsidR="007323C9" w:rsidRDefault="0045250B" w:rsidP="007E6504">
      <w:pPr>
        <w:autoSpaceDE w:val="0"/>
        <w:autoSpaceDN w:val="0"/>
        <w:spacing w:after="0" w:line="240" w:lineRule="auto"/>
        <w:ind w:left="851" w:right="-46"/>
        <w:jc w:val="both"/>
        <w:rPr>
          <w:rFonts w:ascii="Times New Roman" w:eastAsia="Times New Roman" w:hAnsi="Times New Roman"/>
          <w:b/>
          <w:color w:val="000000"/>
          <w:sz w:val="24"/>
          <w:lang w:val="ru-RU"/>
        </w:rPr>
      </w:pPr>
      <w:r w:rsidRPr="005F2B85">
        <w:rPr>
          <w:rFonts w:ascii="Times New Roman" w:eastAsia="Times New Roman" w:hAnsi="Times New Roman"/>
          <w:b/>
          <w:color w:val="000000"/>
          <w:sz w:val="24"/>
          <w:lang w:val="ru-RU"/>
        </w:rPr>
        <w:t>Модуль «Скульптура»</w:t>
      </w:r>
    </w:p>
    <w:p w14:paraId="4BA99A6B" w14:textId="22A12333" w:rsidR="00083BFC" w:rsidRPr="005F2B85" w:rsidRDefault="0045250B" w:rsidP="00C23CAF">
      <w:pPr>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Изображение в объёме. Приёмы работы с пластилином; дощечка, стек, тряпочка.</w:t>
      </w:r>
    </w:p>
    <w:p w14:paraId="4495CDD1" w14:textId="77777777" w:rsidR="00083BFC" w:rsidRPr="005F2B85" w:rsidRDefault="0045250B" w:rsidP="00C23CAF">
      <w:pPr>
        <w:tabs>
          <w:tab w:val="left" w:pos="180"/>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Лепка зверушек из цельной формы (черепашки, ёжика, зайчика, птички и др.). Приёмы вытягивания, вдавливания, сгибания, скручивания.</w:t>
      </w:r>
    </w:p>
    <w:p w14:paraId="4205A7B0" w14:textId="77777777" w:rsidR="00083BFC" w:rsidRPr="005F2B85" w:rsidRDefault="0045250B" w:rsidP="00C23CAF">
      <w:pPr>
        <w:autoSpaceDE w:val="0"/>
        <w:autoSpaceDN w:val="0"/>
        <w:spacing w:after="0" w:line="240" w:lineRule="auto"/>
        <w:ind w:left="284" w:right="-46" w:firstLine="436"/>
        <w:jc w:val="both"/>
        <w:rPr>
          <w:lang w:val="ru-RU"/>
        </w:rPr>
      </w:pPr>
      <w:r w:rsidRPr="005F2B85">
        <w:rPr>
          <w:rFonts w:ascii="Times New Roman" w:eastAsia="Times New Roman" w:hAnsi="Times New Roman"/>
          <w:color w:val="000000"/>
          <w:sz w:val="24"/>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6DFEDFD4" w14:textId="466A97EE" w:rsidR="00083BFC" w:rsidRPr="005F2B85" w:rsidRDefault="0045250B" w:rsidP="00C23CAF">
      <w:pPr>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Бумажная пластика. Овладение первичными приёмами надрезания, закручивания, складывания. Объёмная аппликация из бумаги и картона.</w:t>
      </w:r>
    </w:p>
    <w:p w14:paraId="66044CB3" w14:textId="77777777" w:rsidR="00F6710B" w:rsidRDefault="0045250B" w:rsidP="00F6710B">
      <w:pPr>
        <w:tabs>
          <w:tab w:val="left" w:pos="180"/>
        </w:tabs>
        <w:autoSpaceDE w:val="0"/>
        <w:autoSpaceDN w:val="0"/>
        <w:spacing w:after="0" w:line="240" w:lineRule="auto"/>
        <w:ind w:left="284"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«Декоративно-прикладное искусство»</w:t>
      </w:r>
    </w:p>
    <w:p w14:paraId="65DDC080" w14:textId="4DFF4B60" w:rsidR="00083BFC" w:rsidRPr="005F2B85" w:rsidRDefault="0045250B" w:rsidP="00F6710B">
      <w:pPr>
        <w:tabs>
          <w:tab w:val="left" w:pos="180"/>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072ECB57" w14:textId="77777777" w:rsidR="00083BFC" w:rsidRPr="005F2B85" w:rsidRDefault="0045250B" w:rsidP="00F6710B">
      <w:pPr>
        <w:tabs>
          <w:tab w:val="left" w:pos="180"/>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93B7E1B" w14:textId="77777777" w:rsidR="00083BFC" w:rsidRPr="005F2B85" w:rsidRDefault="0045250B" w:rsidP="00F6710B">
      <w:pPr>
        <w:autoSpaceDE w:val="0"/>
        <w:autoSpaceDN w:val="0"/>
        <w:spacing w:after="0" w:line="240" w:lineRule="auto"/>
        <w:ind w:left="284" w:right="-46" w:firstLine="180"/>
        <w:jc w:val="both"/>
        <w:rPr>
          <w:lang w:val="ru-RU"/>
        </w:rPr>
      </w:pPr>
      <w:r w:rsidRPr="005F2B85">
        <w:rPr>
          <w:rFonts w:ascii="Times New Roman" w:eastAsia="Times New Roman" w:hAnsi="Times New Roman"/>
          <w:color w:val="000000"/>
          <w:sz w:val="24"/>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A619FCF" w14:textId="77777777" w:rsidR="00083BFC" w:rsidRPr="005F2B85" w:rsidRDefault="0045250B" w:rsidP="00F6710B">
      <w:pPr>
        <w:autoSpaceDE w:val="0"/>
        <w:autoSpaceDN w:val="0"/>
        <w:spacing w:after="0" w:line="240" w:lineRule="auto"/>
        <w:ind w:left="284" w:right="-46" w:firstLine="180"/>
        <w:jc w:val="both"/>
        <w:rPr>
          <w:lang w:val="ru-RU"/>
        </w:rPr>
      </w:pPr>
      <w:r w:rsidRPr="005F2B85">
        <w:rPr>
          <w:rFonts w:ascii="Times New Roman" w:eastAsia="Times New Roman" w:hAnsi="Times New Roman"/>
          <w:color w:val="000000"/>
          <w:sz w:val="24"/>
          <w:lang w:val="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0E7C5CD" w14:textId="3D0CF1D1" w:rsidR="00083BFC" w:rsidRPr="005F2B85" w:rsidRDefault="0045250B" w:rsidP="00F6710B">
      <w:pPr>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 xml:space="preserve"> Дизайн предмета: изготовление нарядной упаковки путём складывания бумаги и аппликации.</w:t>
      </w:r>
    </w:p>
    <w:p w14:paraId="069C4EEC" w14:textId="77777777" w:rsidR="00083BFC" w:rsidRPr="005F2B85" w:rsidRDefault="0045250B" w:rsidP="00F6710B">
      <w:pPr>
        <w:autoSpaceDE w:val="0"/>
        <w:autoSpaceDN w:val="0"/>
        <w:spacing w:after="0" w:line="230" w:lineRule="auto"/>
        <w:ind w:left="284" w:right="-46"/>
        <w:jc w:val="both"/>
        <w:rPr>
          <w:lang w:val="ru-RU"/>
        </w:rPr>
      </w:pPr>
      <w:r w:rsidRPr="005F2B85">
        <w:rPr>
          <w:rFonts w:ascii="Times New Roman" w:eastAsia="Times New Roman" w:hAnsi="Times New Roman"/>
          <w:color w:val="000000"/>
          <w:sz w:val="24"/>
          <w:lang w:val="ru-RU"/>
        </w:rPr>
        <w:t>Оригами — создание игрушки для новогодней ёлки. Приёмы складывания бумаги.</w:t>
      </w:r>
    </w:p>
    <w:p w14:paraId="60F140BE" w14:textId="77777777" w:rsidR="007323C9" w:rsidRDefault="0045250B" w:rsidP="00C23CAF">
      <w:pPr>
        <w:tabs>
          <w:tab w:val="left" w:pos="180"/>
        </w:tabs>
        <w:autoSpaceDE w:val="0"/>
        <w:autoSpaceDN w:val="0"/>
        <w:spacing w:after="0" w:line="240" w:lineRule="auto"/>
        <w:ind w:left="284"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«Архитектура»</w:t>
      </w:r>
    </w:p>
    <w:p w14:paraId="358C7A8B" w14:textId="224DB1CF" w:rsidR="00083BFC" w:rsidRPr="005F2B85" w:rsidRDefault="0045250B" w:rsidP="00C23CAF">
      <w:pPr>
        <w:tabs>
          <w:tab w:val="left" w:pos="180"/>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Наблюдение разнообразных архитектурных зданий в окружающем мире (по фотографиям), обсуждение особенностей и составных частей зданий.</w:t>
      </w:r>
    </w:p>
    <w:p w14:paraId="6945F2EC" w14:textId="77777777" w:rsidR="00083BFC" w:rsidRPr="005F2B85" w:rsidRDefault="0045250B" w:rsidP="00C23CAF">
      <w:pPr>
        <w:autoSpaceDE w:val="0"/>
        <w:autoSpaceDN w:val="0"/>
        <w:spacing w:after="0" w:line="240" w:lineRule="auto"/>
        <w:ind w:left="284" w:right="-46" w:firstLine="180"/>
        <w:jc w:val="both"/>
        <w:rPr>
          <w:lang w:val="ru-RU"/>
        </w:rPr>
      </w:pPr>
      <w:r w:rsidRPr="005F2B85">
        <w:rPr>
          <w:rFonts w:ascii="Times New Roman" w:eastAsia="Times New Roman" w:hAnsi="Times New Roman"/>
          <w:color w:val="000000"/>
          <w:sz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3B852C10" w14:textId="77777777" w:rsidR="00083BFC" w:rsidRPr="005F2B85" w:rsidRDefault="0045250B" w:rsidP="00C23CAF">
      <w:pPr>
        <w:tabs>
          <w:tab w:val="left" w:pos="180"/>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Макетирование (или аппликация) пространственной среды сказочного города из бумаги, картона или пластилина.</w:t>
      </w:r>
    </w:p>
    <w:p w14:paraId="55A5DA3C" w14:textId="77777777" w:rsidR="007323C9" w:rsidRDefault="0045250B" w:rsidP="00C23CAF">
      <w:pPr>
        <w:tabs>
          <w:tab w:val="left" w:pos="180"/>
        </w:tabs>
        <w:autoSpaceDE w:val="0"/>
        <w:autoSpaceDN w:val="0"/>
        <w:spacing w:after="0" w:line="240" w:lineRule="auto"/>
        <w:ind w:left="284"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«Восприятие произведений искусства»</w:t>
      </w:r>
    </w:p>
    <w:p w14:paraId="7EF843F7" w14:textId="56B225A8" w:rsidR="00083BFC" w:rsidRPr="005F2B85" w:rsidRDefault="0045250B" w:rsidP="00C23CAF">
      <w:pPr>
        <w:tabs>
          <w:tab w:val="left" w:pos="180"/>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Восприятие произведений детского творчества. Обсуждение сюжетного и эмоционального содержания детских работ.</w:t>
      </w:r>
    </w:p>
    <w:p w14:paraId="155458FD" w14:textId="77777777" w:rsidR="00083BFC" w:rsidRPr="005F2B85" w:rsidRDefault="0045250B" w:rsidP="00C23CAF">
      <w:pPr>
        <w:tabs>
          <w:tab w:val="left" w:pos="180"/>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5FE697EF" w14:textId="77777777" w:rsidR="00083BFC" w:rsidRPr="005F2B85" w:rsidRDefault="0045250B" w:rsidP="00C23CAF">
      <w:pPr>
        <w:tabs>
          <w:tab w:val="left" w:pos="180"/>
        </w:tabs>
        <w:autoSpaceDE w:val="0"/>
        <w:autoSpaceDN w:val="0"/>
        <w:spacing w:after="0" w:line="240" w:lineRule="auto"/>
        <w:ind w:left="284" w:right="-46"/>
        <w:jc w:val="both"/>
        <w:rPr>
          <w:lang w:val="ru-RU"/>
        </w:rPr>
      </w:pPr>
      <w:r w:rsidRPr="005F2B85">
        <w:rPr>
          <w:lang w:val="ru-RU"/>
        </w:rPr>
        <w:tab/>
      </w:r>
      <w:r w:rsidRPr="005F2B85">
        <w:rPr>
          <w:rFonts w:ascii="Times New Roman" w:eastAsia="Times New Roman" w:hAnsi="Times New Roman"/>
          <w:color w:val="000000"/>
          <w:sz w:val="24"/>
          <w:lang w:val="ru-RU"/>
        </w:rPr>
        <w:t>Рассматривание иллюстраций детской книги на основе содержательных установок учителя в соответствии с изучаемой темой.</w:t>
      </w:r>
    </w:p>
    <w:p w14:paraId="2C5F843E" w14:textId="77777777" w:rsidR="00083BFC" w:rsidRPr="005F2B85" w:rsidRDefault="0045250B" w:rsidP="00C23CAF">
      <w:pPr>
        <w:autoSpaceDE w:val="0"/>
        <w:autoSpaceDN w:val="0"/>
        <w:spacing w:after="0" w:line="240" w:lineRule="auto"/>
        <w:ind w:left="284" w:right="-46" w:firstLine="180"/>
        <w:jc w:val="both"/>
        <w:rPr>
          <w:lang w:val="ru-RU"/>
        </w:rPr>
      </w:pPr>
      <w:r w:rsidRPr="005F2B85">
        <w:rPr>
          <w:rFonts w:ascii="Times New Roman" w:eastAsia="Times New Roman" w:hAnsi="Times New Roman"/>
          <w:color w:val="000000"/>
          <w:sz w:val="24"/>
          <w:lang w:val="ru-RU"/>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14:paraId="6760FEE2" w14:textId="77777777" w:rsidR="00083BFC" w:rsidRPr="005F2B85" w:rsidRDefault="0045250B" w:rsidP="00C23CAF">
      <w:pPr>
        <w:autoSpaceDE w:val="0"/>
        <w:autoSpaceDN w:val="0"/>
        <w:spacing w:after="0" w:line="240" w:lineRule="auto"/>
        <w:ind w:left="284" w:right="-46" w:firstLine="180"/>
        <w:jc w:val="both"/>
        <w:rPr>
          <w:lang w:val="ru-RU"/>
        </w:rPr>
      </w:pPr>
      <w:r w:rsidRPr="005F2B85">
        <w:rPr>
          <w:rFonts w:ascii="Times New Roman" w:eastAsia="Times New Roman" w:hAnsi="Times New Roman"/>
          <w:color w:val="000000"/>
          <w:sz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533727F6" w14:textId="77777777" w:rsidR="007323C9" w:rsidRDefault="0045250B" w:rsidP="007E6504">
      <w:pPr>
        <w:autoSpaceDE w:val="0"/>
        <w:autoSpaceDN w:val="0"/>
        <w:spacing w:after="0" w:line="240" w:lineRule="auto"/>
        <w:ind w:left="709" w:right="-46"/>
        <w:jc w:val="both"/>
        <w:rPr>
          <w:rFonts w:ascii="Times New Roman" w:eastAsia="Times New Roman" w:hAnsi="Times New Roman"/>
          <w:b/>
          <w:color w:val="000000"/>
          <w:sz w:val="24"/>
          <w:lang w:val="ru-RU"/>
        </w:rPr>
      </w:pPr>
      <w:r w:rsidRPr="005F2B85">
        <w:rPr>
          <w:rFonts w:ascii="Times New Roman" w:eastAsia="Times New Roman" w:hAnsi="Times New Roman"/>
          <w:b/>
          <w:color w:val="000000"/>
          <w:sz w:val="24"/>
          <w:lang w:val="ru-RU"/>
        </w:rPr>
        <w:t>Модуль «Азбука цифровой графики»</w:t>
      </w:r>
    </w:p>
    <w:p w14:paraId="0F1F256E" w14:textId="6C9A41A2" w:rsidR="00083BFC" w:rsidRDefault="0045250B" w:rsidP="00C23CAF">
      <w:pPr>
        <w:autoSpaceDE w:val="0"/>
        <w:autoSpaceDN w:val="0"/>
        <w:spacing w:after="0" w:line="240" w:lineRule="auto"/>
        <w:ind w:left="284" w:right="-46"/>
        <w:jc w:val="both"/>
        <w:rPr>
          <w:rFonts w:ascii="Times New Roman" w:eastAsia="Times New Roman" w:hAnsi="Times New Roman"/>
          <w:color w:val="000000"/>
          <w:sz w:val="24"/>
          <w:lang w:val="ru-RU"/>
        </w:rPr>
      </w:pPr>
      <w:r w:rsidRPr="005F2B85">
        <w:rPr>
          <w:rFonts w:ascii="Times New Roman" w:eastAsia="Times New Roman" w:hAnsi="Times New Roman"/>
          <w:color w:val="000000"/>
          <w:sz w:val="24"/>
          <w:lang w:val="ru-RU"/>
        </w:rPr>
        <w:t>Фотографирование мелких деталей природы, выражение ярких зрительных впечатлений. Обсуждение в условиях урока ученических фотографий, соответствующих изучаемой теме.</w:t>
      </w:r>
    </w:p>
    <w:p w14:paraId="74D4CC13" w14:textId="3DD32549" w:rsidR="00EE2DD6" w:rsidRDefault="00EE2DD6" w:rsidP="00C23CAF">
      <w:pPr>
        <w:autoSpaceDE w:val="0"/>
        <w:autoSpaceDN w:val="0"/>
        <w:spacing w:after="0" w:line="240" w:lineRule="auto"/>
        <w:ind w:left="284" w:right="-46"/>
        <w:jc w:val="both"/>
        <w:rPr>
          <w:rFonts w:ascii="Times New Roman" w:eastAsia="Times New Roman" w:hAnsi="Times New Roman"/>
          <w:color w:val="000000"/>
          <w:sz w:val="24"/>
          <w:lang w:val="ru-RU"/>
        </w:rPr>
      </w:pPr>
    </w:p>
    <w:p w14:paraId="684A465F" w14:textId="35382DDD" w:rsidR="00EE2DD6" w:rsidRDefault="00EE2DD6" w:rsidP="00C23CAF">
      <w:pPr>
        <w:autoSpaceDE w:val="0"/>
        <w:autoSpaceDN w:val="0"/>
        <w:spacing w:after="0" w:line="240" w:lineRule="auto"/>
        <w:ind w:left="284" w:right="-46"/>
        <w:jc w:val="both"/>
        <w:rPr>
          <w:rFonts w:ascii="Times New Roman" w:eastAsia="Times New Roman" w:hAnsi="Times New Roman"/>
          <w:b/>
          <w:color w:val="000000"/>
          <w:sz w:val="24"/>
          <w:lang w:val="ru-RU"/>
        </w:rPr>
      </w:pPr>
      <w:r w:rsidRPr="00EE2DD6">
        <w:rPr>
          <w:rFonts w:ascii="Times New Roman" w:eastAsia="Times New Roman" w:hAnsi="Times New Roman"/>
          <w:b/>
          <w:color w:val="000000"/>
          <w:sz w:val="24"/>
          <w:lang w:val="ru-RU"/>
        </w:rPr>
        <w:t>2 класс</w:t>
      </w:r>
    </w:p>
    <w:p w14:paraId="47443553" w14:textId="77777777" w:rsidR="00EE2DD6" w:rsidRPr="00EE2DD6" w:rsidRDefault="00EE2DD6" w:rsidP="00C23CAF">
      <w:pPr>
        <w:autoSpaceDE w:val="0"/>
        <w:autoSpaceDN w:val="0"/>
        <w:spacing w:after="0" w:line="240" w:lineRule="auto"/>
        <w:ind w:left="284" w:right="-46"/>
        <w:jc w:val="both"/>
        <w:rPr>
          <w:b/>
          <w:lang w:val="ru-RU"/>
        </w:rPr>
      </w:pPr>
    </w:p>
    <w:p w14:paraId="34C4C0C4" w14:textId="77777777" w:rsidR="00EE2DD6" w:rsidRPr="00B5589A" w:rsidRDefault="00EE2DD6" w:rsidP="00EE2DD6">
      <w:pPr>
        <w:tabs>
          <w:tab w:val="left" w:pos="180"/>
        </w:tabs>
        <w:autoSpaceDE w:val="0"/>
        <w:autoSpaceDN w:val="0"/>
        <w:spacing w:before="346" w:after="0" w:line="271" w:lineRule="auto"/>
        <w:ind w:right="576"/>
        <w:rPr>
          <w:lang w:val="ru-RU"/>
        </w:rPr>
      </w:pPr>
      <w:r w:rsidRPr="00B5589A">
        <w:rPr>
          <w:rFonts w:ascii="Times New Roman" w:eastAsia="Times New Roman" w:hAnsi="Times New Roman"/>
          <w:b/>
          <w:color w:val="000000"/>
          <w:sz w:val="24"/>
          <w:lang w:val="ru-RU"/>
        </w:rPr>
        <w:t>Модуль «Графика»</w:t>
      </w:r>
      <w:r w:rsidRPr="00B5589A">
        <w:rPr>
          <w:lang w:val="ru-RU"/>
        </w:rPr>
        <w:br/>
      </w:r>
      <w:r w:rsidRPr="00B5589A">
        <w:rPr>
          <w:lang w:val="ru-RU"/>
        </w:rPr>
        <w:tab/>
      </w:r>
      <w:r w:rsidRPr="00B5589A">
        <w:rPr>
          <w:rFonts w:ascii="Times New Roman" w:eastAsia="Times New Roman" w:hAnsi="Times New Roman"/>
          <w:color w:val="000000"/>
          <w:sz w:val="24"/>
          <w:lang w:val="ru-RU"/>
        </w:rPr>
        <w:t>Ритм линий. Выразительность линии. Художественные материалы для линейного рисунка и их свойства. Развитие навыков линейного рисунка.</w:t>
      </w:r>
    </w:p>
    <w:p w14:paraId="7B23E5DB" w14:textId="77777777" w:rsidR="00EE2DD6" w:rsidRPr="00B5589A" w:rsidRDefault="00EE2DD6" w:rsidP="00EE2DD6">
      <w:pPr>
        <w:tabs>
          <w:tab w:val="left" w:pos="180"/>
        </w:tabs>
        <w:autoSpaceDE w:val="0"/>
        <w:autoSpaceDN w:val="0"/>
        <w:spacing w:before="70" w:after="0" w:line="262" w:lineRule="auto"/>
        <w:ind w:right="720"/>
        <w:jc w:val="both"/>
        <w:rPr>
          <w:lang w:val="ru-RU"/>
        </w:rPr>
      </w:pPr>
      <w:r w:rsidRPr="00B5589A">
        <w:rPr>
          <w:lang w:val="ru-RU"/>
        </w:rPr>
        <w:tab/>
      </w:r>
      <w:r w:rsidRPr="00B5589A">
        <w:rPr>
          <w:rFonts w:ascii="Times New Roman" w:eastAsia="Times New Roman" w:hAnsi="Times New Roman"/>
          <w:color w:val="000000"/>
          <w:sz w:val="24"/>
          <w:lang w:val="ru-RU"/>
        </w:rPr>
        <w:t>Пастель и мелки — особенности и выразительные свойства графических материалов, приёмы работы.</w:t>
      </w:r>
    </w:p>
    <w:p w14:paraId="2B360DC7" w14:textId="77777777" w:rsidR="00EE2DD6" w:rsidRPr="00B5589A" w:rsidRDefault="00EE2DD6" w:rsidP="00EE2DD6">
      <w:pPr>
        <w:tabs>
          <w:tab w:val="left" w:pos="180"/>
        </w:tabs>
        <w:autoSpaceDE w:val="0"/>
        <w:autoSpaceDN w:val="0"/>
        <w:spacing w:before="70" w:after="0" w:line="262" w:lineRule="auto"/>
        <w:ind w:right="720"/>
        <w:jc w:val="both"/>
        <w:rPr>
          <w:lang w:val="ru-RU"/>
        </w:rPr>
      </w:pPr>
      <w:r w:rsidRPr="00B5589A">
        <w:rPr>
          <w:lang w:val="ru-RU"/>
        </w:rPr>
        <w:tab/>
      </w:r>
      <w:r w:rsidRPr="00B5589A">
        <w:rPr>
          <w:rFonts w:ascii="Times New Roman" w:eastAsia="Times New Roman" w:hAnsi="Times New Roman"/>
          <w:color w:val="000000"/>
          <w:sz w:val="24"/>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53BB51A6" w14:textId="77777777" w:rsidR="00EE2DD6" w:rsidRPr="00B5589A" w:rsidRDefault="00EE2DD6" w:rsidP="00EE2DD6">
      <w:pPr>
        <w:tabs>
          <w:tab w:val="left" w:pos="180"/>
        </w:tabs>
        <w:autoSpaceDE w:val="0"/>
        <w:autoSpaceDN w:val="0"/>
        <w:spacing w:before="70" w:after="0" w:line="262" w:lineRule="auto"/>
        <w:ind w:right="144"/>
        <w:jc w:val="both"/>
        <w:rPr>
          <w:lang w:val="ru-RU"/>
        </w:rPr>
      </w:pPr>
      <w:r w:rsidRPr="00B5589A">
        <w:rPr>
          <w:lang w:val="ru-RU"/>
        </w:rPr>
        <w:tab/>
      </w:r>
      <w:r w:rsidRPr="00B5589A">
        <w:rPr>
          <w:rFonts w:ascii="Times New Roman" w:eastAsia="Times New Roman" w:hAnsi="Times New Roman"/>
          <w:color w:val="000000"/>
          <w:sz w:val="24"/>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54383CA6" w14:textId="77777777" w:rsidR="00EE2DD6" w:rsidRPr="00B5589A" w:rsidRDefault="00EE2DD6" w:rsidP="00EE2DD6">
      <w:pPr>
        <w:tabs>
          <w:tab w:val="left" w:pos="180"/>
        </w:tabs>
        <w:autoSpaceDE w:val="0"/>
        <w:autoSpaceDN w:val="0"/>
        <w:spacing w:before="72" w:after="0" w:line="262" w:lineRule="auto"/>
        <w:jc w:val="both"/>
        <w:rPr>
          <w:lang w:val="ru-RU"/>
        </w:rPr>
      </w:pPr>
      <w:r w:rsidRPr="00B5589A">
        <w:rPr>
          <w:lang w:val="ru-RU"/>
        </w:rPr>
        <w:tab/>
      </w:r>
      <w:r w:rsidRPr="00B5589A">
        <w:rPr>
          <w:rFonts w:ascii="Times New Roman" w:eastAsia="Times New Roman" w:hAnsi="Times New Roman"/>
          <w:color w:val="000000"/>
          <w:sz w:val="24"/>
          <w:lang w:val="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w:t>
      </w:r>
    </w:p>
    <w:p w14:paraId="0C7B8300" w14:textId="77777777" w:rsidR="00EE2DD6" w:rsidRPr="00B5589A" w:rsidRDefault="00EE2DD6" w:rsidP="00EE2DD6">
      <w:pPr>
        <w:autoSpaceDE w:val="0"/>
        <w:autoSpaceDN w:val="0"/>
        <w:spacing w:before="70" w:after="0" w:line="230" w:lineRule="auto"/>
        <w:jc w:val="both"/>
        <w:rPr>
          <w:lang w:val="ru-RU"/>
        </w:rPr>
      </w:pPr>
      <w:r w:rsidRPr="00B5589A">
        <w:rPr>
          <w:rFonts w:ascii="Times New Roman" w:eastAsia="Times New Roman" w:hAnsi="Times New Roman"/>
          <w:color w:val="000000"/>
          <w:sz w:val="24"/>
          <w:lang w:val="ru-RU"/>
        </w:rPr>
        <w:t>Штриховка. Умение внимательно рассматривать и анализировать форму натурного предмета.</w:t>
      </w:r>
    </w:p>
    <w:p w14:paraId="795D508B" w14:textId="77777777" w:rsidR="00EE2DD6" w:rsidRDefault="00EE2DD6" w:rsidP="00EE2DD6">
      <w:pPr>
        <w:tabs>
          <w:tab w:val="left" w:pos="180"/>
        </w:tabs>
        <w:autoSpaceDE w:val="0"/>
        <w:autoSpaceDN w:val="0"/>
        <w:spacing w:before="70" w:after="0" w:line="262" w:lineRule="auto"/>
        <w:ind w:right="1152"/>
        <w:jc w:val="both"/>
        <w:rPr>
          <w:rFonts w:ascii="Times New Roman" w:eastAsia="Times New Roman" w:hAnsi="Times New Roman"/>
          <w:color w:val="000000"/>
          <w:sz w:val="24"/>
          <w:lang w:val="ru-RU"/>
        </w:rPr>
      </w:pPr>
      <w:r w:rsidRPr="00B5589A">
        <w:rPr>
          <w:lang w:val="ru-RU"/>
        </w:rPr>
        <w:tab/>
      </w:r>
      <w:r w:rsidRPr="00B5589A">
        <w:rPr>
          <w:rFonts w:ascii="Times New Roman" w:eastAsia="Times New Roman" w:hAnsi="Times New Roman"/>
          <w:color w:val="000000"/>
          <w:sz w:val="24"/>
          <w:lang w:val="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0BE7D185" w14:textId="77777777" w:rsidR="00EE2DD6" w:rsidRPr="00B5589A" w:rsidRDefault="00EE2DD6" w:rsidP="00EE2DD6">
      <w:pPr>
        <w:autoSpaceDE w:val="0"/>
        <w:autoSpaceDN w:val="0"/>
        <w:spacing w:before="190" w:after="0" w:line="262" w:lineRule="auto"/>
        <w:ind w:left="180" w:right="576"/>
        <w:rPr>
          <w:lang w:val="ru-RU"/>
        </w:rPr>
      </w:pPr>
      <w:r w:rsidRPr="00B5589A">
        <w:rPr>
          <w:rFonts w:ascii="Times New Roman" w:eastAsia="Times New Roman" w:hAnsi="Times New Roman"/>
          <w:b/>
          <w:color w:val="000000"/>
          <w:sz w:val="24"/>
          <w:lang w:val="ru-RU"/>
        </w:rPr>
        <w:t>Модуль «Живопись»</w:t>
      </w:r>
      <w:r w:rsidRPr="00B5589A">
        <w:rPr>
          <w:lang w:val="ru-RU"/>
        </w:rPr>
        <w:br/>
      </w:r>
      <w:r w:rsidRPr="00B5589A">
        <w:rPr>
          <w:rFonts w:ascii="Times New Roman" w:eastAsia="Times New Roman" w:hAnsi="Times New Roman"/>
          <w:color w:val="000000"/>
          <w:sz w:val="24"/>
          <w:lang w:val="ru-RU"/>
        </w:rPr>
        <w:t>Цвета основные и составные. Развитие навыков смешивания красок и получения нового цвета.</w:t>
      </w:r>
    </w:p>
    <w:p w14:paraId="575D99E1" w14:textId="77777777" w:rsidR="00EE2DD6" w:rsidRPr="00B5589A" w:rsidRDefault="00EE2DD6" w:rsidP="00EE2DD6">
      <w:pPr>
        <w:autoSpaceDE w:val="0"/>
        <w:autoSpaceDN w:val="0"/>
        <w:spacing w:before="70" w:after="0" w:line="262" w:lineRule="auto"/>
        <w:ind w:right="1008"/>
        <w:rPr>
          <w:lang w:val="ru-RU"/>
        </w:rPr>
      </w:pPr>
      <w:r w:rsidRPr="007A5EA1">
        <w:rPr>
          <w:rFonts w:ascii="Times New Roman" w:eastAsia="Times New Roman" w:hAnsi="Times New Roman"/>
          <w:color w:val="000000"/>
          <w:sz w:val="24"/>
          <w:lang w:val="ru-RU"/>
        </w:rPr>
        <w:t xml:space="preserve">   </w:t>
      </w:r>
      <w:r w:rsidRPr="00B5589A">
        <w:rPr>
          <w:rFonts w:ascii="Times New Roman" w:eastAsia="Times New Roman" w:hAnsi="Times New Roman"/>
          <w:color w:val="000000"/>
          <w:sz w:val="24"/>
          <w:lang w:val="ru-RU"/>
        </w:rPr>
        <w:t xml:space="preserve">Приёмы работы гуашью. Разный характер мазков и движений кистью. Пастозное, плотное </w:t>
      </w:r>
      <w:r w:rsidRPr="007A5EA1">
        <w:rPr>
          <w:rFonts w:ascii="Times New Roman" w:eastAsia="Times New Roman" w:hAnsi="Times New Roman"/>
          <w:color w:val="000000"/>
          <w:sz w:val="24"/>
          <w:lang w:val="ru-RU"/>
        </w:rPr>
        <w:t xml:space="preserve">   </w:t>
      </w:r>
      <w:r w:rsidRPr="00B5589A">
        <w:rPr>
          <w:rFonts w:ascii="Times New Roman" w:eastAsia="Times New Roman" w:hAnsi="Times New Roman"/>
          <w:color w:val="000000"/>
          <w:sz w:val="24"/>
          <w:lang w:val="ru-RU"/>
        </w:rPr>
        <w:t xml:space="preserve">и прозрачное нанесение краски. </w:t>
      </w:r>
    </w:p>
    <w:p w14:paraId="3CE54047" w14:textId="77777777" w:rsidR="00EE2DD6" w:rsidRPr="00B5589A" w:rsidRDefault="00EE2DD6" w:rsidP="00EE2DD6">
      <w:pPr>
        <w:autoSpaceDE w:val="0"/>
        <w:autoSpaceDN w:val="0"/>
        <w:spacing w:before="70" w:after="0" w:line="230" w:lineRule="auto"/>
        <w:ind w:left="180"/>
        <w:rPr>
          <w:lang w:val="ru-RU"/>
        </w:rPr>
      </w:pPr>
      <w:r w:rsidRPr="00B5589A">
        <w:rPr>
          <w:rFonts w:ascii="Times New Roman" w:eastAsia="Times New Roman" w:hAnsi="Times New Roman"/>
          <w:color w:val="000000"/>
          <w:sz w:val="24"/>
          <w:lang w:val="ru-RU"/>
        </w:rPr>
        <w:t>Акварель и её свойства. Акварельные кисти. Приёмы работы акварелью.</w:t>
      </w:r>
    </w:p>
    <w:p w14:paraId="41DFC114" w14:textId="77777777" w:rsidR="00EE2DD6" w:rsidRPr="00B5589A" w:rsidRDefault="00EE2DD6" w:rsidP="00EE2DD6">
      <w:pPr>
        <w:autoSpaceDE w:val="0"/>
        <w:autoSpaceDN w:val="0"/>
        <w:spacing w:before="70" w:after="0" w:line="230" w:lineRule="auto"/>
        <w:ind w:left="180"/>
        <w:rPr>
          <w:lang w:val="ru-RU"/>
        </w:rPr>
      </w:pPr>
      <w:r w:rsidRPr="00B5589A">
        <w:rPr>
          <w:rFonts w:ascii="Times New Roman" w:eastAsia="Times New Roman" w:hAnsi="Times New Roman"/>
          <w:color w:val="000000"/>
          <w:sz w:val="24"/>
          <w:lang w:val="ru-RU"/>
        </w:rPr>
        <w:t>Цвет тёплый и холодный — цветовой контраст.</w:t>
      </w:r>
    </w:p>
    <w:p w14:paraId="3FFEFB93" w14:textId="77777777" w:rsidR="00EE2DD6" w:rsidRPr="00B5589A" w:rsidRDefault="00EE2DD6" w:rsidP="00EE2DD6">
      <w:pPr>
        <w:tabs>
          <w:tab w:val="left" w:pos="180"/>
        </w:tabs>
        <w:autoSpaceDE w:val="0"/>
        <w:autoSpaceDN w:val="0"/>
        <w:spacing w:before="70" w:after="0" w:line="262" w:lineRule="auto"/>
        <w:ind w:right="576"/>
        <w:rPr>
          <w:lang w:val="ru-RU"/>
        </w:rPr>
      </w:pPr>
      <w:r w:rsidRPr="00B5589A">
        <w:rPr>
          <w:lang w:val="ru-RU"/>
        </w:rPr>
        <w:tab/>
      </w:r>
      <w:r w:rsidRPr="00B5589A">
        <w:rPr>
          <w:rFonts w:ascii="Times New Roman" w:eastAsia="Times New Roman" w:hAnsi="Times New Roman"/>
          <w:color w:val="000000"/>
          <w:sz w:val="24"/>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3406120A" w14:textId="77777777" w:rsidR="00EE2DD6" w:rsidRPr="00B5589A" w:rsidRDefault="00EE2DD6" w:rsidP="00EE2DD6">
      <w:pPr>
        <w:autoSpaceDE w:val="0"/>
        <w:autoSpaceDN w:val="0"/>
        <w:spacing w:before="70" w:after="0" w:line="230" w:lineRule="auto"/>
        <w:ind w:left="180"/>
        <w:rPr>
          <w:lang w:val="ru-RU"/>
        </w:rPr>
      </w:pPr>
      <w:r w:rsidRPr="00B5589A">
        <w:rPr>
          <w:rFonts w:ascii="Times New Roman" w:eastAsia="Times New Roman" w:hAnsi="Times New Roman"/>
          <w:color w:val="000000"/>
          <w:sz w:val="24"/>
          <w:lang w:val="ru-RU"/>
        </w:rPr>
        <w:t>Цвет открытый — звонкий и приглушённый, тихий. Эмоциональная выразительность цвета.</w:t>
      </w:r>
    </w:p>
    <w:p w14:paraId="67EEE917" w14:textId="77777777" w:rsidR="00EE2DD6" w:rsidRDefault="00EE2DD6" w:rsidP="00EE2DD6">
      <w:pPr>
        <w:autoSpaceDE w:val="0"/>
        <w:autoSpaceDN w:val="0"/>
        <w:spacing w:before="70" w:after="0" w:line="271" w:lineRule="auto"/>
        <w:ind w:firstLine="180"/>
        <w:rPr>
          <w:rFonts w:ascii="Times New Roman" w:eastAsia="Times New Roman" w:hAnsi="Times New Roman"/>
          <w:color w:val="000000"/>
          <w:sz w:val="24"/>
          <w:lang w:val="ru-RU"/>
        </w:rPr>
      </w:pPr>
      <w:r w:rsidRPr="00B5589A">
        <w:rPr>
          <w:rFonts w:ascii="Times New Roman" w:eastAsia="Times New Roman" w:hAnsi="Times New Roman"/>
          <w:color w:val="000000"/>
          <w:sz w:val="24"/>
          <w:lang w:val="ru-RU"/>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w:t>
      </w:r>
    </w:p>
    <w:p w14:paraId="537100EE" w14:textId="77777777" w:rsidR="00EE2DD6" w:rsidRPr="00B5589A" w:rsidRDefault="00EE2DD6" w:rsidP="00EE2DD6">
      <w:pPr>
        <w:autoSpaceDE w:val="0"/>
        <w:autoSpaceDN w:val="0"/>
        <w:spacing w:before="70" w:after="0" w:line="271" w:lineRule="auto"/>
        <w:ind w:firstLine="180"/>
        <w:rPr>
          <w:lang w:val="ru-RU"/>
        </w:rPr>
      </w:pPr>
      <w:r w:rsidRPr="00B5589A">
        <w:rPr>
          <w:rFonts w:ascii="Times New Roman" w:eastAsia="Times New Roman" w:hAnsi="Times New Roman"/>
          <w:color w:val="000000"/>
          <w:sz w:val="24"/>
          <w:lang w:val="ru-RU"/>
        </w:rPr>
        <w:t>Произведения И. К. Айвазовского.</w:t>
      </w:r>
    </w:p>
    <w:p w14:paraId="313D81AE" w14:textId="77777777" w:rsidR="00EE2DD6" w:rsidRPr="00B5589A" w:rsidRDefault="00EE2DD6" w:rsidP="00EE2DD6">
      <w:pPr>
        <w:autoSpaceDE w:val="0"/>
        <w:autoSpaceDN w:val="0"/>
        <w:spacing w:before="70" w:after="0" w:line="230" w:lineRule="auto"/>
        <w:rPr>
          <w:lang w:val="ru-RU"/>
        </w:rPr>
      </w:pPr>
      <w:r w:rsidRPr="00B5589A">
        <w:rPr>
          <w:rFonts w:ascii="Times New Roman" w:eastAsia="Times New Roman" w:hAnsi="Times New Roman"/>
          <w:color w:val="000000"/>
          <w:sz w:val="24"/>
          <w:lang w:val="ru-RU"/>
        </w:rPr>
        <w:t xml:space="preserve">    Изображение сказочного персонажа с ярко выраженным характером (образ мужской или женский).</w:t>
      </w:r>
    </w:p>
    <w:p w14:paraId="1FA4B42C" w14:textId="77777777" w:rsidR="00EE2DD6" w:rsidRPr="005B7CC2" w:rsidRDefault="00EE2DD6" w:rsidP="00EE2DD6">
      <w:pPr>
        <w:pStyle w:val="a9"/>
        <w:rPr>
          <w:rFonts w:ascii="Times New Roman" w:hAnsi="Times New Roman" w:cs="Times New Roman"/>
          <w:sz w:val="24"/>
          <w:lang w:val="ru-RU"/>
        </w:rPr>
      </w:pPr>
      <w:r w:rsidRPr="00B5589A">
        <w:rPr>
          <w:lang w:val="ru-RU"/>
        </w:rPr>
        <w:tab/>
      </w:r>
      <w:r w:rsidRPr="00B5589A">
        <w:rPr>
          <w:b/>
          <w:lang w:val="ru-RU"/>
        </w:rPr>
        <w:t>Модуль «Скульптура»</w:t>
      </w:r>
      <w:r w:rsidRPr="00B5589A">
        <w:rPr>
          <w:lang w:val="ru-RU"/>
        </w:rPr>
        <w:br/>
      </w:r>
      <w:r w:rsidRPr="00B5589A">
        <w:rPr>
          <w:lang w:val="ru-RU"/>
        </w:rPr>
        <w:tab/>
      </w:r>
      <w:r w:rsidRPr="005B7CC2">
        <w:rPr>
          <w:rFonts w:ascii="Times New Roman" w:hAnsi="Times New Roman" w:cs="Times New Roman"/>
          <w:sz w:val="24"/>
          <w:lang w:val="ru-RU"/>
        </w:rPr>
        <w:t>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0CA0CC29" w14:textId="77777777" w:rsidR="00EE2DD6" w:rsidRPr="005B7CC2" w:rsidRDefault="00EE2DD6" w:rsidP="00EE2DD6">
      <w:pPr>
        <w:pStyle w:val="a9"/>
        <w:rPr>
          <w:rFonts w:ascii="Times New Roman" w:hAnsi="Times New Roman" w:cs="Times New Roman"/>
          <w:sz w:val="24"/>
          <w:lang w:val="ru-RU"/>
        </w:rPr>
      </w:pPr>
      <w:r w:rsidRPr="005B7CC2">
        <w:rPr>
          <w:rFonts w:ascii="Times New Roman" w:hAnsi="Times New Roman" w:cs="Times New Roman"/>
          <w:sz w:val="24"/>
          <w:lang w:val="ru-RU"/>
        </w:rPr>
        <w:tab/>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0FC50203" w14:textId="77777777" w:rsidR="00EE2DD6" w:rsidRPr="005B7CC2" w:rsidRDefault="00EE2DD6" w:rsidP="00EE2DD6">
      <w:pPr>
        <w:pStyle w:val="a9"/>
        <w:rPr>
          <w:rFonts w:ascii="Times New Roman" w:hAnsi="Times New Roman" w:cs="Times New Roman"/>
          <w:sz w:val="24"/>
          <w:lang w:val="ru-RU"/>
        </w:rPr>
      </w:pPr>
      <w:r w:rsidRPr="005B7CC2">
        <w:rPr>
          <w:rFonts w:ascii="Times New Roman" w:hAnsi="Times New Roman" w:cs="Times New Roman"/>
          <w:sz w:val="24"/>
          <w:lang w:val="ru-RU"/>
        </w:rPr>
        <w:tab/>
        <w:t>Изображение движения и статики в скульптуре: лепка из пластилина тяжёлой, неповоротливой и лёгкой, стремительной формы.</w:t>
      </w:r>
    </w:p>
    <w:p w14:paraId="13EADAA6" w14:textId="77777777" w:rsidR="00EE2DD6" w:rsidRPr="00B5589A" w:rsidRDefault="00EE2DD6" w:rsidP="00EE2DD6">
      <w:pPr>
        <w:tabs>
          <w:tab w:val="left" w:pos="180"/>
        </w:tabs>
        <w:autoSpaceDE w:val="0"/>
        <w:autoSpaceDN w:val="0"/>
        <w:spacing w:before="190" w:after="0"/>
        <w:rPr>
          <w:lang w:val="ru-RU"/>
        </w:rPr>
      </w:pPr>
      <w:r w:rsidRPr="00B5589A">
        <w:rPr>
          <w:lang w:val="ru-RU"/>
        </w:rPr>
        <w:tab/>
      </w:r>
      <w:r w:rsidRPr="00B5589A">
        <w:rPr>
          <w:rFonts w:ascii="Times New Roman" w:eastAsia="Times New Roman" w:hAnsi="Times New Roman"/>
          <w:b/>
          <w:color w:val="000000"/>
          <w:sz w:val="24"/>
          <w:lang w:val="ru-RU"/>
        </w:rPr>
        <w:t>Модуль «Декоративно-прикладное искусство»</w:t>
      </w:r>
      <w:r w:rsidRPr="00B5589A">
        <w:rPr>
          <w:lang w:val="ru-RU"/>
        </w:rPr>
        <w:br/>
      </w:r>
      <w:r w:rsidRPr="00B5589A">
        <w:rPr>
          <w:lang w:val="ru-RU"/>
        </w:rPr>
        <w:tab/>
      </w:r>
      <w:r w:rsidRPr="00B5589A">
        <w:rPr>
          <w:rFonts w:ascii="Times New Roman" w:eastAsia="Times New Roman" w:hAnsi="Times New Roman"/>
          <w:color w:val="000000"/>
          <w:sz w:val="24"/>
          <w:lang w:val="ru-RU"/>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14:paraId="33D2D691" w14:textId="77777777" w:rsidR="00EE2DD6" w:rsidRPr="00B5589A" w:rsidRDefault="00EE2DD6" w:rsidP="00EE2DD6">
      <w:pPr>
        <w:autoSpaceDE w:val="0"/>
        <w:autoSpaceDN w:val="0"/>
        <w:spacing w:before="70" w:after="0" w:line="230" w:lineRule="auto"/>
        <w:ind w:left="180"/>
        <w:rPr>
          <w:lang w:val="ru-RU"/>
        </w:rPr>
      </w:pPr>
      <w:r w:rsidRPr="00B5589A">
        <w:rPr>
          <w:rFonts w:ascii="Times New Roman" w:eastAsia="Times New Roman" w:hAnsi="Times New Roman"/>
          <w:color w:val="000000"/>
          <w:sz w:val="24"/>
          <w:lang w:val="ru-RU"/>
        </w:rPr>
        <w:t>Рисунок геометрического орнамента кружева или вышивки.</w:t>
      </w:r>
    </w:p>
    <w:p w14:paraId="3A7E3E5C" w14:textId="77777777" w:rsidR="00EE2DD6" w:rsidRPr="00B5589A" w:rsidRDefault="00EE2DD6" w:rsidP="00EE2DD6">
      <w:pPr>
        <w:autoSpaceDE w:val="0"/>
        <w:autoSpaceDN w:val="0"/>
        <w:spacing w:before="70" w:after="0" w:line="230" w:lineRule="auto"/>
        <w:ind w:left="180"/>
        <w:rPr>
          <w:lang w:val="ru-RU"/>
        </w:rPr>
      </w:pPr>
      <w:r w:rsidRPr="00B5589A">
        <w:rPr>
          <w:rFonts w:ascii="Times New Roman" w:eastAsia="Times New Roman" w:hAnsi="Times New Roman"/>
          <w:color w:val="000000"/>
          <w:sz w:val="24"/>
          <w:lang w:val="ru-RU"/>
        </w:rPr>
        <w:t>Декоративная композиция. Ритм пятен в декоративной аппликации.</w:t>
      </w:r>
    </w:p>
    <w:p w14:paraId="182B266B" w14:textId="77777777" w:rsidR="00EE2DD6" w:rsidRPr="00B5589A" w:rsidRDefault="00EE2DD6" w:rsidP="00EE2DD6">
      <w:pPr>
        <w:autoSpaceDE w:val="0"/>
        <w:autoSpaceDN w:val="0"/>
        <w:spacing w:before="70" w:after="0" w:line="230" w:lineRule="auto"/>
        <w:ind w:left="180"/>
        <w:rPr>
          <w:lang w:val="ru-RU"/>
        </w:rPr>
      </w:pPr>
      <w:r w:rsidRPr="00B5589A">
        <w:rPr>
          <w:rFonts w:ascii="Times New Roman" w:eastAsia="Times New Roman" w:hAnsi="Times New Roman"/>
          <w:color w:val="000000"/>
          <w:sz w:val="24"/>
          <w:lang w:val="ru-RU"/>
        </w:rPr>
        <w:t>Поделки из подручных нехудожественных материалов.</w:t>
      </w:r>
    </w:p>
    <w:p w14:paraId="4A6D85ED" w14:textId="77777777" w:rsidR="00EE2DD6" w:rsidRPr="00B5589A" w:rsidRDefault="00EE2DD6" w:rsidP="00EE2DD6">
      <w:pPr>
        <w:rPr>
          <w:lang w:val="ru-RU"/>
        </w:rPr>
        <w:sectPr w:rsidR="00EE2DD6" w:rsidRPr="00B5589A">
          <w:pgSz w:w="11900" w:h="16840"/>
          <w:pgMar w:top="298" w:right="650" w:bottom="444" w:left="666" w:header="720" w:footer="720" w:gutter="0"/>
          <w:cols w:space="720" w:equalWidth="0">
            <w:col w:w="10584" w:space="0"/>
          </w:cols>
          <w:docGrid w:linePitch="360"/>
        </w:sectPr>
      </w:pPr>
    </w:p>
    <w:p w14:paraId="66B7B1A2" w14:textId="77777777" w:rsidR="00EE2DD6" w:rsidRPr="00B5589A" w:rsidRDefault="00EE2DD6" w:rsidP="00EE2DD6">
      <w:pPr>
        <w:autoSpaceDE w:val="0"/>
        <w:autoSpaceDN w:val="0"/>
        <w:spacing w:after="0" w:line="271" w:lineRule="auto"/>
        <w:ind w:firstLine="180"/>
        <w:rPr>
          <w:lang w:val="ru-RU"/>
        </w:rPr>
      </w:pPr>
      <w:r w:rsidRPr="00B5589A">
        <w:rPr>
          <w:rFonts w:ascii="Times New Roman" w:eastAsia="Times New Roman" w:hAnsi="Times New Roman"/>
          <w:color w:val="000000"/>
          <w:sz w:val="24"/>
          <w:lang w:val="ru-RU"/>
        </w:rPr>
        <w:t xml:space="preserve">Декоративные изображения животных в игрушках народных промыслов; филимоновские, </w:t>
      </w:r>
      <w:r w:rsidRPr="00B5589A">
        <w:rPr>
          <w:lang w:val="ru-RU"/>
        </w:rPr>
        <w:br/>
      </w:r>
      <w:r w:rsidRPr="00B5589A">
        <w:rPr>
          <w:rFonts w:ascii="Times New Roman" w:eastAsia="Times New Roman" w:hAnsi="Times New Roman"/>
          <w:color w:val="000000"/>
          <w:sz w:val="24"/>
          <w:lang w:val="ru-RU"/>
        </w:rPr>
        <w:t>дымковские, каргопольские игрушки (и другие по выбору учителя с учётом местных художественных промыслов).</w:t>
      </w:r>
    </w:p>
    <w:p w14:paraId="30267A34" w14:textId="77777777" w:rsidR="00EE2DD6" w:rsidRPr="00B5589A" w:rsidRDefault="00EE2DD6" w:rsidP="00EE2DD6">
      <w:pPr>
        <w:tabs>
          <w:tab w:val="left" w:pos="180"/>
        </w:tabs>
        <w:autoSpaceDE w:val="0"/>
        <w:autoSpaceDN w:val="0"/>
        <w:spacing w:before="70" w:after="0" w:line="262" w:lineRule="auto"/>
        <w:ind w:right="432"/>
        <w:rPr>
          <w:lang w:val="ru-RU"/>
        </w:rPr>
      </w:pPr>
      <w:r w:rsidRPr="00B5589A">
        <w:rPr>
          <w:lang w:val="ru-RU"/>
        </w:rPr>
        <w:tab/>
      </w:r>
      <w:r w:rsidRPr="00B5589A">
        <w:rPr>
          <w:rFonts w:ascii="Times New Roman" w:eastAsia="Times New Roman" w:hAnsi="Times New Roman"/>
          <w:color w:val="000000"/>
          <w:sz w:val="24"/>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4F2AFB60" w14:textId="77777777" w:rsidR="00EE2DD6" w:rsidRPr="00B5589A" w:rsidRDefault="00EE2DD6" w:rsidP="00EE2DD6">
      <w:pPr>
        <w:tabs>
          <w:tab w:val="left" w:pos="180"/>
        </w:tabs>
        <w:autoSpaceDE w:val="0"/>
        <w:autoSpaceDN w:val="0"/>
        <w:spacing w:before="190" w:after="0" w:line="271" w:lineRule="auto"/>
        <w:ind w:right="432"/>
        <w:rPr>
          <w:lang w:val="ru-RU"/>
        </w:rPr>
      </w:pPr>
      <w:r w:rsidRPr="00B5589A">
        <w:rPr>
          <w:lang w:val="ru-RU"/>
        </w:rPr>
        <w:tab/>
      </w:r>
      <w:r w:rsidRPr="00B5589A">
        <w:rPr>
          <w:rFonts w:ascii="Times New Roman" w:eastAsia="Times New Roman" w:hAnsi="Times New Roman"/>
          <w:b/>
          <w:color w:val="000000"/>
          <w:sz w:val="24"/>
          <w:lang w:val="ru-RU"/>
        </w:rPr>
        <w:t>Модуль «Архитектура»</w:t>
      </w:r>
      <w:r w:rsidRPr="00B5589A">
        <w:rPr>
          <w:lang w:val="ru-RU"/>
        </w:rPr>
        <w:br/>
      </w:r>
      <w:r w:rsidRPr="00B5589A">
        <w:rPr>
          <w:lang w:val="ru-RU"/>
        </w:rPr>
        <w:tab/>
      </w:r>
      <w:r w:rsidRPr="00B5589A">
        <w:rPr>
          <w:rFonts w:ascii="Times New Roman" w:eastAsia="Times New Roman" w:hAnsi="Times New Roman"/>
          <w:color w:val="000000"/>
          <w:sz w:val="24"/>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3EFA6D96" w14:textId="77777777" w:rsidR="00EE2DD6" w:rsidRPr="00B5589A" w:rsidRDefault="00EE2DD6" w:rsidP="00EE2DD6">
      <w:pPr>
        <w:autoSpaceDE w:val="0"/>
        <w:autoSpaceDN w:val="0"/>
        <w:spacing w:before="70" w:after="0" w:line="271" w:lineRule="auto"/>
        <w:ind w:right="144" w:firstLine="180"/>
        <w:rPr>
          <w:lang w:val="ru-RU"/>
        </w:rPr>
      </w:pPr>
      <w:r w:rsidRPr="00B5589A">
        <w:rPr>
          <w:rFonts w:ascii="Times New Roman" w:eastAsia="Times New Roman" w:hAnsi="Times New Roman"/>
          <w:color w:val="000000"/>
          <w:sz w:val="24"/>
          <w:lang w:val="ru-RU"/>
        </w:rPr>
        <w:t>Построение игрового сказочного города из бумаги (на основе сворачивания геометрических тел —параллелепипедов разной высоты, цилиндров с прорезями и наклейками); завивание, скручивание и складывание полоски бумаги (например, гармошкой).</w:t>
      </w:r>
    </w:p>
    <w:p w14:paraId="284AF9EC" w14:textId="77777777" w:rsidR="00EE2DD6" w:rsidRPr="00B5589A" w:rsidRDefault="00EE2DD6" w:rsidP="00EE2DD6">
      <w:pPr>
        <w:autoSpaceDE w:val="0"/>
        <w:autoSpaceDN w:val="0"/>
        <w:spacing w:before="72" w:after="0" w:line="271" w:lineRule="auto"/>
        <w:ind w:firstLine="180"/>
        <w:rPr>
          <w:lang w:val="ru-RU"/>
        </w:rPr>
      </w:pPr>
      <w:r w:rsidRPr="00B5589A">
        <w:rPr>
          <w:rFonts w:ascii="Times New Roman" w:eastAsia="Times New Roman" w:hAnsi="Times New Roman"/>
          <w:color w:val="000000"/>
          <w:sz w:val="24"/>
          <w:lang w:val="ru-RU"/>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5F6291D3" w14:textId="77777777" w:rsidR="00EE2DD6" w:rsidRPr="00B5589A" w:rsidRDefault="00EE2DD6" w:rsidP="00EE2DD6">
      <w:pPr>
        <w:tabs>
          <w:tab w:val="left" w:pos="180"/>
        </w:tabs>
        <w:autoSpaceDE w:val="0"/>
        <w:autoSpaceDN w:val="0"/>
        <w:spacing w:before="190" w:after="0" w:line="271" w:lineRule="auto"/>
        <w:ind w:right="1008"/>
        <w:rPr>
          <w:lang w:val="ru-RU"/>
        </w:rPr>
      </w:pPr>
      <w:r w:rsidRPr="00B5589A">
        <w:rPr>
          <w:lang w:val="ru-RU"/>
        </w:rPr>
        <w:tab/>
      </w:r>
      <w:r w:rsidRPr="00B5589A">
        <w:rPr>
          <w:rFonts w:ascii="Times New Roman" w:eastAsia="Times New Roman" w:hAnsi="Times New Roman"/>
          <w:b/>
          <w:color w:val="000000"/>
          <w:sz w:val="24"/>
          <w:lang w:val="ru-RU"/>
        </w:rPr>
        <w:t>Модуль «Восприятие произведений искусства»</w:t>
      </w:r>
      <w:r w:rsidRPr="00B5589A">
        <w:rPr>
          <w:lang w:val="ru-RU"/>
        </w:rPr>
        <w:br/>
      </w:r>
      <w:r w:rsidRPr="00B5589A">
        <w:rPr>
          <w:lang w:val="ru-RU"/>
        </w:rPr>
        <w:tab/>
      </w:r>
      <w:r w:rsidRPr="00B5589A">
        <w:rPr>
          <w:rFonts w:ascii="Times New Roman" w:eastAsia="Times New Roman" w:hAnsi="Times New Roman"/>
          <w:color w:val="000000"/>
          <w:sz w:val="24"/>
          <w:lang w:val="ru-RU"/>
        </w:rPr>
        <w:t>Восприятие произведений детского творчества. Обсуждение сюжетного и эмоционального содержания детских работ.</w:t>
      </w:r>
    </w:p>
    <w:p w14:paraId="6381233E" w14:textId="77777777" w:rsidR="00EE2DD6" w:rsidRPr="00B5589A" w:rsidRDefault="00EE2DD6" w:rsidP="00EE2DD6">
      <w:pPr>
        <w:tabs>
          <w:tab w:val="left" w:pos="180"/>
        </w:tabs>
        <w:autoSpaceDE w:val="0"/>
        <w:autoSpaceDN w:val="0"/>
        <w:spacing w:before="70" w:after="0" w:line="262" w:lineRule="auto"/>
        <w:ind w:right="288"/>
        <w:rPr>
          <w:lang w:val="ru-RU"/>
        </w:rPr>
      </w:pPr>
      <w:r w:rsidRPr="00B5589A">
        <w:rPr>
          <w:lang w:val="ru-RU"/>
        </w:rPr>
        <w:tab/>
      </w:r>
      <w:r w:rsidRPr="00B5589A">
        <w:rPr>
          <w:rFonts w:ascii="Times New Roman" w:eastAsia="Times New Roman" w:hAnsi="Times New Roman"/>
          <w:color w:val="000000"/>
          <w:sz w:val="24"/>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C31E853" w14:textId="77777777" w:rsidR="00EE2DD6" w:rsidRPr="00B5589A" w:rsidRDefault="00EE2DD6" w:rsidP="00EE2DD6">
      <w:pPr>
        <w:tabs>
          <w:tab w:val="left" w:pos="180"/>
        </w:tabs>
        <w:autoSpaceDE w:val="0"/>
        <w:autoSpaceDN w:val="0"/>
        <w:spacing w:before="70" w:after="0" w:line="262" w:lineRule="auto"/>
        <w:ind w:right="720"/>
        <w:rPr>
          <w:lang w:val="ru-RU"/>
        </w:rPr>
      </w:pPr>
      <w:r w:rsidRPr="00B5589A">
        <w:rPr>
          <w:lang w:val="ru-RU"/>
        </w:rPr>
        <w:tab/>
      </w:r>
      <w:r w:rsidRPr="00B5589A">
        <w:rPr>
          <w:rFonts w:ascii="Times New Roman" w:eastAsia="Times New Roman" w:hAnsi="Times New Roman"/>
          <w:color w:val="000000"/>
          <w:sz w:val="24"/>
          <w:lang w:val="ru-RU"/>
        </w:rPr>
        <w:t>Восприятие орнаментальных произведений прикладного искусства (кружево, шитьё, резьба и роспись и др.).</w:t>
      </w:r>
    </w:p>
    <w:p w14:paraId="51AA9A15" w14:textId="77777777" w:rsidR="00EE2DD6" w:rsidRPr="00B5589A" w:rsidRDefault="00EE2DD6" w:rsidP="00EE2DD6">
      <w:pPr>
        <w:tabs>
          <w:tab w:val="left" w:pos="180"/>
        </w:tabs>
        <w:autoSpaceDE w:val="0"/>
        <w:autoSpaceDN w:val="0"/>
        <w:spacing w:before="70" w:after="0" w:line="262" w:lineRule="auto"/>
        <w:ind w:right="576"/>
        <w:rPr>
          <w:lang w:val="ru-RU"/>
        </w:rPr>
      </w:pPr>
      <w:r w:rsidRPr="00B5589A">
        <w:rPr>
          <w:lang w:val="ru-RU"/>
        </w:rPr>
        <w:tab/>
      </w:r>
      <w:r w:rsidRPr="00B5589A">
        <w:rPr>
          <w:rFonts w:ascii="Times New Roman" w:eastAsia="Times New Roman" w:hAnsi="Times New Roman"/>
          <w:color w:val="000000"/>
          <w:sz w:val="24"/>
          <w:lang w:val="ru-RU"/>
        </w:rPr>
        <w:t>Восприятие произведений живописи с активным выражением цветового состояния в природе. Произведения И. И. Левитана, А. И. Куинджи, Н. П. Крымова.</w:t>
      </w:r>
    </w:p>
    <w:p w14:paraId="18E6010E" w14:textId="77777777" w:rsidR="00EE2DD6" w:rsidRPr="00B5589A" w:rsidRDefault="00EE2DD6" w:rsidP="00EE2DD6">
      <w:pPr>
        <w:autoSpaceDE w:val="0"/>
        <w:autoSpaceDN w:val="0"/>
        <w:spacing w:before="70" w:after="0" w:line="271" w:lineRule="auto"/>
        <w:ind w:firstLine="180"/>
        <w:rPr>
          <w:lang w:val="ru-RU"/>
        </w:rPr>
      </w:pPr>
      <w:r w:rsidRPr="00B5589A">
        <w:rPr>
          <w:rFonts w:ascii="Times New Roman" w:eastAsia="Times New Roman" w:hAnsi="Times New Roman"/>
          <w:color w:val="000000"/>
          <w:sz w:val="24"/>
          <w:lang w:val="ru-RU"/>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4AC33F5E" w14:textId="77777777" w:rsidR="00EE2DD6" w:rsidRPr="00B5589A" w:rsidRDefault="00EE2DD6" w:rsidP="00EE2DD6">
      <w:pPr>
        <w:tabs>
          <w:tab w:val="left" w:pos="180"/>
        </w:tabs>
        <w:autoSpaceDE w:val="0"/>
        <w:autoSpaceDN w:val="0"/>
        <w:spacing w:before="190" w:after="0" w:line="271" w:lineRule="auto"/>
        <w:ind w:right="432"/>
        <w:rPr>
          <w:lang w:val="ru-RU"/>
        </w:rPr>
      </w:pPr>
      <w:r w:rsidRPr="00B5589A">
        <w:rPr>
          <w:lang w:val="ru-RU"/>
        </w:rPr>
        <w:tab/>
      </w:r>
      <w:r w:rsidRPr="00B5589A">
        <w:rPr>
          <w:rFonts w:ascii="Times New Roman" w:eastAsia="Times New Roman" w:hAnsi="Times New Roman"/>
          <w:b/>
          <w:color w:val="000000"/>
          <w:sz w:val="24"/>
          <w:lang w:val="ru-RU"/>
        </w:rPr>
        <w:t>Модуль «Азбука цифровой графики»</w:t>
      </w:r>
      <w:r w:rsidRPr="00B5589A">
        <w:rPr>
          <w:lang w:val="ru-RU"/>
        </w:rPr>
        <w:br/>
      </w:r>
      <w:r w:rsidRPr="00B5589A">
        <w:rPr>
          <w:lang w:val="ru-RU"/>
        </w:rPr>
        <w:tab/>
      </w:r>
      <w:r w:rsidRPr="00B5589A">
        <w:rPr>
          <w:rFonts w:ascii="Times New Roman" w:eastAsia="Times New Roman" w:hAnsi="Times New Roman"/>
          <w:color w:val="000000"/>
          <w:sz w:val="24"/>
          <w:lang w:val="ru-RU"/>
        </w:rPr>
        <w:t xml:space="preserve">Компьютерные средства изображения. Виды линий (в программе </w:t>
      </w:r>
      <w:r>
        <w:rPr>
          <w:rFonts w:ascii="Times New Roman" w:eastAsia="Times New Roman" w:hAnsi="Times New Roman"/>
          <w:color w:val="000000"/>
          <w:sz w:val="24"/>
        </w:rPr>
        <w:t>Paint</w:t>
      </w:r>
      <w:r w:rsidRPr="00B5589A">
        <w:rPr>
          <w:rFonts w:ascii="Times New Roman" w:eastAsia="Times New Roman" w:hAnsi="Times New Roman"/>
          <w:color w:val="000000"/>
          <w:sz w:val="24"/>
          <w:lang w:val="ru-RU"/>
        </w:rPr>
        <w:t xml:space="preserve"> или другом графическом редакторе).</w:t>
      </w:r>
    </w:p>
    <w:p w14:paraId="3F62C55A" w14:textId="77777777" w:rsidR="00EE2DD6" w:rsidRPr="00B5589A" w:rsidRDefault="00EE2DD6" w:rsidP="00EE2DD6">
      <w:pPr>
        <w:tabs>
          <w:tab w:val="left" w:pos="180"/>
        </w:tabs>
        <w:autoSpaceDE w:val="0"/>
        <w:autoSpaceDN w:val="0"/>
        <w:spacing w:before="70" w:after="0" w:line="262" w:lineRule="auto"/>
        <w:ind w:right="576"/>
        <w:rPr>
          <w:lang w:val="ru-RU"/>
        </w:rPr>
      </w:pPr>
      <w:r w:rsidRPr="00B5589A">
        <w:rPr>
          <w:lang w:val="ru-RU"/>
        </w:rPr>
        <w:tab/>
      </w:r>
      <w:r w:rsidRPr="00B5589A">
        <w:rPr>
          <w:rFonts w:ascii="Times New Roman" w:eastAsia="Times New Roman" w:hAnsi="Times New Roman"/>
          <w:color w:val="000000"/>
          <w:sz w:val="24"/>
          <w:lang w:val="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rFonts w:ascii="Times New Roman" w:eastAsia="Times New Roman" w:hAnsi="Times New Roman"/>
          <w:color w:val="000000"/>
          <w:sz w:val="24"/>
        </w:rPr>
        <w:t>Paint</w:t>
      </w:r>
      <w:r w:rsidRPr="00B5589A">
        <w:rPr>
          <w:rFonts w:ascii="Times New Roman" w:eastAsia="Times New Roman" w:hAnsi="Times New Roman"/>
          <w:color w:val="000000"/>
          <w:sz w:val="24"/>
          <w:lang w:val="ru-RU"/>
        </w:rPr>
        <w:t>.</w:t>
      </w:r>
    </w:p>
    <w:p w14:paraId="4B39DD1E" w14:textId="77777777" w:rsidR="00EE2DD6" w:rsidRPr="00B5589A" w:rsidRDefault="00EE2DD6" w:rsidP="00EE2DD6">
      <w:pPr>
        <w:tabs>
          <w:tab w:val="left" w:pos="180"/>
        </w:tabs>
        <w:autoSpaceDE w:val="0"/>
        <w:autoSpaceDN w:val="0"/>
        <w:spacing w:before="72" w:after="0" w:line="262" w:lineRule="auto"/>
        <w:ind w:right="432"/>
        <w:rPr>
          <w:lang w:val="ru-RU"/>
        </w:rPr>
      </w:pPr>
      <w:r w:rsidRPr="00B5589A">
        <w:rPr>
          <w:lang w:val="ru-RU"/>
        </w:rPr>
        <w:tab/>
      </w:r>
      <w:r w:rsidRPr="00B5589A">
        <w:rPr>
          <w:rFonts w:ascii="Times New Roman" w:eastAsia="Times New Roman" w:hAnsi="Times New Roman"/>
          <w:color w:val="000000"/>
          <w:sz w:val="24"/>
          <w:lang w:val="ru-RU"/>
        </w:rPr>
        <w:t xml:space="preserve">Освоение инструментов традиционного рисования (карандаш, кисточка, ластик, заливка и др.) в программе </w:t>
      </w:r>
      <w:r>
        <w:rPr>
          <w:rFonts w:ascii="Times New Roman" w:eastAsia="Times New Roman" w:hAnsi="Times New Roman"/>
          <w:color w:val="000000"/>
          <w:sz w:val="24"/>
        </w:rPr>
        <w:t>Paint</w:t>
      </w:r>
      <w:r w:rsidRPr="00B5589A">
        <w:rPr>
          <w:rFonts w:ascii="Times New Roman" w:eastAsia="Times New Roman" w:hAnsi="Times New Roman"/>
          <w:color w:val="000000"/>
          <w:sz w:val="24"/>
          <w:lang w:val="ru-RU"/>
        </w:rPr>
        <w:t xml:space="preserve"> на основе простых сюжетов (например, образ дерева).</w:t>
      </w:r>
    </w:p>
    <w:p w14:paraId="05E4B66C" w14:textId="77777777" w:rsidR="00EE2DD6" w:rsidRPr="00B5589A" w:rsidRDefault="00EE2DD6" w:rsidP="00EE2DD6">
      <w:pPr>
        <w:tabs>
          <w:tab w:val="left" w:pos="180"/>
        </w:tabs>
        <w:autoSpaceDE w:val="0"/>
        <w:autoSpaceDN w:val="0"/>
        <w:spacing w:before="70" w:after="0" w:line="262" w:lineRule="auto"/>
        <w:ind w:right="432"/>
        <w:rPr>
          <w:lang w:val="ru-RU"/>
        </w:rPr>
      </w:pPr>
      <w:r w:rsidRPr="00B5589A">
        <w:rPr>
          <w:lang w:val="ru-RU"/>
        </w:rPr>
        <w:tab/>
      </w:r>
      <w:r w:rsidRPr="00B5589A">
        <w:rPr>
          <w:rFonts w:ascii="Times New Roman" w:eastAsia="Times New Roman" w:hAnsi="Times New Roman"/>
          <w:color w:val="000000"/>
          <w:sz w:val="24"/>
          <w:lang w:val="ru-RU"/>
        </w:rPr>
        <w:t xml:space="preserve">Освоение инструментов традиционного рисования в программе </w:t>
      </w:r>
      <w:r>
        <w:rPr>
          <w:rFonts w:ascii="Times New Roman" w:eastAsia="Times New Roman" w:hAnsi="Times New Roman"/>
          <w:color w:val="000000"/>
          <w:sz w:val="24"/>
        </w:rPr>
        <w:t>Paint</w:t>
      </w:r>
      <w:r w:rsidRPr="00B5589A">
        <w:rPr>
          <w:rFonts w:ascii="Times New Roman" w:eastAsia="Times New Roman" w:hAnsi="Times New Roman"/>
          <w:color w:val="000000"/>
          <w:sz w:val="24"/>
          <w:lang w:val="ru-RU"/>
        </w:rPr>
        <w:t xml:space="preserve"> на основе темы «Тёплый и холодный цвета» (например, «Горящий костёр в синей ночи», «Перо жар-птицы» и др.).</w:t>
      </w:r>
    </w:p>
    <w:p w14:paraId="3236FDA4" w14:textId="77777777" w:rsidR="00EE2DD6" w:rsidRPr="00B5589A" w:rsidRDefault="00EE2DD6" w:rsidP="00EE2DD6">
      <w:pPr>
        <w:tabs>
          <w:tab w:val="left" w:pos="180"/>
        </w:tabs>
        <w:autoSpaceDE w:val="0"/>
        <w:autoSpaceDN w:val="0"/>
        <w:spacing w:before="70" w:after="0" w:line="262" w:lineRule="auto"/>
        <w:ind w:right="144"/>
        <w:rPr>
          <w:lang w:val="ru-RU"/>
        </w:rPr>
      </w:pPr>
      <w:r w:rsidRPr="00B5589A">
        <w:rPr>
          <w:lang w:val="ru-RU"/>
        </w:rPr>
        <w:tab/>
      </w:r>
      <w:r w:rsidRPr="00B5589A">
        <w:rPr>
          <w:rFonts w:ascii="Times New Roman" w:eastAsia="Times New Roman" w:hAnsi="Times New Roman"/>
          <w:color w:val="000000"/>
          <w:sz w:val="24"/>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4567D87A" w14:textId="2DBB0560" w:rsidR="00083BFC" w:rsidRDefault="00EE2DD6" w:rsidP="00C23CAF">
      <w:pPr>
        <w:autoSpaceDE w:val="0"/>
        <w:autoSpaceDN w:val="0"/>
        <w:spacing w:after="78" w:line="220" w:lineRule="exact"/>
        <w:ind w:left="284" w:right="-46"/>
        <w:rPr>
          <w:rFonts w:ascii="Times New Roman" w:hAnsi="Times New Roman" w:cs="Times New Roman"/>
          <w:b/>
          <w:sz w:val="24"/>
          <w:szCs w:val="24"/>
          <w:lang w:val="ru-RU"/>
        </w:rPr>
      </w:pPr>
      <w:r w:rsidRPr="00EE2DD6">
        <w:rPr>
          <w:rFonts w:ascii="Times New Roman" w:hAnsi="Times New Roman" w:cs="Times New Roman"/>
          <w:b/>
          <w:sz w:val="24"/>
          <w:szCs w:val="24"/>
          <w:lang w:val="ru-RU"/>
        </w:rPr>
        <w:t>3 класс</w:t>
      </w:r>
    </w:p>
    <w:p w14:paraId="683B4065" w14:textId="77777777" w:rsidR="00EE2DD6" w:rsidRPr="00EE2DD6" w:rsidRDefault="00EE2DD6" w:rsidP="00EE2DD6">
      <w:pPr>
        <w:tabs>
          <w:tab w:val="left" w:pos="180"/>
        </w:tabs>
        <w:autoSpaceDE w:val="0"/>
        <w:autoSpaceDN w:val="0"/>
        <w:spacing w:before="346" w:after="0"/>
        <w:ind w:right="288"/>
        <w:rPr>
          <w:lang w:val="ru-RU"/>
        </w:rPr>
      </w:pPr>
      <w:r w:rsidRPr="00EE2DD6">
        <w:rPr>
          <w:rFonts w:ascii="Times New Roman" w:eastAsia="Times New Roman" w:hAnsi="Times New Roman"/>
          <w:b/>
          <w:color w:val="000000"/>
          <w:sz w:val="24"/>
          <w:lang w:val="ru-RU"/>
        </w:rPr>
        <w:t>Модуль «Графика»</w:t>
      </w:r>
      <w:r w:rsidRPr="00EE2DD6">
        <w:rPr>
          <w:lang w:val="ru-RU"/>
        </w:rPr>
        <w:br/>
      </w:r>
      <w:r w:rsidRPr="00EE2DD6">
        <w:rPr>
          <w:lang w:val="ru-RU"/>
        </w:rPr>
        <w:tab/>
      </w:r>
      <w:r w:rsidRPr="00EE2DD6">
        <w:rPr>
          <w:rFonts w:ascii="Times New Roman" w:eastAsia="Times New Roman" w:hAnsi="Times New Roman"/>
          <w:color w:val="000000"/>
          <w:sz w:val="24"/>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44226178" w14:textId="77777777" w:rsidR="00EE2DD6" w:rsidRPr="00EE2DD6" w:rsidRDefault="00EE2DD6" w:rsidP="00EE2DD6">
      <w:pPr>
        <w:tabs>
          <w:tab w:val="left" w:pos="180"/>
        </w:tabs>
        <w:autoSpaceDE w:val="0"/>
        <w:autoSpaceDN w:val="0"/>
        <w:spacing w:before="70" w:after="0" w:line="262" w:lineRule="auto"/>
        <w:ind w:right="720"/>
        <w:rPr>
          <w:lang w:val="ru-RU"/>
        </w:rPr>
      </w:pPr>
      <w:r w:rsidRPr="00EE2DD6">
        <w:rPr>
          <w:lang w:val="ru-RU"/>
        </w:rPr>
        <w:tab/>
      </w:r>
      <w:r w:rsidRPr="00EE2DD6">
        <w:rPr>
          <w:rFonts w:ascii="Times New Roman" w:eastAsia="Times New Roman" w:hAnsi="Times New Roman"/>
          <w:color w:val="000000"/>
          <w:sz w:val="24"/>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76021F51" w14:textId="77777777" w:rsidR="00EE2DD6" w:rsidRPr="00EE2DD6" w:rsidRDefault="00EE2DD6" w:rsidP="00EE2DD6">
      <w:pPr>
        <w:autoSpaceDE w:val="0"/>
        <w:autoSpaceDN w:val="0"/>
        <w:spacing w:before="70" w:after="0" w:line="230" w:lineRule="auto"/>
        <w:jc w:val="center"/>
        <w:rPr>
          <w:lang w:val="ru-RU"/>
        </w:rPr>
      </w:pPr>
      <w:r w:rsidRPr="00EE2DD6">
        <w:rPr>
          <w:rFonts w:ascii="Times New Roman" w:eastAsia="Times New Roman" w:hAnsi="Times New Roman"/>
          <w:color w:val="000000"/>
          <w:sz w:val="24"/>
          <w:lang w:val="ru-RU"/>
        </w:rPr>
        <w:t>Эскиз плаката или афиши. Совмещение шрифта и изображения. Особенности композиции плаката.</w:t>
      </w:r>
    </w:p>
    <w:p w14:paraId="4A7867C0" w14:textId="77777777" w:rsidR="00EE2DD6" w:rsidRPr="00EE2DD6" w:rsidRDefault="00EE2DD6" w:rsidP="00EE2DD6">
      <w:pPr>
        <w:tabs>
          <w:tab w:val="left" w:pos="180"/>
        </w:tabs>
        <w:autoSpaceDE w:val="0"/>
        <w:autoSpaceDN w:val="0"/>
        <w:spacing w:before="70" w:after="0" w:line="262" w:lineRule="auto"/>
        <w:ind w:right="1008"/>
        <w:rPr>
          <w:lang w:val="ru-RU"/>
        </w:rPr>
      </w:pPr>
      <w:r w:rsidRPr="00EE2DD6">
        <w:rPr>
          <w:lang w:val="ru-RU"/>
        </w:rPr>
        <w:tab/>
      </w:r>
      <w:r w:rsidRPr="00EE2DD6">
        <w:rPr>
          <w:rFonts w:ascii="Times New Roman" w:eastAsia="Times New Roman" w:hAnsi="Times New Roman"/>
          <w:color w:val="000000"/>
          <w:sz w:val="24"/>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14:paraId="08311E60" w14:textId="77777777" w:rsidR="00EE2DD6" w:rsidRPr="00EE2DD6" w:rsidRDefault="00EE2DD6" w:rsidP="00EE2DD6">
      <w:pPr>
        <w:autoSpaceDE w:val="0"/>
        <w:autoSpaceDN w:val="0"/>
        <w:spacing w:before="72" w:after="0" w:line="230" w:lineRule="auto"/>
        <w:ind w:left="180"/>
        <w:rPr>
          <w:lang w:val="ru-RU"/>
        </w:rPr>
      </w:pPr>
      <w:r w:rsidRPr="00EE2DD6">
        <w:rPr>
          <w:rFonts w:ascii="Times New Roman" w:eastAsia="Times New Roman" w:hAnsi="Times New Roman"/>
          <w:color w:val="000000"/>
          <w:sz w:val="24"/>
          <w:lang w:val="ru-RU"/>
        </w:rPr>
        <w:t>Транспорт в городе. Рисунки реальных или фантастических машин.</w:t>
      </w:r>
    </w:p>
    <w:p w14:paraId="5F66F262" w14:textId="77777777" w:rsidR="00EE2DD6" w:rsidRPr="00EE2DD6" w:rsidRDefault="00EE2DD6" w:rsidP="00EE2DD6">
      <w:pPr>
        <w:autoSpaceDE w:val="0"/>
        <w:autoSpaceDN w:val="0"/>
        <w:spacing w:before="70" w:after="0" w:line="230" w:lineRule="auto"/>
        <w:ind w:left="180"/>
        <w:rPr>
          <w:lang w:val="ru-RU"/>
        </w:rPr>
      </w:pPr>
      <w:r w:rsidRPr="00EE2DD6">
        <w:rPr>
          <w:rFonts w:ascii="Times New Roman" w:eastAsia="Times New Roman" w:hAnsi="Times New Roman"/>
          <w:color w:val="000000"/>
          <w:sz w:val="24"/>
          <w:lang w:val="ru-RU"/>
        </w:rPr>
        <w:t>Изображение лица человека. Строение, пропорции, взаиморасположение частей лица.</w:t>
      </w:r>
    </w:p>
    <w:p w14:paraId="0B6D8B92" w14:textId="77777777" w:rsidR="00EE2DD6" w:rsidRPr="00EE2DD6" w:rsidRDefault="00EE2DD6" w:rsidP="00EE2DD6">
      <w:pPr>
        <w:tabs>
          <w:tab w:val="left" w:pos="180"/>
        </w:tabs>
        <w:autoSpaceDE w:val="0"/>
        <w:autoSpaceDN w:val="0"/>
        <w:spacing w:before="70" w:after="0" w:line="262" w:lineRule="auto"/>
        <w:rPr>
          <w:lang w:val="ru-RU"/>
        </w:rPr>
      </w:pPr>
      <w:r w:rsidRPr="00EE2DD6">
        <w:rPr>
          <w:lang w:val="ru-RU"/>
        </w:rPr>
        <w:tab/>
      </w:r>
      <w:r w:rsidRPr="00EE2DD6">
        <w:rPr>
          <w:rFonts w:ascii="Times New Roman" w:eastAsia="Times New Roman" w:hAnsi="Times New Roman"/>
          <w:color w:val="000000"/>
          <w:sz w:val="24"/>
          <w:lang w:val="ru-RU"/>
        </w:rPr>
        <w:t>Эскиз маски для маскарада: изображение лица — маски персонажа с ярко выраженным характером. Аппликация из цветной бумаги.</w:t>
      </w:r>
    </w:p>
    <w:p w14:paraId="04901E15" w14:textId="77777777" w:rsidR="00EE2DD6" w:rsidRPr="00EE2DD6" w:rsidRDefault="00EE2DD6" w:rsidP="00EE2DD6">
      <w:pPr>
        <w:tabs>
          <w:tab w:val="left" w:pos="180"/>
        </w:tabs>
        <w:autoSpaceDE w:val="0"/>
        <w:autoSpaceDN w:val="0"/>
        <w:spacing w:before="190" w:after="0" w:line="271" w:lineRule="auto"/>
        <w:ind w:right="432"/>
        <w:rPr>
          <w:lang w:val="ru-RU"/>
        </w:rPr>
      </w:pPr>
      <w:r w:rsidRPr="00EE2DD6">
        <w:rPr>
          <w:lang w:val="ru-RU"/>
        </w:rPr>
        <w:tab/>
      </w:r>
      <w:r w:rsidRPr="00EE2DD6">
        <w:rPr>
          <w:rFonts w:ascii="Times New Roman" w:eastAsia="Times New Roman" w:hAnsi="Times New Roman"/>
          <w:b/>
          <w:color w:val="000000"/>
          <w:sz w:val="24"/>
          <w:lang w:val="ru-RU"/>
        </w:rPr>
        <w:t>Модуль «Живопись»</w:t>
      </w:r>
      <w:r w:rsidRPr="00EE2DD6">
        <w:rPr>
          <w:lang w:val="ru-RU"/>
        </w:rPr>
        <w:br/>
      </w:r>
      <w:r w:rsidRPr="00EE2DD6">
        <w:rPr>
          <w:lang w:val="ru-RU"/>
        </w:rPr>
        <w:tab/>
      </w:r>
      <w:r w:rsidRPr="00EE2DD6">
        <w:rPr>
          <w:rFonts w:ascii="Times New Roman" w:eastAsia="Times New Roman" w:hAnsi="Times New Roman"/>
          <w:color w:val="000000"/>
          <w:sz w:val="24"/>
          <w:lang w:val="ru-RU"/>
        </w:rPr>
        <w:t>Создание сюжетной композиции «В цирке», использование гуаши или карандаша и акварели (по памяти и представлению).</w:t>
      </w:r>
    </w:p>
    <w:p w14:paraId="27DECE64" w14:textId="77777777" w:rsidR="00EE2DD6" w:rsidRPr="00EE2DD6" w:rsidRDefault="00EE2DD6" w:rsidP="00EE2DD6">
      <w:pPr>
        <w:tabs>
          <w:tab w:val="left" w:pos="180"/>
        </w:tabs>
        <w:autoSpaceDE w:val="0"/>
        <w:autoSpaceDN w:val="0"/>
        <w:spacing w:before="70" w:after="0" w:line="262" w:lineRule="auto"/>
        <w:ind w:right="432"/>
        <w:rPr>
          <w:lang w:val="ru-RU"/>
        </w:rPr>
      </w:pPr>
      <w:r w:rsidRPr="00EE2DD6">
        <w:rPr>
          <w:lang w:val="ru-RU"/>
        </w:rPr>
        <w:tab/>
      </w:r>
      <w:r w:rsidRPr="00EE2DD6">
        <w:rPr>
          <w:rFonts w:ascii="Times New Roman" w:eastAsia="Times New Roman" w:hAnsi="Times New Roman"/>
          <w:color w:val="000000"/>
          <w:sz w:val="24"/>
          <w:lang w:val="ru-RU"/>
        </w:rPr>
        <w:t>Художник в театре: эскиз занавеса (или декораций сцены) для спектакля со сказочным сюжетом (сказка по выбору).</w:t>
      </w:r>
    </w:p>
    <w:p w14:paraId="29A0A61A" w14:textId="77777777" w:rsidR="00EE2DD6" w:rsidRPr="00EE2DD6" w:rsidRDefault="00EE2DD6" w:rsidP="00EE2DD6">
      <w:pPr>
        <w:tabs>
          <w:tab w:val="left" w:pos="180"/>
        </w:tabs>
        <w:autoSpaceDE w:val="0"/>
        <w:autoSpaceDN w:val="0"/>
        <w:spacing w:before="70" w:after="0" w:line="262" w:lineRule="auto"/>
        <w:rPr>
          <w:lang w:val="ru-RU"/>
        </w:rPr>
      </w:pPr>
      <w:r w:rsidRPr="00EE2DD6">
        <w:rPr>
          <w:lang w:val="ru-RU"/>
        </w:rPr>
        <w:tab/>
      </w:r>
      <w:r w:rsidRPr="00EE2DD6">
        <w:rPr>
          <w:rFonts w:ascii="Times New Roman" w:eastAsia="Times New Roman" w:hAnsi="Times New Roman"/>
          <w:color w:val="000000"/>
          <w:sz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1310E9C5" w14:textId="77777777" w:rsidR="00EE2DD6" w:rsidRPr="00EE2DD6" w:rsidRDefault="00EE2DD6" w:rsidP="00EE2DD6">
      <w:pPr>
        <w:tabs>
          <w:tab w:val="left" w:pos="180"/>
        </w:tabs>
        <w:autoSpaceDE w:val="0"/>
        <w:autoSpaceDN w:val="0"/>
        <w:spacing w:before="70" w:after="0" w:line="262" w:lineRule="auto"/>
        <w:ind w:right="288"/>
        <w:rPr>
          <w:lang w:val="ru-RU"/>
        </w:rPr>
      </w:pPr>
      <w:r w:rsidRPr="00EE2DD6">
        <w:rPr>
          <w:lang w:val="ru-RU"/>
        </w:rPr>
        <w:tab/>
      </w:r>
      <w:r w:rsidRPr="00EE2DD6">
        <w:rPr>
          <w:rFonts w:ascii="Times New Roman" w:eastAsia="Times New Roman" w:hAnsi="Times New Roman"/>
          <w:color w:val="000000"/>
          <w:sz w:val="24"/>
          <w:lang w:val="ru-RU"/>
        </w:rPr>
        <w:t>Натюрморт из простых предметов с натуры или по представлению. «Натюрморт-автопортрет» из предметов, характеризующих личность ученика.</w:t>
      </w:r>
    </w:p>
    <w:p w14:paraId="0AE4F87F" w14:textId="77777777" w:rsidR="00EE2DD6" w:rsidRPr="00EE2DD6" w:rsidRDefault="00EE2DD6" w:rsidP="00EE2DD6">
      <w:pPr>
        <w:autoSpaceDE w:val="0"/>
        <w:autoSpaceDN w:val="0"/>
        <w:spacing w:before="70" w:after="0" w:line="271" w:lineRule="auto"/>
        <w:ind w:right="432" w:firstLine="180"/>
        <w:rPr>
          <w:lang w:val="ru-RU"/>
        </w:rPr>
      </w:pPr>
      <w:r w:rsidRPr="00EE2DD6">
        <w:rPr>
          <w:rFonts w:ascii="Times New Roman" w:eastAsia="Times New Roman" w:hAnsi="Times New Roman"/>
          <w:color w:val="000000"/>
          <w:sz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0D1DD005" w14:textId="77777777" w:rsidR="00EE2DD6" w:rsidRPr="00EE2DD6" w:rsidRDefault="00EE2DD6" w:rsidP="00EE2DD6">
      <w:pPr>
        <w:autoSpaceDE w:val="0"/>
        <w:autoSpaceDN w:val="0"/>
        <w:spacing w:before="70" w:after="0" w:line="281" w:lineRule="auto"/>
        <w:ind w:right="144" w:firstLine="180"/>
        <w:rPr>
          <w:lang w:val="ru-RU"/>
        </w:rPr>
      </w:pPr>
      <w:r w:rsidRPr="00EE2DD6">
        <w:rPr>
          <w:rFonts w:ascii="Times New Roman" w:eastAsia="Times New Roman" w:hAnsi="Times New Roman"/>
          <w:color w:val="000000"/>
          <w:sz w:val="24"/>
          <w:lang w:val="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4BC205EA" w14:textId="77777777" w:rsidR="00EE2DD6" w:rsidRPr="00EE2DD6" w:rsidRDefault="00EE2DD6" w:rsidP="00EE2DD6">
      <w:pPr>
        <w:tabs>
          <w:tab w:val="left" w:pos="180"/>
        </w:tabs>
        <w:autoSpaceDE w:val="0"/>
        <w:autoSpaceDN w:val="0"/>
        <w:spacing w:before="192" w:after="0" w:line="271" w:lineRule="auto"/>
        <w:ind w:right="720"/>
        <w:rPr>
          <w:lang w:val="ru-RU"/>
        </w:rPr>
      </w:pPr>
      <w:r w:rsidRPr="00EE2DD6">
        <w:rPr>
          <w:lang w:val="ru-RU"/>
        </w:rPr>
        <w:tab/>
      </w:r>
      <w:r w:rsidRPr="00EE2DD6">
        <w:rPr>
          <w:rFonts w:ascii="Times New Roman" w:eastAsia="Times New Roman" w:hAnsi="Times New Roman"/>
          <w:b/>
          <w:color w:val="000000"/>
          <w:sz w:val="24"/>
          <w:lang w:val="ru-RU"/>
        </w:rPr>
        <w:t>Модуль «Скульптура»</w:t>
      </w:r>
      <w:r w:rsidRPr="00EE2DD6">
        <w:rPr>
          <w:lang w:val="ru-RU"/>
        </w:rPr>
        <w:br/>
      </w:r>
      <w:r w:rsidRPr="00EE2DD6">
        <w:rPr>
          <w:lang w:val="ru-RU"/>
        </w:rPr>
        <w:tab/>
      </w:r>
      <w:r w:rsidRPr="00EE2DD6">
        <w:rPr>
          <w:rFonts w:ascii="Times New Roman" w:eastAsia="Times New Roman" w:hAnsi="Times New Roman"/>
          <w:color w:val="000000"/>
          <w:sz w:val="24"/>
          <w:lang w:val="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6D69C164" w14:textId="77777777" w:rsidR="00EE2DD6" w:rsidRPr="00EE2DD6" w:rsidRDefault="00EE2DD6" w:rsidP="00EE2DD6">
      <w:pPr>
        <w:tabs>
          <w:tab w:val="left" w:pos="180"/>
        </w:tabs>
        <w:autoSpaceDE w:val="0"/>
        <w:autoSpaceDN w:val="0"/>
        <w:spacing w:before="70" w:after="0" w:line="262" w:lineRule="auto"/>
        <w:ind w:right="576"/>
        <w:rPr>
          <w:lang w:val="ru-RU"/>
        </w:rPr>
      </w:pPr>
      <w:r w:rsidRPr="00EE2DD6">
        <w:rPr>
          <w:lang w:val="ru-RU"/>
        </w:rPr>
        <w:tab/>
      </w:r>
      <w:r w:rsidRPr="00EE2DD6">
        <w:rPr>
          <w:rFonts w:ascii="Times New Roman" w:eastAsia="Times New Roman" w:hAnsi="Times New Roman"/>
          <w:color w:val="000000"/>
          <w:sz w:val="24"/>
          <w:lang w:val="ru-RU"/>
        </w:rPr>
        <w:t>Лепка сказочного персонажа на основе сюжета известной сказки или создание этого персонажа путём бумагопластики.</w:t>
      </w:r>
    </w:p>
    <w:p w14:paraId="0D2CFBF0" w14:textId="77777777" w:rsidR="00EE2DD6" w:rsidRPr="00EE2DD6" w:rsidRDefault="00EE2DD6" w:rsidP="00EE2DD6">
      <w:pPr>
        <w:tabs>
          <w:tab w:val="left" w:pos="180"/>
        </w:tabs>
        <w:autoSpaceDE w:val="0"/>
        <w:autoSpaceDN w:val="0"/>
        <w:spacing w:before="70" w:after="0" w:line="262" w:lineRule="auto"/>
        <w:ind w:right="1296"/>
        <w:rPr>
          <w:lang w:val="ru-RU"/>
        </w:rPr>
      </w:pPr>
      <w:r w:rsidRPr="00EE2DD6">
        <w:rPr>
          <w:lang w:val="ru-RU"/>
        </w:rPr>
        <w:tab/>
      </w:r>
      <w:r w:rsidRPr="00EE2DD6">
        <w:rPr>
          <w:rFonts w:ascii="Times New Roman" w:eastAsia="Times New Roman" w:hAnsi="Times New Roman"/>
          <w:color w:val="000000"/>
          <w:sz w:val="24"/>
          <w:lang w:val="ru-RU"/>
        </w:rPr>
        <w:t>Освоение знаний о видах скульптуры (по назначению) и жанрах скульптуры (по сюжету изображения).</w:t>
      </w:r>
    </w:p>
    <w:p w14:paraId="11C9DB2A" w14:textId="77777777" w:rsidR="00EE2DD6" w:rsidRPr="00EE2DD6" w:rsidRDefault="00EE2DD6" w:rsidP="00EE2DD6">
      <w:pPr>
        <w:tabs>
          <w:tab w:val="left" w:pos="180"/>
        </w:tabs>
        <w:autoSpaceDE w:val="0"/>
        <w:autoSpaceDN w:val="0"/>
        <w:spacing w:before="70" w:after="0" w:line="262" w:lineRule="auto"/>
        <w:ind w:right="1008"/>
        <w:rPr>
          <w:lang w:val="ru-RU"/>
        </w:rPr>
      </w:pPr>
      <w:r w:rsidRPr="00EE2DD6">
        <w:rPr>
          <w:lang w:val="ru-RU"/>
        </w:rPr>
        <w:tab/>
      </w:r>
      <w:r w:rsidRPr="00EE2DD6">
        <w:rPr>
          <w:rFonts w:ascii="Times New Roman" w:eastAsia="Times New Roman" w:hAnsi="Times New Roman"/>
          <w:color w:val="000000"/>
          <w:sz w:val="24"/>
          <w:lang w:val="ru-RU"/>
        </w:rPr>
        <w:t>Лепка эскиза парковой скульптуры. Выражение пластики движения в скульптуре. Работа с пластилином или глиной.</w:t>
      </w:r>
    </w:p>
    <w:p w14:paraId="07E99DD9" w14:textId="77777777" w:rsidR="00EE2DD6" w:rsidRPr="00EE2DD6" w:rsidRDefault="00EE2DD6" w:rsidP="00EE2DD6">
      <w:pPr>
        <w:tabs>
          <w:tab w:val="left" w:pos="180"/>
        </w:tabs>
        <w:autoSpaceDE w:val="0"/>
        <w:autoSpaceDN w:val="0"/>
        <w:spacing w:before="190" w:after="0"/>
        <w:ind w:right="576"/>
        <w:rPr>
          <w:lang w:val="ru-RU"/>
        </w:rPr>
      </w:pPr>
      <w:r w:rsidRPr="00EE2DD6">
        <w:rPr>
          <w:lang w:val="ru-RU"/>
        </w:rPr>
        <w:tab/>
      </w:r>
      <w:r w:rsidRPr="00EE2DD6">
        <w:rPr>
          <w:rFonts w:ascii="Times New Roman" w:eastAsia="Times New Roman" w:hAnsi="Times New Roman"/>
          <w:b/>
          <w:color w:val="000000"/>
          <w:sz w:val="24"/>
          <w:lang w:val="ru-RU"/>
        </w:rPr>
        <w:t>Модуль «Декоративно-прикладное искусство»</w:t>
      </w:r>
      <w:r w:rsidRPr="00EE2DD6">
        <w:rPr>
          <w:lang w:val="ru-RU"/>
        </w:rPr>
        <w:br/>
      </w:r>
      <w:r w:rsidRPr="00EE2DD6">
        <w:rPr>
          <w:lang w:val="ru-RU"/>
        </w:rPr>
        <w:tab/>
      </w:r>
      <w:r w:rsidRPr="00EE2DD6">
        <w:rPr>
          <w:rFonts w:ascii="Times New Roman" w:eastAsia="Times New Roman" w:hAnsi="Times New Roman"/>
          <w:color w:val="000000"/>
          <w:sz w:val="24"/>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28593B2A" w14:textId="77777777" w:rsidR="00EE2DD6" w:rsidRPr="00EE2DD6" w:rsidRDefault="00EE2DD6" w:rsidP="00EE2DD6">
      <w:pPr>
        <w:rPr>
          <w:lang w:val="ru-RU"/>
        </w:rPr>
        <w:sectPr w:rsidR="00EE2DD6" w:rsidRPr="00EE2DD6">
          <w:pgSz w:w="11900" w:h="16840"/>
          <w:pgMar w:top="298" w:right="650" w:bottom="444" w:left="666" w:header="720" w:footer="720" w:gutter="0"/>
          <w:cols w:space="720" w:equalWidth="0">
            <w:col w:w="10584" w:space="0"/>
          </w:cols>
          <w:docGrid w:linePitch="360"/>
        </w:sectPr>
      </w:pPr>
    </w:p>
    <w:p w14:paraId="023F8FFB" w14:textId="77777777" w:rsidR="00EE2DD6" w:rsidRPr="00EE2DD6" w:rsidRDefault="00EE2DD6" w:rsidP="00EE2DD6">
      <w:pPr>
        <w:autoSpaceDE w:val="0"/>
        <w:autoSpaceDN w:val="0"/>
        <w:spacing w:after="78" w:line="220" w:lineRule="exact"/>
        <w:rPr>
          <w:lang w:val="ru-RU"/>
        </w:rPr>
      </w:pPr>
    </w:p>
    <w:p w14:paraId="5B833BDE" w14:textId="77777777" w:rsidR="00EE2DD6" w:rsidRPr="00EE2DD6" w:rsidRDefault="00EE2DD6" w:rsidP="00EE2DD6">
      <w:pPr>
        <w:tabs>
          <w:tab w:val="left" w:pos="180"/>
        </w:tabs>
        <w:autoSpaceDE w:val="0"/>
        <w:autoSpaceDN w:val="0"/>
        <w:spacing w:after="0" w:line="262" w:lineRule="auto"/>
        <w:ind w:right="576"/>
        <w:rPr>
          <w:lang w:val="ru-RU"/>
        </w:rPr>
      </w:pPr>
      <w:r w:rsidRPr="00EE2DD6">
        <w:rPr>
          <w:lang w:val="ru-RU"/>
        </w:rPr>
        <w:tab/>
      </w:r>
      <w:r w:rsidRPr="00EE2DD6">
        <w:rPr>
          <w:rFonts w:ascii="Times New Roman" w:eastAsia="Times New Roman" w:hAnsi="Times New Roman"/>
          <w:color w:val="000000"/>
          <w:sz w:val="24"/>
          <w:lang w:val="ru-RU"/>
        </w:rPr>
        <w:t>Эскизы орнаментов для росписи тканей. Раппорт. Трафарет и создание орнамента при помощи печаток или штампов.</w:t>
      </w:r>
    </w:p>
    <w:p w14:paraId="549C8985" w14:textId="77777777" w:rsidR="00EE2DD6" w:rsidRPr="00EE2DD6" w:rsidRDefault="00EE2DD6" w:rsidP="00EE2DD6">
      <w:pPr>
        <w:autoSpaceDE w:val="0"/>
        <w:autoSpaceDN w:val="0"/>
        <w:spacing w:before="70" w:after="0" w:line="271" w:lineRule="auto"/>
        <w:ind w:firstLine="180"/>
        <w:rPr>
          <w:lang w:val="ru-RU"/>
        </w:rPr>
      </w:pPr>
      <w:r w:rsidRPr="00EE2DD6">
        <w:rPr>
          <w:rFonts w:ascii="Times New Roman" w:eastAsia="Times New Roman" w:hAnsi="Times New Roman"/>
          <w:color w:val="000000"/>
          <w:sz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145483F1" w14:textId="77777777" w:rsidR="00EE2DD6" w:rsidRPr="00EE2DD6" w:rsidRDefault="00EE2DD6" w:rsidP="00EE2DD6">
      <w:pPr>
        <w:tabs>
          <w:tab w:val="left" w:pos="180"/>
        </w:tabs>
        <w:autoSpaceDE w:val="0"/>
        <w:autoSpaceDN w:val="0"/>
        <w:spacing w:before="70" w:after="0" w:line="262" w:lineRule="auto"/>
        <w:rPr>
          <w:lang w:val="ru-RU"/>
        </w:rPr>
      </w:pPr>
      <w:r w:rsidRPr="00EE2DD6">
        <w:rPr>
          <w:lang w:val="ru-RU"/>
        </w:rPr>
        <w:tab/>
      </w:r>
      <w:r w:rsidRPr="00EE2DD6">
        <w:rPr>
          <w:rFonts w:ascii="Times New Roman" w:eastAsia="Times New Roman" w:hAnsi="Times New Roman"/>
          <w:color w:val="000000"/>
          <w:sz w:val="24"/>
          <w:lang w:val="ru-RU"/>
        </w:rPr>
        <w:t>Проектирование (эскизы) декоративных украшений в городе: ажурные ограды, украшения фонарей, скамеек, киосков, подставок для цветов и др.</w:t>
      </w:r>
    </w:p>
    <w:p w14:paraId="0956791D" w14:textId="77777777" w:rsidR="00EE2DD6" w:rsidRPr="00EE2DD6" w:rsidRDefault="00EE2DD6" w:rsidP="00EE2DD6">
      <w:pPr>
        <w:tabs>
          <w:tab w:val="left" w:pos="180"/>
        </w:tabs>
        <w:autoSpaceDE w:val="0"/>
        <w:autoSpaceDN w:val="0"/>
        <w:spacing w:before="190" w:after="0" w:line="271" w:lineRule="auto"/>
        <w:rPr>
          <w:lang w:val="ru-RU"/>
        </w:rPr>
      </w:pPr>
      <w:r w:rsidRPr="00EE2DD6">
        <w:rPr>
          <w:lang w:val="ru-RU"/>
        </w:rPr>
        <w:tab/>
      </w:r>
      <w:r w:rsidRPr="00EE2DD6">
        <w:rPr>
          <w:rFonts w:ascii="Times New Roman" w:eastAsia="Times New Roman" w:hAnsi="Times New Roman"/>
          <w:b/>
          <w:color w:val="000000"/>
          <w:sz w:val="24"/>
          <w:lang w:val="ru-RU"/>
        </w:rPr>
        <w:t>Модуль «Архитектура»</w:t>
      </w:r>
      <w:r w:rsidRPr="00EE2DD6">
        <w:rPr>
          <w:lang w:val="ru-RU"/>
        </w:rPr>
        <w:br/>
      </w:r>
      <w:r w:rsidRPr="00EE2DD6">
        <w:rPr>
          <w:lang w:val="ru-RU"/>
        </w:rPr>
        <w:tab/>
      </w:r>
      <w:r w:rsidRPr="00EE2DD6">
        <w:rPr>
          <w:rFonts w:ascii="Times New Roman" w:eastAsia="Times New Roman" w:hAnsi="Times New Roman"/>
          <w:color w:val="000000"/>
          <w:sz w:val="24"/>
          <w:lang w:val="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557108BA" w14:textId="77777777" w:rsidR="00EE2DD6" w:rsidRPr="00EE2DD6" w:rsidRDefault="00EE2DD6" w:rsidP="00EE2DD6">
      <w:pPr>
        <w:tabs>
          <w:tab w:val="left" w:pos="180"/>
        </w:tabs>
        <w:autoSpaceDE w:val="0"/>
        <w:autoSpaceDN w:val="0"/>
        <w:spacing w:before="72" w:after="0" w:line="262" w:lineRule="auto"/>
        <w:ind w:right="432"/>
        <w:rPr>
          <w:lang w:val="ru-RU"/>
        </w:rPr>
      </w:pPr>
      <w:r w:rsidRPr="00EE2DD6">
        <w:rPr>
          <w:lang w:val="ru-RU"/>
        </w:rPr>
        <w:tab/>
      </w:r>
      <w:r w:rsidRPr="00EE2DD6">
        <w:rPr>
          <w:rFonts w:ascii="Times New Roman" w:eastAsia="Times New Roman" w:hAnsi="Times New Roman"/>
          <w:color w:val="000000"/>
          <w:sz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6C68B470" w14:textId="77777777" w:rsidR="00EE2DD6" w:rsidRPr="00EE2DD6" w:rsidRDefault="00EE2DD6" w:rsidP="00EE2DD6">
      <w:pPr>
        <w:autoSpaceDE w:val="0"/>
        <w:autoSpaceDN w:val="0"/>
        <w:spacing w:before="70" w:after="0" w:line="271" w:lineRule="auto"/>
        <w:ind w:firstLine="180"/>
        <w:rPr>
          <w:lang w:val="ru-RU"/>
        </w:rPr>
      </w:pPr>
      <w:r w:rsidRPr="00EE2DD6">
        <w:rPr>
          <w:rFonts w:ascii="Times New Roman" w:eastAsia="Times New Roman" w:hAnsi="Times New Roman"/>
          <w:color w:val="000000"/>
          <w:sz w:val="24"/>
          <w:lang w:val="ru-RU"/>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07DF29F9" w14:textId="77777777" w:rsidR="00EE2DD6" w:rsidRPr="00EE2DD6" w:rsidRDefault="00EE2DD6" w:rsidP="00EE2DD6">
      <w:pPr>
        <w:tabs>
          <w:tab w:val="left" w:pos="180"/>
        </w:tabs>
        <w:autoSpaceDE w:val="0"/>
        <w:autoSpaceDN w:val="0"/>
        <w:spacing w:before="190" w:after="0" w:line="271" w:lineRule="auto"/>
        <w:rPr>
          <w:lang w:val="ru-RU"/>
        </w:rPr>
      </w:pPr>
      <w:r w:rsidRPr="00EE2DD6">
        <w:rPr>
          <w:lang w:val="ru-RU"/>
        </w:rPr>
        <w:tab/>
      </w:r>
      <w:r w:rsidRPr="00EE2DD6">
        <w:rPr>
          <w:rFonts w:ascii="Times New Roman" w:eastAsia="Times New Roman" w:hAnsi="Times New Roman"/>
          <w:b/>
          <w:color w:val="000000"/>
          <w:sz w:val="24"/>
          <w:lang w:val="ru-RU"/>
        </w:rPr>
        <w:t>Модуль «Восприятие произведений искусства»</w:t>
      </w:r>
      <w:r w:rsidRPr="00EE2DD6">
        <w:rPr>
          <w:lang w:val="ru-RU"/>
        </w:rPr>
        <w:br/>
      </w:r>
      <w:r w:rsidRPr="00EE2DD6">
        <w:rPr>
          <w:lang w:val="ru-RU"/>
        </w:rPr>
        <w:tab/>
      </w:r>
      <w:r w:rsidRPr="00EE2DD6">
        <w:rPr>
          <w:rFonts w:ascii="Times New Roman" w:eastAsia="Times New Roman" w:hAnsi="Times New Roman"/>
          <w:color w:val="000000"/>
          <w:sz w:val="24"/>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1759DD8C" w14:textId="77777777" w:rsidR="00EE2DD6" w:rsidRPr="00EE2DD6" w:rsidRDefault="00EE2DD6" w:rsidP="00EE2DD6">
      <w:pPr>
        <w:autoSpaceDE w:val="0"/>
        <w:autoSpaceDN w:val="0"/>
        <w:spacing w:before="70" w:after="0" w:line="271" w:lineRule="auto"/>
        <w:ind w:right="720" w:firstLine="180"/>
        <w:rPr>
          <w:lang w:val="ru-RU"/>
        </w:rPr>
      </w:pPr>
      <w:r w:rsidRPr="00EE2DD6">
        <w:rPr>
          <w:rFonts w:ascii="Times New Roman" w:eastAsia="Times New Roman" w:hAnsi="Times New Roman"/>
          <w:color w:val="000000"/>
          <w:sz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D94FE27" w14:textId="77777777" w:rsidR="00EE2DD6" w:rsidRPr="00EE2DD6" w:rsidRDefault="00EE2DD6" w:rsidP="00EE2DD6">
      <w:pPr>
        <w:tabs>
          <w:tab w:val="left" w:pos="180"/>
        </w:tabs>
        <w:autoSpaceDE w:val="0"/>
        <w:autoSpaceDN w:val="0"/>
        <w:spacing w:before="70" w:after="0" w:line="262" w:lineRule="auto"/>
        <w:ind w:right="1152"/>
        <w:rPr>
          <w:lang w:val="ru-RU"/>
        </w:rPr>
      </w:pPr>
      <w:r w:rsidRPr="00EE2DD6">
        <w:rPr>
          <w:lang w:val="ru-RU"/>
        </w:rPr>
        <w:tab/>
      </w:r>
      <w:r w:rsidRPr="00EE2DD6">
        <w:rPr>
          <w:rFonts w:ascii="Times New Roman" w:eastAsia="Times New Roman" w:hAnsi="Times New Roman"/>
          <w:color w:val="000000"/>
          <w:sz w:val="24"/>
          <w:lang w:val="ru-RU"/>
        </w:rPr>
        <w:t>Виртуальное путешествие: памятники архитектуры в Москве и Санкт-Петербурге (обзор памятников по выбору учителя).</w:t>
      </w:r>
    </w:p>
    <w:p w14:paraId="07E70426" w14:textId="77777777" w:rsidR="00EE2DD6" w:rsidRPr="00EE2DD6" w:rsidRDefault="00EE2DD6" w:rsidP="00EE2DD6">
      <w:pPr>
        <w:autoSpaceDE w:val="0"/>
        <w:autoSpaceDN w:val="0"/>
        <w:spacing w:before="70" w:after="0" w:line="281" w:lineRule="auto"/>
        <w:ind w:firstLine="180"/>
        <w:rPr>
          <w:lang w:val="ru-RU"/>
        </w:rPr>
      </w:pPr>
      <w:r w:rsidRPr="00EE2DD6">
        <w:rPr>
          <w:rFonts w:ascii="Times New Roman" w:eastAsia="Times New Roman" w:hAnsi="Times New Roman"/>
          <w:color w:val="000000"/>
          <w:sz w:val="24"/>
          <w:lang w:val="ru-RU"/>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w:t>
      </w:r>
      <w:r w:rsidRPr="00EE2DD6">
        <w:rPr>
          <w:lang w:val="ru-RU"/>
        </w:rPr>
        <w:br/>
      </w:r>
      <w:r w:rsidRPr="00EE2DD6">
        <w:rPr>
          <w:rFonts w:ascii="Times New Roman" w:eastAsia="Times New Roman" w:hAnsi="Times New Roman"/>
          <w:color w:val="000000"/>
          <w:sz w:val="24"/>
          <w:lang w:val="ru-RU"/>
        </w:rPr>
        <w:t>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4496E186" w14:textId="77777777" w:rsidR="00EE2DD6" w:rsidRPr="00EE2DD6" w:rsidRDefault="00EE2DD6" w:rsidP="00EE2DD6">
      <w:pPr>
        <w:tabs>
          <w:tab w:val="left" w:pos="180"/>
        </w:tabs>
        <w:autoSpaceDE w:val="0"/>
        <w:autoSpaceDN w:val="0"/>
        <w:spacing w:before="70" w:after="0" w:line="262" w:lineRule="auto"/>
        <w:ind w:right="432"/>
        <w:rPr>
          <w:lang w:val="ru-RU"/>
        </w:rPr>
      </w:pPr>
      <w:r w:rsidRPr="00EE2DD6">
        <w:rPr>
          <w:lang w:val="ru-RU"/>
        </w:rPr>
        <w:tab/>
      </w:r>
      <w:r w:rsidRPr="00EE2DD6">
        <w:rPr>
          <w:rFonts w:ascii="Times New Roman" w:eastAsia="Times New Roman" w:hAnsi="Times New Roman"/>
          <w:color w:val="000000"/>
          <w:sz w:val="24"/>
          <w:lang w:val="ru-RU"/>
        </w:rPr>
        <w:t>Знания о видах пространственных искусств: виды определяются по назначению произведений в жизни людей.</w:t>
      </w:r>
    </w:p>
    <w:p w14:paraId="6B56A29A" w14:textId="77777777" w:rsidR="00EE2DD6" w:rsidRPr="00EE2DD6" w:rsidRDefault="00EE2DD6" w:rsidP="00EE2DD6">
      <w:pPr>
        <w:autoSpaceDE w:val="0"/>
        <w:autoSpaceDN w:val="0"/>
        <w:spacing w:before="72" w:after="0" w:line="271" w:lineRule="auto"/>
        <w:ind w:right="432" w:firstLine="180"/>
        <w:rPr>
          <w:lang w:val="ru-RU"/>
        </w:rPr>
      </w:pPr>
      <w:r w:rsidRPr="00EE2DD6">
        <w:rPr>
          <w:rFonts w:ascii="Times New Roman" w:eastAsia="Times New Roman" w:hAnsi="Times New Roman"/>
          <w:color w:val="000000"/>
          <w:sz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75A8CE60" w14:textId="77777777" w:rsidR="00EE2DD6" w:rsidRPr="00EE2DD6" w:rsidRDefault="00EE2DD6" w:rsidP="00EE2DD6">
      <w:pPr>
        <w:tabs>
          <w:tab w:val="left" w:pos="180"/>
        </w:tabs>
        <w:autoSpaceDE w:val="0"/>
        <w:autoSpaceDN w:val="0"/>
        <w:spacing w:before="70" w:after="0" w:line="262" w:lineRule="auto"/>
        <w:rPr>
          <w:lang w:val="ru-RU"/>
        </w:rPr>
      </w:pPr>
      <w:r w:rsidRPr="00EE2DD6">
        <w:rPr>
          <w:lang w:val="ru-RU"/>
        </w:rPr>
        <w:tab/>
      </w:r>
      <w:r w:rsidRPr="00EE2DD6">
        <w:rPr>
          <w:rFonts w:ascii="Times New Roman" w:eastAsia="Times New Roman" w:hAnsi="Times New Roman"/>
          <w:color w:val="000000"/>
          <w:sz w:val="24"/>
          <w:lang w:val="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68023062" w14:textId="77777777" w:rsidR="00EE2DD6" w:rsidRPr="00EE2DD6" w:rsidRDefault="00EE2DD6" w:rsidP="00EE2DD6">
      <w:pPr>
        <w:tabs>
          <w:tab w:val="left" w:pos="180"/>
        </w:tabs>
        <w:autoSpaceDE w:val="0"/>
        <w:autoSpaceDN w:val="0"/>
        <w:spacing w:before="70" w:after="0" w:line="262" w:lineRule="auto"/>
        <w:ind w:right="288"/>
        <w:rPr>
          <w:lang w:val="ru-RU"/>
        </w:rPr>
      </w:pPr>
      <w:r w:rsidRPr="00EE2DD6">
        <w:rPr>
          <w:lang w:val="ru-RU"/>
        </w:rPr>
        <w:tab/>
      </w:r>
      <w:r w:rsidRPr="00EE2DD6">
        <w:rPr>
          <w:rFonts w:ascii="Times New Roman" w:eastAsia="Times New Roman" w:hAnsi="Times New Roman"/>
          <w:color w:val="000000"/>
          <w:sz w:val="24"/>
          <w:lang w:val="ru-RU"/>
        </w:rPr>
        <w:t>Представления о произведениях крупнейших отечественных портретистов: В. И. Сурикова, И. Е. Репина, В. А. Серова и др.</w:t>
      </w:r>
    </w:p>
    <w:p w14:paraId="37071504" w14:textId="77777777" w:rsidR="00EE2DD6" w:rsidRPr="00EE2DD6" w:rsidRDefault="00EE2DD6" w:rsidP="00EE2DD6">
      <w:pPr>
        <w:tabs>
          <w:tab w:val="left" w:pos="180"/>
        </w:tabs>
        <w:autoSpaceDE w:val="0"/>
        <w:autoSpaceDN w:val="0"/>
        <w:spacing w:before="190" w:after="0" w:line="281" w:lineRule="auto"/>
        <w:ind w:right="432"/>
        <w:rPr>
          <w:lang w:val="ru-RU"/>
        </w:rPr>
      </w:pPr>
      <w:r w:rsidRPr="00EE2DD6">
        <w:rPr>
          <w:lang w:val="ru-RU"/>
        </w:rPr>
        <w:tab/>
      </w:r>
      <w:r w:rsidRPr="00EE2DD6">
        <w:rPr>
          <w:rFonts w:ascii="Times New Roman" w:eastAsia="Times New Roman" w:hAnsi="Times New Roman"/>
          <w:b/>
          <w:color w:val="000000"/>
          <w:sz w:val="24"/>
          <w:lang w:val="ru-RU"/>
        </w:rPr>
        <w:t>Модуль «Азбука цифровой графики»</w:t>
      </w:r>
      <w:r w:rsidRPr="00EE2DD6">
        <w:rPr>
          <w:lang w:val="ru-RU"/>
        </w:rPr>
        <w:br/>
      </w:r>
      <w:r w:rsidRPr="00EE2DD6">
        <w:rPr>
          <w:lang w:val="ru-RU"/>
        </w:rPr>
        <w:tab/>
      </w:r>
      <w:r w:rsidRPr="00EE2DD6">
        <w:rPr>
          <w:rFonts w:ascii="Times New Roman" w:eastAsia="Times New Roman" w:hAnsi="Times New Roman"/>
          <w:color w:val="000000"/>
          <w:sz w:val="24"/>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25BE0622" w14:textId="77777777" w:rsidR="00EE2DD6" w:rsidRPr="00EE2DD6" w:rsidRDefault="00EE2DD6" w:rsidP="00EE2DD6">
      <w:pPr>
        <w:autoSpaceDE w:val="0"/>
        <w:autoSpaceDN w:val="0"/>
        <w:spacing w:before="70" w:after="0" w:line="262" w:lineRule="auto"/>
        <w:ind w:right="432"/>
        <w:jc w:val="center"/>
        <w:rPr>
          <w:lang w:val="ru-RU"/>
        </w:rPr>
      </w:pPr>
      <w:r w:rsidRPr="00EE2DD6">
        <w:rPr>
          <w:rFonts w:ascii="Times New Roman" w:eastAsia="Times New Roman" w:hAnsi="Times New Roman"/>
          <w:color w:val="000000"/>
          <w:sz w:val="24"/>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w:t>
      </w:r>
    </w:p>
    <w:p w14:paraId="05FE0B5D" w14:textId="77777777" w:rsidR="00EE2DD6" w:rsidRPr="00EE2DD6" w:rsidRDefault="00EE2DD6" w:rsidP="00EE2DD6">
      <w:pPr>
        <w:rPr>
          <w:lang w:val="ru-RU"/>
        </w:rPr>
        <w:sectPr w:rsidR="00EE2DD6" w:rsidRPr="00EE2DD6">
          <w:pgSz w:w="11900" w:h="16840"/>
          <w:pgMar w:top="298" w:right="666" w:bottom="416" w:left="666" w:header="720" w:footer="720" w:gutter="0"/>
          <w:cols w:space="720" w:equalWidth="0">
            <w:col w:w="10568" w:space="0"/>
          </w:cols>
          <w:docGrid w:linePitch="360"/>
        </w:sectPr>
      </w:pPr>
    </w:p>
    <w:p w14:paraId="7E06AD6C" w14:textId="77777777" w:rsidR="00EE2DD6" w:rsidRPr="00EE2DD6" w:rsidRDefault="00EE2DD6" w:rsidP="00EE2DD6">
      <w:pPr>
        <w:autoSpaceDE w:val="0"/>
        <w:autoSpaceDN w:val="0"/>
        <w:spacing w:after="66" w:line="220" w:lineRule="exact"/>
        <w:rPr>
          <w:lang w:val="ru-RU"/>
        </w:rPr>
      </w:pPr>
    </w:p>
    <w:p w14:paraId="613802BE" w14:textId="77777777" w:rsidR="00EE2DD6" w:rsidRPr="00EE2DD6" w:rsidRDefault="00EE2DD6" w:rsidP="00EE2DD6">
      <w:pPr>
        <w:autoSpaceDE w:val="0"/>
        <w:autoSpaceDN w:val="0"/>
        <w:spacing w:after="0" w:line="230" w:lineRule="auto"/>
        <w:rPr>
          <w:lang w:val="ru-RU"/>
        </w:rPr>
      </w:pPr>
      <w:r w:rsidRPr="00EE2DD6">
        <w:rPr>
          <w:rFonts w:ascii="Times New Roman" w:eastAsia="Times New Roman" w:hAnsi="Times New Roman"/>
          <w:color w:val="000000"/>
          <w:sz w:val="24"/>
          <w:lang w:val="ru-RU"/>
        </w:rPr>
        <w:t>основе которого раппорт. Вариативное создание орнаментов на основе одного и того же элемента.</w:t>
      </w:r>
    </w:p>
    <w:p w14:paraId="3CCE0C43" w14:textId="77777777" w:rsidR="00EE2DD6" w:rsidRPr="00EE2DD6" w:rsidRDefault="00EE2DD6" w:rsidP="00EE2DD6">
      <w:pPr>
        <w:tabs>
          <w:tab w:val="left" w:pos="180"/>
        </w:tabs>
        <w:autoSpaceDE w:val="0"/>
        <w:autoSpaceDN w:val="0"/>
        <w:spacing w:before="70" w:after="0" w:line="271" w:lineRule="auto"/>
        <w:ind w:right="144"/>
        <w:rPr>
          <w:lang w:val="ru-RU"/>
        </w:rPr>
      </w:pPr>
      <w:r w:rsidRPr="00EE2DD6">
        <w:rPr>
          <w:lang w:val="ru-RU"/>
        </w:rPr>
        <w:tab/>
      </w:r>
      <w:r w:rsidRPr="00EE2DD6">
        <w:rPr>
          <w:rFonts w:ascii="Times New Roman" w:eastAsia="Times New Roman" w:hAnsi="Times New Roman"/>
          <w:color w:val="000000"/>
          <w:sz w:val="24"/>
          <w:lang w:val="ru-RU"/>
        </w:rPr>
        <w:t xml:space="preserve">Изображение и изучение мимики лица в программе </w:t>
      </w:r>
      <w:r>
        <w:rPr>
          <w:rFonts w:ascii="Times New Roman" w:eastAsia="Times New Roman" w:hAnsi="Times New Roman"/>
          <w:color w:val="000000"/>
          <w:sz w:val="24"/>
        </w:rPr>
        <w:t>Paint</w:t>
      </w:r>
      <w:r w:rsidRPr="00EE2DD6">
        <w:rPr>
          <w:rFonts w:ascii="Times New Roman" w:eastAsia="Times New Roman" w:hAnsi="Times New Roman"/>
          <w:color w:val="000000"/>
          <w:sz w:val="24"/>
          <w:lang w:val="ru-RU"/>
        </w:rPr>
        <w:t xml:space="preserve"> (или другом графическом редакторе). </w:t>
      </w:r>
      <w:r w:rsidRPr="00EE2DD6">
        <w:rPr>
          <w:lang w:val="ru-RU"/>
        </w:rPr>
        <w:tab/>
      </w:r>
      <w:r w:rsidRPr="00EE2DD6">
        <w:rPr>
          <w:rFonts w:ascii="Times New Roman" w:eastAsia="Times New Roman" w:hAnsi="Times New Roman"/>
          <w:color w:val="000000"/>
          <w:sz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47B94CFE" w14:textId="77777777" w:rsidR="00EE2DD6" w:rsidRPr="00EE2DD6" w:rsidRDefault="00EE2DD6" w:rsidP="00EE2DD6">
      <w:pPr>
        <w:tabs>
          <w:tab w:val="left" w:pos="180"/>
        </w:tabs>
        <w:autoSpaceDE w:val="0"/>
        <w:autoSpaceDN w:val="0"/>
        <w:spacing w:before="70" w:after="0" w:line="262" w:lineRule="auto"/>
        <w:ind w:right="1008"/>
        <w:rPr>
          <w:lang w:val="ru-RU"/>
        </w:rPr>
      </w:pPr>
      <w:r w:rsidRPr="00EE2DD6">
        <w:rPr>
          <w:lang w:val="ru-RU"/>
        </w:rPr>
        <w:tab/>
      </w:r>
      <w:r w:rsidRPr="00EE2DD6">
        <w:rPr>
          <w:rFonts w:ascii="Times New Roman" w:eastAsia="Times New Roman" w:hAnsi="Times New Roman"/>
          <w:color w:val="000000"/>
          <w:sz w:val="24"/>
          <w:lang w:val="ru-RU"/>
        </w:rPr>
        <w:t xml:space="preserve">Редактирование фотографий в программе </w:t>
      </w:r>
      <w:r>
        <w:rPr>
          <w:rFonts w:ascii="Times New Roman" w:eastAsia="Times New Roman" w:hAnsi="Times New Roman"/>
          <w:color w:val="000000"/>
          <w:sz w:val="24"/>
        </w:rPr>
        <w:t>Picture</w:t>
      </w:r>
      <w:r w:rsidRPr="00EE2DD6">
        <w:rPr>
          <w:rFonts w:ascii="Times New Roman" w:eastAsia="Times New Roman" w:hAnsi="Times New Roman"/>
          <w:color w:val="000000"/>
          <w:sz w:val="24"/>
          <w:lang w:val="ru-RU"/>
        </w:rPr>
        <w:t xml:space="preserve"> </w:t>
      </w:r>
      <w:r>
        <w:rPr>
          <w:rFonts w:ascii="Times New Roman" w:eastAsia="Times New Roman" w:hAnsi="Times New Roman"/>
          <w:color w:val="000000"/>
          <w:sz w:val="24"/>
        </w:rPr>
        <w:t>Manager</w:t>
      </w:r>
      <w:r w:rsidRPr="00EE2DD6">
        <w:rPr>
          <w:rFonts w:ascii="Times New Roman" w:eastAsia="Times New Roman" w:hAnsi="Times New Roman"/>
          <w:color w:val="000000"/>
          <w:sz w:val="24"/>
          <w:lang w:val="ru-RU"/>
        </w:rPr>
        <w:t>: изменение яркости, контраста, насыщенности цвета; обрезка, поворот, отражение.</w:t>
      </w:r>
    </w:p>
    <w:p w14:paraId="2ACB8045" w14:textId="77777777" w:rsidR="00EE2DD6" w:rsidRPr="00EE2DD6" w:rsidRDefault="00EE2DD6" w:rsidP="00EE2DD6">
      <w:pPr>
        <w:autoSpaceDE w:val="0"/>
        <w:autoSpaceDN w:val="0"/>
        <w:spacing w:before="70" w:after="0" w:line="230" w:lineRule="auto"/>
        <w:ind w:left="180"/>
        <w:rPr>
          <w:lang w:val="ru-RU"/>
        </w:rPr>
      </w:pPr>
      <w:r w:rsidRPr="00EE2DD6">
        <w:rPr>
          <w:rFonts w:ascii="Times New Roman" w:eastAsia="Times New Roman" w:hAnsi="Times New Roman"/>
          <w:color w:val="000000"/>
          <w:sz w:val="24"/>
          <w:lang w:val="ru-RU"/>
        </w:rPr>
        <w:t>Виртуальные путешествия в главные художественные музеи и музеи местные (по выбору учителя).</w:t>
      </w:r>
    </w:p>
    <w:p w14:paraId="7AC9FCA1" w14:textId="10F94DA8" w:rsidR="00EE2DD6" w:rsidRDefault="00EE2DD6" w:rsidP="00C23CAF">
      <w:pPr>
        <w:autoSpaceDE w:val="0"/>
        <w:autoSpaceDN w:val="0"/>
        <w:spacing w:after="78" w:line="220" w:lineRule="exact"/>
        <w:ind w:left="284" w:right="-46"/>
        <w:rPr>
          <w:rFonts w:ascii="Times New Roman" w:hAnsi="Times New Roman" w:cs="Times New Roman"/>
          <w:b/>
          <w:sz w:val="24"/>
          <w:szCs w:val="24"/>
          <w:lang w:val="ru-RU"/>
        </w:rPr>
      </w:pPr>
      <w:r>
        <w:rPr>
          <w:rFonts w:ascii="Times New Roman" w:hAnsi="Times New Roman" w:cs="Times New Roman"/>
          <w:b/>
          <w:sz w:val="24"/>
          <w:szCs w:val="24"/>
          <w:lang w:val="ru-RU"/>
        </w:rPr>
        <w:t>4 класс</w:t>
      </w:r>
    </w:p>
    <w:p w14:paraId="552483F4" w14:textId="77777777" w:rsidR="00EE2DD6" w:rsidRPr="00EE2DD6" w:rsidRDefault="00EE2DD6" w:rsidP="00EE2DD6">
      <w:pPr>
        <w:tabs>
          <w:tab w:val="left" w:pos="180"/>
        </w:tabs>
        <w:autoSpaceDE w:val="0"/>
        <w:autoSpaceDN w:val="0"/>
        <w:spacing w:before="346" w:after="0" w:line="271" w:lineRule="auto"/>
        <w:ind w:right="144"/>
        <w:rPr>
          <w:lang w:val="ru-RU"/>
        </w:rPr>
      </w:pPr>
      <w:r w:rsidRPr="00EE2DD6">
        <w:rPr>
          <w:rFonts w:ascii="Times New Roman" w:eastAsia="Times New Roman" w:hAnsi="Times New Roman"/>
          <w:b/>
          <w:color w:val="000000"/>
          <w:sz w:val="24"/>
          <w:lang w:val="ru-RU"/>
        </w:rPr>
        <w:t>Модуль «Графика»</w:t>
      </w:r>
      <w:r w:rsidRPr="00EE2DD6">
        <w:rPr>
          <w:lang w:val="ru-RU"/>
        </w:rPr>
        <w:br/>
      </w:r>
      <w:r w:rsidRPr="00EE2DD6">
        <w:rPr>
          <w:lang w:val="ru-RU"/>
        </w:rPr>
        <w:tab/>
      </w:r>
      <w:r w:rsidRPr="00EE2DD6">
        <w:rPr>
          <w:rFonts w:ascii="Times New Roman" w:eastAsia="Times New Roman" w:hAnsi="Times New Roman"/>
          <w:color w:val="000000"/>
          <w:sz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4E716C2" w14:textId="77777777" w:rsidR="00EE2DD6" w:rsidRPr="00EE2DD6" w:rsidRDefault="00EE2DD6" w:rsidP="00EE2DD6">
      <w:pPr>
        <w:tabs>
          <w:tab w:val="left" w:pos="180"/>
        </w:tabs>
        <w:autoSpaceDE w:val="0"/>
        <w:autoSpaceDN w:val="0"/>
        <w:spacing w:before="70" w:after="0" w:line="262" w:lineRule="auto"/>
        <w:ind w:right="720"/>
        <w:rPr>
          <w:lang w:val="ru-RU"/>
        </w:rPr>
      </w:pPr>
      <w:r w:rsidRPr="00EE2DD6">
        <w:rPr>
          <w:lang w:val="ru-RU"/>
        </w:rPr>
        <w:tab/>
      </w:r>
      <w:r w:rsidRPr="00EE2DD6">
        <w:rPr>
          <w:rFonts w:ascii="Times New Roman" w:eastAsia="Times New Roman" w:hAnsi="Times New Roman"/>
          <w:color w:val="000000"/>
          <w:sz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6060F8A0" w14:textId="77777777" w:rsidR="00EE2DD6" w:rsidRPr="00EE2DD6" w:rsidRDefault="00EE2DD6" w:rsidP="00EE2DD6">
      <w:pPr>
        <w:tabs>
          <w:tab w:val="left" w:pos="180"/>
        </w:tabs>
        <w:autoSpaceDE w:val="0"/>
        <w:autoSpaceDN w:val="0"/>
        <w:spacing w:before="70" w:after="0" w:line="271" w:lineRule="auto"/>
        <w:ind w:right="144"/>
        <w:rPr>
          <w:lang w:val="ru-RU"/>
        </w:rPr>
      </w:pPr>
      <w:r w:rsidRPr="00EE2DD6">
        <w:rPr>
          <w:lang w:val="ru-RU"/>
        </w:rPr>
        <w:tab/>
      </w:r>
      <w:r w:rsidRPr="00EE2DD6">
        <w:rPr>
          <w:rFonts w:ascii="Times New Roman" w:eastAsia="Times New Roman" w:hAnsi="Times New Roman"/>
          <w:color w:val="000000"/>
          <w:sz w:val="24"/>
          <w:lang w:val="ru-RU"/>
        </w:rPr>
        <w:t xml:space="preserve">Графическое изображение героев былин, древних легенд, сказок и сказаний разных народов. </w:t>
      </w:r>
      <w:r w:rsidRPr="00EE2DD6">
        <w:rPr>
          <w:lang w:val="ru-RU"/>
        </w:rPr>
        <w:tab/>
      </w:r>
      <w:r w:rsidRPr="00EE2DD6">
        <w:rPr>
          <w:rFonts w:ascii="Times New Roman" w:eastAsia="Times New Roman" w:hAnsi="Times New Roman"/>
          <w:color w:val="000000"/>
          <w:sz w:val="24"/>
          <w:lang w:val="ru-RU"/>
        </w:rPr>
        <w:t>Изображение города — тематическая графическая композиция; использование карандаша, мелков, фломастеров (смешанная техника).</w:t>
      </w:r>
    </w:p>
    <w:p w14:paraId="032EFE8D" w14:textId="77777777" w:rsidR="00EE2DD6" w:rsidRPr="00EE2DD6" w:rsidRDefault="00EE2DD6" w:rsidP="00EE2DD6">
      <w:pPr>
        <w:tabs>
          <w:tab w:val="left" w:pos="180"/>
        </w:tabs>
        <w:autoSpaceDE w:val="0"/>
        <w:autoSpaceDN w:val="0"/>
        <w:spacing w:before="192" w:after="0" w:line="271" w:lineRule="auto"/>
        <w:ind w:right="288"/>
        <w:rPr>
          <w:lang w:val="ru-RU"/>
        </w:rPr>
      </w:pPr>
      <w:r w:rsidRPr="00EE2DD6">
        <w:rPr>
          <w:lang w:val="ru-RU"/>
        </w:rPr>
        <w:tab/>
      </w:r>
      <w:r w:rsidRPr="00EE2DD6">
        <w:rPr>
          <w:rFonts w:ascii="Times New Roman" w:eastAsia="Times New Roman" w:hAnsi="Times New Roman"/>
          <w:b/>
          <w:color w:val="000000"/>
          <w:sz w:val="24"/>
          <w:lang w:val="ru-RU"/>
        </w:rPr>
        <w:t>Модуль «Живопись»</w:t>
      </w:r>
      <w:r w:rsidRPr="00EE2DD6">
        <w:rPr>
          <w:lang w:val="ru-RU"/>
        </w:rPr>
        <w:br/>
      </w:r>
      <w:r w:rsidRPr="00EE2DD6">
        <w:rPr>
          <w:lang w:val="ru-RU"/>
        </w:rPr>
        <w:tab/>
      </w:r>
      <w:r w:rsidRPr="00EE2DD6">
        <w:rPr>
          <w:rFonts w:ascii="Times New Roman" w:eastAsia="Times New Roman" w:hAnsi="Times New Roman"/>
          <w:color w:val="000000"/>
          <w:sz w:val="24"/>
          <w:lang w:val="ru-RU"/>
        </w:rPr>
        <w:t>Красота природы разных климатических зон, создание пейзажных композиций (горный, степной, среднерусский ландшафт).</w:t>
      </w:r>
    </w:p>
    <w:p w14:paraId="3CE81454" w14:textId="77777777" w:rsidR="00EE2DD6" w:rsidRPr="00EE2DD6" w:rsidRDefault="00EE2DD6" w:rsidP="00EE2DD6">
      <w:pPr>
        <w:autoSpaceDE w:val="0"/>
        <w:autoSpaceDN w:val="0"/>
        <w:spacing w:before="70" w:after="0"/>
        <w:ind w:right="288" w:firstLine="180"/>
        <w:rPr>
          <w:lang w:val="ru-RU"/>
        </w:rPr>
      </w:pPr>
      <w:r w:rsidRPr="00EE2DD6">
        <w:rPr>
          <w:rFonts w:ascii="Times New Roman" w:eastAsia="Times New Roman" w:hAnsi="Times New Roman"/>
          <w:color w:val="000000"/>
          <w:sz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E60C1B2" w14:textId="77777777" w:rsidR="00EE2DD6" w:rsidRPr="00EE2DD6" w:rsidRDefault="00EE2DD6" w:rsidP="00EE2DD6">
      <w:pPr>
        <w:autoSpaceDE w:val="0"/>
        <w:autoSpaceDN w:val="0"/>
        <w:spacing w:before="70" w:after="0" w:line="271" w:lineRule="auto"/>
        <w:ind w:right="864" w:firstLine="180"/>
        <w:rPr>
          <w:lang w:val="ru-RU"/>
        </w:rPr>
      </w:pPr>
      <w:r w:rsidRPr="00EE2DD6">
        <w:rPr>
          <w:rFonts w:ascii="Times New Roman" w:eastAsia="Times New Roman" w:hAnsi="Times New Roman"/>
          <w:color w:val="000000"/>
          <w:sz w:val="24"/>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0F398B6" w14:textId="77777777" w:rsidR="00EE2DD6" w:rsidRPr="00EE2DD6" w:rsidRDefault="00EE2DD6" w:rsidP="00EE2DD6">
      <w:pPr>
        <w:tabs>
          <w:tab w:val="left" w:pos="180"/>
        </w:tabs>
        <w:autoSpaceDE w:val="0"/>
        <w:autoSpaceDN w:val="0"/>
        <w:spacing w:before="190" w:after="0"/>
        <w:ind w:right="720"/>
        <w:rPr>
          <w:lang w:val="ru-RU"/>
        </w:rPr>
      </w:pPr>
      <w:r w:rsidRPr="00EE2DD6">
        <w:rPr>
          <w:lang w:val="ru-RU"/>
        </w:rPr>
        <w:tab/>
      </w:r>
      <w:r w:rsidRPr="00EE2DD6">
        <w:rPr>
          <w:rFonts w:ascii="Times New Roman" w:eastAsia="Times New Roman" w:hAnsi="Times New Roman"/>
          <w:b/>
          <w:color w:val="000000"/>
          <w:sz w:val="24"/>
          <w:lang w:val="ru-RU"/>
        </w:rPr>
        <w:t>Модуль «Скульптура»</w:t>
      </w:r>
      <w:r w:rsidRPr="00EE2DD6">
        <w:rPr>
          <w:lang w:val="ru-RU"/>
        </w:rPr>
        <w:br/>
      </w:r>
      <w:r w:rsidRPr="00EE2DD6">
        <w:rPr>
          <w:lang w:val="ru-RU"/>
        </w:rPr>
        <w:tab/>
      </w:r>
      <w:r w:rsidRPr="00EE2DD6">
        <w:rPr>
          <w:rFonts w:ascii="Times New Roman" w:eastAsia="Times New Roman" w:hAnsi="Times New Roman"/>
          <w:color w:val="000000"/>
          <w:sz w:val="24"/>
          <w:lang w:val="ru-RU"/>
        </w:rPr>
        <w:t xml:space="preserve">Знакомство со скульптурными памятниками героям и мемориальными комплексами. </w:t>
      </w:r>
      <w:r w:rsidRPr="00EE2DD6">
        <w:rPr>
          <w:lang w:val="ru-RU"/>
        </w:rPr>
        <w:tab/>
      </w:r>
      <w:r w:rsidRPr="00EE2DD6">
        <w:rPr>
          <w:rFonts w:ascii="Times New Roman" w:eastAsia="Times New Roman" w:hAnsi="Times New Roman"/>
          <w:color w:val="000000"/>
          <w:sz w:val="24"/>
          <w:lang w:val="ru-RU"/>
        </w:rPr>
        <w:t>Создание эскиза памятника народному герою. Работа с пластилином или глиной. Выражение значительности, трагизма и победительной силы.</w:t>
      </w:r>
    </w:p>
    <w:p w14:paraId="2C367029" w14:textId="77777777" w:rsidR="00EE2DD6" w:rsidRPr="00EE2DD6" w:rsidRDefault="00EE2DD6" w:rsidP="00EE2DD6">
      <w:pPr>
        <w:tabs>
          <w:tab w:val="left" w:pos="180"/>
        </w:tabs>
        <w:autoSpaceDE w:val="0"/>
        <w:autoSpaceDN w:val="0"/>
        <w:spacing w:before="190" w:after="0" w:line="281" w:lineRule="auto"/>
        <w:rPr>
          <w:lang w:val="ru-RU"/>
        </w:rPr>
      </w:pPr>
      <w:r w:rsidRPr="00EE2DD6">
        <w:rPr>
          <w:lang w:val="ru-RU"/>
        </w:rPr>
        <w:tab/>
      </w:r>
      <w:r w:rsidRPr="00EE2DD6">
        <w:rPr>
          <w:rFonts w:ascii="Times New Roman" w:eastAsia="Times New Roman" w:hAnsi="Times New Roman"/>
          <w:b/>
          <w:color w:val="000000"/>
          <w:sz w:val="24"/>
          <w:lang w:val="ru-RU"/>
        </w:rPr>
        <w:t>Модуль «Декоративно-прикладное искусство»</w:t>
      </w:r>
      <w:r w:rsidRPr="00EE2DD6">
        <w:rPr>
          <w:lang w:val="ru-RU"/>
        </w:rPr>
        <w:br/>
      </w:r>
      <w:r w:rsidRPr="00EE2DD6">
        <w:rPr>
          <w:lang w:val="ru-RU"/>
        </w:rPr>
        <w:tab/>
      </w:r>
      <w:r w:rsidRPr="00EE2DD6">
        <w:rPr>
          <w:rFonts w:ascii="Times New Roman" w:eastAsia="Times New Roman" w:hAnsi="Times New Roman"/>
          <w:color w:val="000000"/>
          <w:sz w:val="24"/>
          <w:lang w:val="ru-RU"/>
        </w:rPr>
        <w:t xml:space="preserve">Орнаменты разных народов. Подчинённость орнамента форме и назначению предмета, в </w:t>
      </w:r>
      <w:r w:rsidRPr="00EE2DD6">
        <w:rPr>
          <w:lang w:val="ru-RU"/>
        </w:rPr>
        <w:br/>
      </w:r>
      <w:r w:rsidRPr="00EE2DD6">
        <w:rPr>
          <w:rFonts w:ascii="Times New Roman" w:eastAsia="Times New Roman" w:hAnsi="Times New Roman"/>
          <w:color w:val="000000"/>
          <w:sz w:val="24"/>
          <w:lang w:val="ru-RU"/>
        </w:rPr>
        <w:t>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3F7999E7" w14:textId="77777777" w:rsidR="00EE2DD6" w:rsidRPr="00EE2DD6" w:rsidRDefault="00EE2DD6" w:rsidP="00EE2DD6">
      <w:pPr>
        <w:tabs>
          <w:tab w:val="left" w:pos="180"/>
        </w:tabs>
        <w:autoSpaceDE w:val="0"/>
        <w:autoSpaceDN w:val="0"/>
        <w:spacing w:before="70" w:after="0" w:line="262" w:lineRule="auto"/>
        <w:ind w:right="576"/>
        <w:rPr>
          <w:lang w:val="ru-RU"/>
        </w:rPr>
      </w:pPr>
      <w:r w:rsidRPr="00EE2DD6">
        <w:rPr>
          <w:lang w:val="ru-RU"/>
        </w:rPr>
        <w:tab/>
      </w:r>
      <w:r w:rsidRPr="00EE2DD6">
        <w:rPr>
          <w:rFonts w:ascii="Times New Roman" w:eastAsia="Times New Roman" w:hAnsi="Times New Roman"/>
          <w:color w:val="000000"/>
          <w:sz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371217EC" w14:textId="77777777" w:rsidR="00EE2DD6" w:rsidRPr="00EE2DD6" w:rsidRDefault="00EE2DD6" w:rsidP="00EE2DD6">
      <w:pPr>
        <w:tabs>
          <w:tab w:val="left" w:pos="180"/>
        </w:tabs>
        <w:autoSpaceDE w:val="0"/>
        <w:autoSpaceDN w:val="0"/>
        <w:spacing w:before="72" w:after="0" w:line="262" w:lineRule="auto"/>
        <w:ind w:right="576"/>
        <w:rPr>
          <w:lang w:val="ru-RU"/>
        </w:rPr>
      </w:pPr>
      <w:r w:rsidRPr="00EE2DD6">
        <w:rPr>
          <w:lang w:val="ru-RU"/>
        </w:rPr>
        <w:tab/>
      </w:r>
      <w:r w:rsidRPr="00EE2DD6">
        <w:rPr>
          <w:rFonts w:ascii="Times New Roman" w:eastAsia="Times New Roman" w:hAnsi="Times New Roman"/>
          <w:color w:val="000000"/>
          <w:sz w:val="24"/>
          <w:lang w:val="ru-RU"/>
        </w:rPr>
        <w:t>Орнаментальное украшение каменной архитектуры в памятниках русской культуры, каменная резьба, росписи стен, изразцы.</w:t>
      </w:r>
    </w:p>
    <w:p w14:paraId="4C2C8CE1" w14:textId="77777777" w:rsidR="00EE2DD6" w:rsidRPr="00EE2DD6" w:rsidRDefault="00EE2DD6" w:rsidP="00EE2DD6">
      <w:pPr>
        <w:autoSpaceDE w:val="0"/>
        <w:autoSpaceDN w:val="0"/>
        <w:spacing w:before="70" w:after="0" w:line="230" w:lineRule="auto"/>
        <w:ind w:left="180"/>
        <w:rPr>
          <w:lang w:val="ru-RU"/>
        </w:rPr>
      </w:pPr>
      <w:r w:rsidRPr="00EE2DD6">
        <w:rPr>
          <w:rFonts w:ascii="Times New Roman" w:eastAsia="Times New Roman" w:hAnsi="Times New Roman"/>
          <w:color w:val="000000"/>
          <w:sz w:val="24"/>
          <w:lang w:val="ru-RU"/>
        </w:rPr>
        <w:t>Народный костюм. Русский народный праздничный костюм, символы и обереги в его декоре.</w:t>
      </w:r>
    </w:p>
    <w:p w14:paraId="64256CE7" w14:textId="77777777" w:rsidR="00EE2DD6" w:rsidRPr="00EE2DD6" w:rsidRDefault="00EE2DD6" w:rsidP="00EE2DD6">
      <w:pPr>
        <w:autoSpaceDE w:val="0"/>
        <w:autoSpaceDN w:val="0"/>
        <w:spacing w:before="70" w:after="0" w:line="262" w:lineRule="auto"/>
        <w:ind w:right="864"/>
        <w:rPr>
          <w:lang w:val="ru-RU"/>
        </w:rPr>
      </w:pPr>
      <w:r w:rsidRPr="00EE2DD6">
        <w:rPr>
          <w:rFonts w:ascii="Times New Roman" w:eastAsia="Times New Roman" w:hAnsi="Times New Roman"/>
          <w:color w:val="000000"/>
          <w:sz w:val="24"/>
          <w:lang w:val="ru-RU"/>
        </w:rPr>
        <w:t>Головные уборы. Особенности мужской одежды разных сословий, связь украшения костюма мужчины с родом его занятий.</w:t>
      </w:r>
    </w:p>
    <w:p w14:paraId="0ACFB99B" w14:textId="77777777" w:rsidR="00EE2DD6" w:rsidRPr="00EE2DD6" w:rsidRDefault="00EE2DD6" w:rsidP="00EE2DD6">
      <w:pPr>
        <w:tabs>
          <w:tab w:val="left" w:pos="180"/>
        </w:tabs>
        <w:autoSpaceDE w:val="0"/>
        <w:autoSpaceDN w:val="0"/>
        <w:spacing w:before="70" w:after="0" w:line="262" w:lineRule="auto"/>
        <w:ind w:right="432"/>
        <w:rPr>
          <w:lang w:val="ru-RU"/>
        </w:rPr>
      </w:pPr>
      <w:r w:rsidRPr="00EE2DD6">
        <w:rPr>
          <w:lang w:val="ru-RU"/>
        </w:rPr>
        <w:tab/>
      </w:r>
      <w:r w:rsidRPr="00EE2DD6">
        <w:rPr>
          <w:rFonts w:ascii="Times New Roman" w:eastAsia="Times New Roman" w:hAnsi="Times New Roman"/>
          <w:color w:val="000000"/>
          <w:sz w:val="24"/>
          <w:lang w:val="ru-RU"/>
        </w:rPr>
        <w:t>Женский и мужской костюмы в традициях разных народов. Своеобразие одежды разных эпох и культур.</w:t>
      </w:r>
    </w:p>
    <w:p w14:paraId="5E10210F" w14:textId="77777777" w:rsidR="00EE2DD6" w:rsidRPr="00EE2DD6" w:rsidRDefault="00EE2DD6" w:rsidP="00EE2DD6">
      <w:pPr>
        <w:tabs>
          <w:tab w:val="left" w:pos="180"/>
        </w:tabs>
        <w:autoSpaceDE w:val="0"/>
        <w:autoSpaceDN w:val="0"/>
        <w:spacing w:before="190" w:after="0" w:line="271" w:lineRule="auto"/>
        <w:ind w:right="288"/>
        <w:rPr>
          <w:lang w:val="ru-RU"/>
        </w:rPr>
      </w:pPr>
      <w:r w:rsidRPr="00EE2DD6">
        <w:rPr>
          <w:lang w:val="ru-RU"/>
        </w:rPr>
        <w:tab/>
      </w:r>
      <w:r w:rsidRPr="00EE2DD6">
        <w:rPr>
          <w:rFonts w:ascii="Times New Roman" w:eastAsia="Times New Roman" w:hAnsi="Times New Roman"/>
          <w:b/>
          <w:color w:val="000000"/>
          <w:sz w:val="24"/>
          <w:lang w:val="ru-RU"/>
        </w:rPr>
        <w:t>Модуль «Архитектура»</w:t>
      </w:r>
      <w:r w:rsidRPr="00EE2DD6">
        <w:rPr>
          <w:lang w:val="ru-RU"/>
        </w:rPr>
        <w:br/>
      </w:r>
      <w:r w:rsidRPr="00EE2DD6">
        <w:rPr>
          <w:lang w:val="ru-RU"/>
        </w:rPr>
        <w:tab/>
      </w:r>
      <w:r w:rsidRPr="00EE2DD6">
        <w:rPr>
          <w:rFonts w:ascii="Times New Roman" w:eastAsia="Times New Roman" w:hAnsi="Times New Roman"/>
          <w:color w:val="000000"/>
          <w:sz w:val="24"/>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2BD12DAB" w14:textId="77777777" w:rsidR="00EE2DD6" w:rsidRPr="00EE2DD6" w:rsidRDefault="00EE2DD6" w:rsidP="00EE2DD6">
      <w:pPr>
        <w:autoSpaceDE w:val="0"/>
        <w:autoSpaceDN w:val="0"/>
        <w:spacing w:before="70" w:after="0"/>
        <w:ind w:firstLine="180"/>
        <w:rPr>
          <w:lang w:val="ru-RU"/>
        </w:rPr>
      </w:pPr>
      <w:r w:rsidRPr="00EE2DD6">
        <w:rPr>
          <w:rFonts w:ascii="Times New Roman" w:eastAsia="Times New Roman" w:hAnsi="Times New Roman"/>
          <w:color w:val="000000"/>
          <w:sz w:val="24"/>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2D1BE35" w14:textId="77777777" w:rsidR="00EE2DD6" w:rsidRPr="00EE2DD6" w:rsidRDefault="00EE2DD6" w:rsidP="00EE2DD6">
      <w:pPr>
        <w:rPr>
          <w:lang w:val="ru-RU"/>
        </w:rPr>
        <w:sectPr w:rsidR="00EE2DD6" w:rsidRPr="00EE2DD6">
          <w:pgSz w:w="11900" w:h="16840"/>
          <w:pgMar w:top="298" w:right="650" w:bottom="384" w:left="666" w:header="720" w:footer="720" w:gutter="0"/>
          <w:cols w:space="720" w:equalWidth="0">
            <w:col w:w="10584" w:space="0"/>
          </w:cols>
          <w:docGrid w:linePitch="360"/>
        </w:sectPr>
      </w:pPr>
    </w:p>
    <w:p w14:paraId="137ABCDE" w14:textId="77777777" w:rsidR="00EE2DD6" w:rsidRPr="00EE2DD6" w:rsidRDefault="00EE2DD6" w:rsidP="00EE2DD6">
      <w:pPr>
        <w:autoSpaceDE w:val="0"/>
        <w:autoSpaceDN w:val="0"/>
        <w:spacing w:after="78" w:line="220" w:lineRule="exact"/>
        <w:rPr>
          <w:lang w:val="ru-RU"/>
        </w:rPr>
      </w:pPr>
    </w:p>
    <w:p w14:paraId="66AC3A4E" w14:textId="77777777" w:rsidR="00EE2DD6" w:rsidRPr="00EE2DD6" w:rsidRDefault="00EE2DD6" w:rsidP="00EE2DD6">
      <w:pPr>
        <w:tabs>
          <w:tab w:val="left" w:pos="180"/>
        </w:tabs>
        <w:autoSpaceDE w:val="0"/>
        <w:autoSpaceDN w:val="0"/>
        <w:spacing w:after="0" w:line="262" w:lineRule="auto"/>
        <w:ind w:right="432"/>
        <w:rPr>
          <w:lang w:val="ru-RU"/>
        </w:rPr>
      </w:pPr>
      <w:r w:rsidRPr="00EE2DD6">
        <w:rPr>
          <w:lang w:val="ru-RU"/>
        </w:rPr>
        <w:tab/>
      </w:r>
      <w:r w:rsidRPr="00EE2DD6">
        <w:rPr>
          <w:rFonts w:ascii="Times New Roman" w:eastAsia="Times New Roman" w:hAnsi="Times New Roman"/>
          <w:color w:val="000000"/>
          <w:sz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845C23C" w14:textId="77777777" w:rsidR="00EE2DD6" w:rsidRPr="00EE2DD6" w:rsidRDefault="00EE2DD6" w:rsidP="00EE2DD6">
      <w:pPr>
        <w:tabs>
          <w:tab w:val="left" w:pos="180"/>
        </w:tabs>
        <w:autoSpaceDE w:val="0"/>
        <w:autoSpaceDN w:val="0"/>
        <w:spacing w:before="70" w:after="0" w:line="262" w:lineRule="auto"/>
        <w:ind w:right="144"/>
        <w:rPr>
          <w:lang w:val="ru-RU"/>
        </w:rPr>
      </w:pPr>
      <w:r w:rsidRPr="00EE2DD6">
        <w:rPr>
          <w:lang w:val="ru-RU"/>
        </w:rPr>
        <w:tab/>
      </w:r>
      <w:r w:rsidRPr="00EE2DD6">
        <w:rPr>
          <w:rFonts w:ascii="Times New Roman" w:eastAsia="Times New Roman" w:hAnsi="Times New Roman"/>
          <w:color w:val="000000"/>
          <w:sz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7397A53" w14:textId="77777777" w:rsidR="00EE2DD6" w:rsidRPr="00EE2DD6" w:rsidRDefault="00EE2DD6" w:rsidP="00EE2DD6">
      <w:pPr>
        <w:tabs>
          <w:tab w:val="left" w:pos="180"/>
        </w:tabs>
        <w:autoSpaceDE w:val="0"/>
        <w:autoSpaceDN w:val="0"/>
        <w:spacing w:before="70" w:after="0" w:line="271" w:lineRule="auto"/>
        <w:rPr>
          <w:lang w:val="ru-RU"/>
        </w:rPr>
      </w:pPr>
      <w:r w:rsidRPr="00EE2DD6">
        <w:rPr>
          <w:lang w:val="ru-RU"/>
        </w:rPr>
        <w:tab/>
      </w:r>
      <w:r w:rsidRPr="00EE2DD6">
        <w:rPr>
          <w:rFonts w:ascii="Times New Roman" w:eastAsia="Times New Roman" w:hAnsi="Times New Roman"/>
          <w:color w:val="000000"/>
          <w:sz w:val="24"/>
          <w:lang w:val="ru-RU"/>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r w:rsidRPr="00EE2DD6">
        <w:rPr>
          <w:lang w:val="ru-RU"/>
        </w:rPr>
        <w:tab/>
      </w:r>
      <w:r w:rsidRPr="00EE2DD6">
        <w:rPr>
          <w:rFonts w:ascii="Times New Roman" w:eastAsia="Times New Roman" w:hAnsi="Times New Roman"/>
          <w:color w:val="000000"/>
          <w:sz w:val="24"/>
          <w:lang w:val="ru-RU"/>
        </w:rPr>
        <w:t>Понимание значения для современных людей сохранения культурного наследия.</w:t>
      </w:r>
    </w:p>
    <w:p w14:paraId="631685D0" w14:textId="77777777" w:rsidR="00EE2DD6" w:rsidRPr="00EE2DD6" w:rsidRDefault="00EE2DD6" w:rsidP="00EE2DD6">
      <w:pPr>
        <w:tabs>
          <w:tab w:val="left" w:pos="180"/>
        </w:tabs>
        <w:autoSpaceDE w:val="0"/>
        <w:autoSpaceDN w:val="0"/>
        <w:spacing w:before="190" w:after="0"/>
        <w:rPr>
          <w:lang w:val="ru-RU"/>
        </w:rPr>
      </w:pPr>
      <w:r w:rsidRPr="00EE2DD6">
        <w:rPr>
          <w:lang w:val="ru-RU"/>
        </w:rPr>
        <w:tab/>
      </w:r>
      <w:r w:rsidRPr="00EE2DD6">
        <w:rPr>
          <w:rFonts w:ascii="Times New Roman" w:eastAsia="Times New Roman" w:hAnsi="Times New Roman"/>
          <w:b/>
          <w:color w:val="000000"/>
          <w:sz w:val="24"/>
          <w:lang w:val="ru-RU"/>
        </w:rPr>
        <w:t>Модуль «Восприятие произведений искусства»</w:t>
      </w:r>
      <w:r w:rsidRPr="00EE2DD6">
        <w:rPr>
          <w:lang w:val="ru-RU"/>
        </w:rPr>
        <w:br/>
      </w:r>
      <w:r w:rsidRPr="00EE2DD6">
        <w:rPr>
          <w:lang w:val="ru-RU"/>
        </w:rPr>
        <w:tab/>
      </w:r>
      <w:r w:rsidRPr="00EE2DD6">
        <w:rPr>
          <w:rFonts w:ascii="Times New Roman" w:eastAsia="Times New Roman" w:hAnsi="Times New Roman"/>
          <w:color w:val="000000"/>
          <w:sz w:val="24"/>
          <w:lang w:val="ru-RU"/>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w:t>
      </w:r>
      <w:r w:rsidRPr="00EE2DD6">
        <w:rPr>
          <w:lang w:val="ru-RU"/>
        </w:rPr>
        <w:br/>
      </w:r>
      <w:r w:rsidRPr="00EE2DD6">
        <w:rPr>
          <w:rFonts w:ascii="Times New Roman" w:eastAsia="Times New Roman" w:hAnsi="Times New Roman"/>
          <w:color w:val="000000"/>
          <w:sz w:val="24"/>
          <w:lang w:val="ru-RU"/>
        </w:rPr>
        <w:t>отечественной культуры.</w:t>
      </w:r>
    </w:p>
    <w:p w14:paraId="72185739" w14:textId="77777777" w:rsidR="00EE2DD6" w:rsidRPr="00EE2DD6" w:rsidRDefault="00EE2DD6" w:rsidP="00EE2DD6">
      <w:pPr>
        <w:tabs>
          <w:tab w:val="left" w:pos="180"/>
        </w:tabs>
        <w:autoSpaceDE w:val="0"/>
        <w:autoSpaceDN w:val="0"/>
        <w:spacing w:before="72" w:after="0" w:line="262" w:lineRule="auto"/>
        <w:ind w:right="1152"/>
        <w:rPr>
          <w:lang w:val="ru-RU"/>
        </w:rPr>
      </w:pPr>
      <w:r w:rsidRPr="00EE2DD6">
        <w:rPr>
          <w:lang w:val="ru-RU"/>
        </w:rPr>
        <w:tab/>
      </w:r>
      <w:r w:rsidRPr="00EE2DD6">
        <w:rPr>
          <w:rFonts w:ascii="Times New Roman" w:eastAsia="Times New Roman" w:hAnsi="Times New Roman"/>
          <w:color w:val="000000"/>
          <w:sz w:val="24"/>
          <w:lang w:val="ru-RU"/>
        </w:rPr>
        <w:t>Примеры произведений великих европейских художников: Леонардо да Винчи, Рафаэля, Рембрандта, Пикассо (и других по выбору учителя).</w:t>
      </w:r>
    </w:p>
    <w:p w14:paraId="2AD71DAB" w14:textId="77777777" w:rsidR="00EE2DD6" w:rsidRPr="00EE2DD6" w:rsidRDefault="00EE2DD6" w:rsidP="00EE2DD6">
      <w:pPr>
        <w:autoSpaceDE w:val="0"/>
        <w:autoSpaceDN w:val="0"/>
        <w:spacing w:before="70" w:after="0"/>
        <w:ind w:right="432" w:firstLine="180"/>
        <w:rPr>
          <w:lang w:val="ru-RU"/>
        </w:rPr>
      </w:pPr>
      <w:r w:rsidRPr="00EE2DD6">
        <w:rPr>
          <w:rFonts w:ascii="Times New Roman" w:eastAsia="Times New Roman" w:hAnsi="Times New Roman"/>
          <w:color w:val="000000"/>
          <w:sz w:val="24"/>
          <w:lang w:val="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1999FB9F" w14:textId="77777777" w:rsidR="00EE2DD6" w:rsidRPr="00EE2DD6" w:rsidRDefault="00EE2DD6" w:rsidP="00EE2DD6">
      <w:pPr>
        <w:tabs>
          <w:tab w:val="left" w:pos="180"/>
        </w:tabs>
        <w:autoSpaceDE w:val="0"/>
        <w:autoSpaceDN w:val="0"/>
        <w:spacing w:before="70" w:after="0" w:line="262" w:lineRule="auto"/>
        <w:ind w:right="144"/>
        <w:rPr>
          <w:lang w:val="ru-RU"/>
        </w:rPr>
      </w:pPr>
      <w:r w:rsidRPr="00EE2DD6">
        <w:rPr>
          <w:lang w:val="ru-RU"/>
        </w:rPr>
        <w:tab/>
      </w:r>
      <w:r w:rsidRPr="00EE2DD6">
        <w:rPr>
          <w:rFonts w:ascii="Times New Roman" w:eastAsia="Times New Roman" w:hAnsi="Times New Roman"/>
          <w:color w:val="000000"/>
          <w:sz w:val="24"/>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w:t>
      </w:r>
    </w:p>
    <w:p w14:paraId="4356B5B7" w14:textId="77777777" w:rsidR="00EE2DD6" w:rsidRPr="00EE2DD6" w:rsidRDefault="00EE2DD6" w:rsidP="00EE2DD6">
      <w:pPr>
        <w:autoSpaceDE w:val="0"/>
        <w:autoSpaceDN w:val="0"/>
        <w:spacing w:before="70" w:after="0" w:line="271" w:lineRule="auto"/>
        <w:ind w:right="288"/>
        <w:rPr>
          <w:lang w:val="ru-RU"/>
        </w:rPr>
      </w:pPr>
      <w:r w:rsidRPr="00EE2DD6">
        <w:rPr>
          <w:rFonts w:ascii="Times New Roman" w:eastAsia="Times New Roman" w:hAnsi="Times New Roman"/>
          <w:color w:val="000000"/>
          <w:sz w:val="24"/>
          <w:lang w:val="ru-RU"/>
        </w:rPr>
        <w:t>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7085F4BC" w14:textId="77777777" w:rsidR="00EE2DD6" w:rsidRPr="00EE2DD6" w:rsidRDefault="00EE2DD6" w:rsidP="00EE2DD6">
      <w:pPr>
        <w:autoSpaceDE w:val="0"/>
        <w:autoSpaceDN w:val="0"/>
        <w:spacing w:before="70" w:after="0" w:line="271" w:lineRule="auto"/>
        <w:ind w:firstLine="180"/>
        <w:rPr>
          <w:lang w:val="ru-RU"/>
        </w:rPr>
      </w:pPr>
      <w:r w:rsidRPr="00EE2DD6">
        <w:rPr>
          <w:rFonts w:ascii="Times New Roman" w:eastAsia="Times New Roman" w:hAnsi="Times New Roman"/>
          <w:color w:val="000000"/>
          <w:sz w:val="24"/>
          <w:lang w:val="ru-RU"/>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памятник-ансамбль«Героям Сталинградской битвы» на Мамаевом кургане (и другие по выбору учителя).</w:t>
      </w:r>
    </w:p>
    <w:p w14:paraId="5E0AC688" w14:textId="77777777" w:rsidR="00EE2DD6" w:rsidRPr="00EE2DD6" w:rsidRDefault="00EE2DD6" w:rsidP="00EE2DD6">
      <w:pPr>
        <w:tabs>
          <w:tab w:val="left" w:pos="180"/>
        </w:tabs>
        <w:autoSpaceDE w:val="0"/>
        <w:autoSpaceDN w:val="0"/>
        <w:spacing w:before="190" w:after="0"/>
        <w:ind w:right="576"/>
        <w:rPr>
          <w:lang w:val="ru-RU"/>
        </w:rPr>
      </w:pPr>
      <w:r w:rsidRPr="00EE2DD6">
        <w:rPr>
          <w:lang w:val="ru-RU"/>
        </w:rPr>
        <w:tab/>
      </w:r>
      <w:r w:rsidRPr="00EE2DD6">
        <w:rPr>
          <w:rFonts w:ascii="Times New Roman" w:eastAsia="Times New Roman" w:hAnsi="Times New Roman"/>
          <w:b/>
          <w:color w:val="000000"/>
          <w:sz w:val="24"/>
          <w:lang w:val="ru-RU"/>
        </w:rPr>
        <w:t>Модуль «Азбука цифровой графики»</w:t>
      </w:r>
      <w:r w:rsidRPr="00EE2DD6">
        <w:rPr>
          <w:lang w:val="ru-RU"/>
        </w:rPr>
        <w:br/>
      </w:r>
      <w:r w:rsidRPr="00EE2DD6">
        <w:rPr>
          <w:lang w:val="ru-RU"/>
        </w:rPr>
        <w:tab/>
      </w:r>
      <w:r w:rsidRPr="00EE2DD6">
        <w:rPr>
          <w:rFonts w:ascii="Times New Roman" w:eastAsia="Times New Roman" w:hAnsi="Times New Roman"/>
          <w:color w:val="000000"/>
          <w:sz w:val="24"/>
          <w:lang w:val="ru-RU"/>
        </w:rPr>
        <w:t xml:space="preserve">Изображение и освоение в программе </w:t>
      </w:r>
      <w:r>
        <w:rPr>
          <w:rFonts w:ascii="Times New Roman" w:eastAsia="Times New Roman" w:hAnsi="Times New Roman"/>
          <w:color w:val="000000"/>
          <w:sz w:val="24"/>
        </w:rPr>
        <w:t>Paint</w:t>
      </w:r>
      <w:r w:rsidRPr="00EE2DD6">
        <w:rPr>
          <w:rFonts w:ascii="Times New Roman" w:eastAsia="Times New Roman" w:hAnsi="Times New Roman"/>
          <w:color w:val="000000"/>
          <w:sz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5E6F4185" w14:textId="77777777" w:rsidR="00EE2DD6" w:rsidRPr="00EE2DD6" w:rsidRDefault="00EE2DD6" w:rsidP="00EE2DD6">
      <w:pPr>
        <w:autoSpaceDE w:val="0"/>
        <w:autoSpaceDN w:val="0"/>
        <w:spacing w:before="70" w:after="0" w:line="278" w:lineRule="auto"/>
        <w:ind w:right="144" w:firstLine="180"/>
        <w:rPr>
          <w:lang w:val="ru-RU"/>
        </w:rPr>
      </w:pPr>
      <w:r w:rsidRPr="00EE2DD6">
        <w:rPr>
          <w:rFonts w:ascii="Times New Roman" w:eastAsia="Times New Roman" w:hAnsi="Times New Roman"/>
          <w:color w:val="000000"/>
          <w:sz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6D317DA8" w14:textId="77777777" w:rsidR="00EE2DD6" w:rsidRPr="00EE2DD6" w:rsidRDefault="00EE2DD6" w:rsidP="00EE2DD6">
      <w:pPr>
        <w:autoSpaceDE w:val="0"/>
        <w:autoSpaceDN w:val="0"/>
        <w:spacing w:before="70" w:after="0" w:line="271" w:lineRule="auto"/>
        <w:ind w:right="720" w:firstLine="180"/>
        <w:rPr>
          <w:lang w:val="ru-RU"/>
        </w:rPr>
      </w:pPr>
      <w:r w:rsidRPr="00EE2DD6">
        <w:rPr>
          <w:rFonts w:ascii="Times New Roman" w:eastAsia="Times New Roman" w:hAnsi="Times New Roman"/>
          <w:color w:val="000000"/>
          <w:sz w:val="24"/>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1EAE76EA" w14:textId="77777777" w:rsidR="00EE2DD6" w:rsidRPr="002F3886" w:rsidRDefault="00EE2DD6" w:rsidP="00EE2DD6">
      <w:pPr>
        <w:autoSpaceDE w:val="0"/>
        <w:autoSpaceDN w:val="0"/>
        <w:spacing w:before="70" w:after="0" w:line="271" w:lineRule="auto"/>
        <w:ind w:right="288" w:firstLine="180"/>
        <w:rPr>
          <w:lang w:val="ru-RU"/>
        </w:rPr>
      </w:pPr>
      <w:r w:rsidRPr="00EE2DD6">
        <w:rPr>
          <w:rFonts w:ascii="Times New Roman" w:eastAsia="Times New Roman" w:hAnsi="Times New Roman"/>
          <w:color w:val="000000"/>
          <w:sz w:val="24"/>
          <w:lang w:val="ru-RU"/>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sidRPr="002F3886">
        <w:rPr>
          <w:rFonts w:ascii="Times New Roman" w:eastAsia="Times New Roman" w:hAnsi="Times New Roman"/>
          <w:color w:val="000000"/>
          <w:sz w:val="24"/>
          <w:lang w:val="ru-RU"/>
        </w:rPr>
        <w:t>Создание анимации схематического движения человека (при соответствующих технических условиях).</w:t>
      </w:r>
    </w:p>
    <w:p w14:paraId="2614C39B" w14:textId="77777777" w:rsidR="00EE2DD6" w:rsidRPr="00EE2DD6" w:rsidRDefault="00EE2DD6" w:rsidP="00EE2DD6">
      <w:pPr>
        <w:tabs>
          <w:tab w:val="left" w:pos="180"/>
        </w:tabs>
        <w:autoSpaceDE w:val="0"/>
        <w:autoSpaceDN w:val="0"/>
        <w:spacing w:before="70" w:after="0"/>
        <w:ind w:right="144"/>
        <w:rPr>
          <w:lang w:val="ru-RU"/>
        </w:rPr>
      </w:pPr>
      <w:r w:rsidRPr="002F3886">
        <w:rPr>
          <w:lang w:val="ru-RU"/>
        </w:rPr>
        <w:tab/>
      </w:r>
      <w:r w:rsidRPr="00EE2DD6">
        <w:rPr>
          <w:rFonts w:ascii="Times New Roman" w:eastAsia="Times New Roman" w:hAnsi="Times New Roman"/>
          <w:color w:val="000000"/>
          <w:sz w:val="24"/>
          <w:lang w:val="ru-RU"/>
        </w:rPr>
        <w:t xml:space="preserve">Анимация простого движения нарисованной фигурки: загрузить две фазы движения фигурки в виртуальный редактор </w:t>
      </w:r>
      <w:r>
        <w:rPr>
          <w:rFonts w:ascii="Times New Roman" w:eastAsia="Times New Roman" w:hAnsi="Times New Roman"/>
          <w:color w:val="000000"/>
          <w:sz w:val="24"/>
        </w:rPr>
        <w:t>GIF</w:t>
      </w:r>
      <w:r w:rsidRPr="00EE2DD6">
        <w:rPr>
          <w:rFonts w:ascii="Times New Roman" w:eastAsia="Times New Roman" w:hAnsi="Times New Roman"/>
          <w:color w:val="000000"/>
          <w:sz w:val="24"/>
          <w:lang w:val="ru-RU"/>
        </w:rPr>
        <w:t xml:space="preserve">-анимации и сохранить простое повторяющееся движение своего рисунка. </w:t>
      </w:r>
      <w:r w:rsidRPr="00EE2DD6">
        <w:rPr>
          <w:lang w:val="ru-RU"/>
        </w:rPr>
        <w:tab/>
      </w:r>
      <w:r w:rsidRPr="00EE2DD6">
        <w:rPr>
          <w:rFonts w:ascii="Times New Roman" w:eastAsia="Times New Roman" w:hAnsi="Times New Roman"/>
          <w:color w:val="000000"/>
          <w:sz w:val="24"/>
          <w:lang w:val="ru-RU"/>
        </w:rPr>
        <w:t xml:space="preserve">Создание компьютерной презентации в программе </w:t>
      </w:r>
      <w:r>
        <w:rPr>
          <w:rFonts w:ascii="Times New Roman" w:eastAsia="Times New Roman" w:hAnsi="Times New Roman"/>
          <w:color w:val="000000"/>
          <w:sz w:val="24"/>
        </w:rPr>
        <w:t>PowerPoint</w:t>
      </w:r>
      <w:r w:rsidRPr="00EE2DD6">
        <w:rPr>
          <w:rFonts w:ascii="Times New Roman" w:eastAsia="Times New Roman" w:hAnsi="Times New Roman"/>
          <w:color w:val="000000"/>
          <w:sz w:val="24"/>
          <w:lang w:val="ru-RU"/>
        </w:rPr>
        <w:t xml:space="preserve"> на тему архитектуры, декоративного и изобразительного искусства выбранной эпохи или национальной культуры.</w:t>
      </w:r>
    </w:p>
    <w:p w14:paraId="05A0C790" w14:textId="77777777" w:rsidR="00EE2DD6" w:rsidRPr="00EE2DD6" w:rsidRDefault="00EE2DD6" w:rsidP="00EE2DD6">
      <w:pPr>
        <w:autoSpaceDE w:val="0"/>
        <w:autoSpaceDN w:val="0"/>
        <w:spacing w:before="70" w:after="0" w:line="230" w:lineRule="auto"/>
        <w:ind w:left="180"/>
        <w:rPr>
          <w:lang w:val="ru-RU"/>
        </w:rPr>
      </w:pPr>
      <w:r w:rsidRPr="00EE2DD6">
        <w:rPr>
          <w:rFonts w:ascii="Times New Roman" w:eastAsia="Times New Roman" w:hAnsi="Times New Roman"/>
          <w:color w:val="000000"/>
          <w:sz w:val="24"/>
          <w:lang w:val="ru-RU"/>
        </w:rPr>
        <w:t>Виртуальные тематические путешествия по художественным музеям мира.</w:t>
      </w:r>
    </w:p>
    <w:p w14:paraId="4724D84F" w14:textId="77777777" w:rsidR="00EE2DD6" w:rsidRPr="00EE2DD6" w:rsidRDefault="00EE2DD6" w:rsidP="00C23CAF">
      <w:pPr>
        <w:autoSpaceDE w:val="0"/>
        <w:autoSpaceDN w:val="0"/>
        <w:spacing w:after="78" w:line="220" w:lineRule="exact"/>
        <w:ind w:left="284" w:right="-46"/>
        <w:rPr>
          <w:rFonts w:ascii="Times New Roman" w:hAnsi="Times New Roman" w:cs="Times New Roman"/>
          <w:b/>
          <w:sz w:val="24"/>
          <w:szCs w:val="24"/>
          <w:lang w:val="ru-RU"/>
        </w:rPr>
      </w:pPr>
    </w:p>
    <w:p w14:paraId="3BE8942A" w14:textId="4D69643D" w:rsidR="00083BFC" w:rsidRPr="005F2B85" w:rsidRDefault="003E10B7" w:rsidP="003E10B7">
      <w:pPr>
        <w:autoSpaceDE w:val="0"/>
        <w:autoSpaceDN w:val="0"/>
        <w:spacing w:after="0" w:line="240" w:lineRule="auto"/>
        <w:ind w:left="284" w:right="-45"/>
        <w:rPr>
          <w:lang w:val="ru-RU"/>
        </w:rPr>
      </w:pPr>
      <w:r>
        <w:rPr>
          <w:rFonts w:ascii="Times New Roman" w:eastAsia="Times New Roman" w:hAnsi="Times New Roman"/>
          <w:b/>
          <w:color w:val="000000"/>
          <w:sz w:val="24"/>
        </w:rPr>
        <w:t>III</w:t>
      </w:r>
      <w:r w:rsidRPr="00635FB6">
        <w:rPr>
          <w:rFonts w:ascii="Times New Roman" w:eastAsia="Times New Roman" w:hAnsi="Times New Roman"/>
          <w:b/>
          <w:color w:val="000000"/>
          <w:sz w:val="24"/>
          <w:lang w:val="ru-RU"/>
        </w:rPr>
        <w:t xml:space="preserve">. </w:t>
      </w:r>
      <w:r w:rsidR="0045250B" w:rsidRPr="005F2B85">
        <w:rPr>
          <w:rFonts w:ascii="Times New Roman" w:eastAsia="Times New Roman" w:hAnsi="Times New Roman"/>
          <w:b/>
          <w:color w:val="000000"/>
          <w:sz w:val="24"/>
          <w:lang w:val="ru-RU"/>
        </w:rPr>
        <w:t>ПЛАНИРУЕМЫЕ ОБРАЗОВАТЕЛЬНЫЕ РЕЗУЛЬТАТЫ</w:t>
      </w:r>
    </w:p>
    <w:p w14:paraId="68DEBD41" w14:textId="77777777" w:rsidR="002F3886" w:rsidRDefault="002F3886" w:rsidP="003E10B7">
      <w:pPr>
        <w:autoSpaceDE w:val="0"/>
        <w:autoSpaceDN w:val="0"/>
        <w:spacing w:after="0" w:line="240" w:lineRule="auto"/>
        <w:ind w:left="284" w:right="-45"/>
        <w:rPr>
          <w:rFonts w:ascii="Times New Roman" w:eastAsia="Times New Roman" w:hAnsi="Times New Roman"/>
          <w:b/>
          <w:color w:val="000000"/>
          <w:sz w:val="24"/>
          <w:lang w:val="ru-RU"/>
        </w:rPr>
      </w:pPr>
    </w:p>
    <w:p w14:paraId="6488F2E9" w14:textId="0646E57E" w:rsidR="00083BFC" w:rsidRDefault="002F3886" w:rsidP="003E10B7">
      <w:pPr>
        <w:autoSpaceDE w:val="0"/>
        <w:autoSpaceDN w:val="0"/>
        <w:spacing w:after="0" w:line="240" w:lineRule="auto"/>
        <w:ind w:left="284" w:right="-45"/>
        <w:rPr>
          <w:rFonts w:ascii="Times New Roman" w:eastAsia="Times New Roman" w:hAnsi="Times New Roman"/>
          <w:b/>
          <w:color w:val="000000"/>
          <w:sz w:val="24"/>
          <w:lang w:val="ru-RU"/>
        </w:rPr>
      </w:pPr>
      <w:r>
        <w:rPr>
          <w:rFonts w:ascii="Times New Roman" w:eastAsia="Times New Roman" w:hAnsi="Times New Roman"/>
          <w:b/>
          <w:color w:val="000000"/>
          <w:sz w:val="24"/>
          <w:lang w:val="ru-RU"/>
        </w:rPr>
        <w:t>1.</w:t>
      </w:r>
      <w:r w:rsidR="0045250B" w:rsidRPr="005F2B85">
        <w:rPr>
          <w:rFonts w:ascii="Times New Roman" w:eastAsia="Times New Roman" w:hAnsi="Times New Roman"/>
          <w:b/>
          <w:color w:val="000000"/>
          <w:sz w:val="24"/>
          <w:lang w:val="ru-RU"/>
        </w:rPr>
        <w:t>ЛИЧНОСТНЫЕ РЕЗУЛЬТАТЫ</w:t>
      </w:r>
    </w:p>
    <w:p w14:paraId="53B553DC" w14:textId="5F676181" w:rsidR="00EE2DD6" w:rsidRPr="005F2B85" w:rsidRDefault="00EE2DD6" w:rsidP="003E10B7">
      <w:pPr>
        <w:autoSpaceDE w:val="0"/>
        <w:autoSpaceDN w:val="0"/>
        <w:spacing w:after="0" w:line="240" w:lineRule="auto"/>
        <w:ind w:left="284" w:right="-45"/>
        <w:rPr>
          <w:lang w:val="ru-RU"/>
        </w:rPr>
      </w:pPr>
    </w:p>
    <w:p w14:paraId="74DBC4CF" w14:textId="77777777" w:rsidR="00083BFC" w:rsidRPr="005F2B85" w:rsidRDefault="0045250B" w:rsidP="00C23CAF">
      <w:pPr>
        <w:autoSpaceDE w:val="0"/>
        <w:autoSpaceDN w:val="0"/>
        <w:spacing w:after="0" w:line="240" w:lineRule="auto"/>
        <w:ind w:left="284" w:right="-46" w:firstLine="180"/>
        <w:rPr>
          <w:lang w:val="ru-RU"/>
        </w:rPr>
      </w:pPr>
      <w:r w:rsidRPr="005F2B85">
        <w:rPr>
          <w:rFonts w:ascii="Times New Roman" w:eastAsia="Times New Roman" w:hAnsi="Times New Roman"/>
          <w:color w:val="000000"/>
          <w:sz w:val="24"/>
          <w:lang w:val="ru-RU"/>
        </w:rPr>
        <w:t>В центре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2E1A362E" w14:textId="77777777" w:rsidR="00083BFC" w:rsidRPr="005F2B85" w:rsidRDefault="0045250B" w:rsidP="00C23CAF">
      <w:pPr>
        <w:tabs>
          <w:tab w:val="left" w:pos="180"/>
        </w:tabs>
        <w:autoSpaceDE w:val="0"/>
        <w:autoSpaceDN w:val="0"/>
        <w:spacing w:after="0" w:line="240" w:lineRule="auto"/>
        <w:ind w:left="284" w:right="-46"/>
        <w:rPr>
          <w:lang w:val="ru-RU"/>
        </w:rPr>
      </w:pPr>
      <w:r w:rsidRPr="005F2B85">
        <w:rPr>
          <w:lang w:val="ru-RU"/>
        </w:rPr>
        <w:tab/>
      </w:r>
      <w:r w:rsidRPr="005F2B85">
        <w:rPr>
          <w:rFonts w:ascii="Times New Roman" w:eastAsia="Times New Roman" w:hAnsi="Times New Roman"/>
          <w:color w:val="000000"/>
          <w:sz w:val="24"/>
          <w:lang w:val="ru-RU"/>
        </w:rPr>
        <w:t xml:space="preserve">Программа призвана обеспечить достижение обучающимися личностных результатов: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уважения и ценностного отношения к своей Родине — России;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ценностно-смысловые ориентации и установки, отражающие индивидуально-личностные позиции и социально значимые личностные качества;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духовно-нравственное развитие обучающихся;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мотивацию к познанию и обучению, готовность к саморазвитию и активному участию в социально-значимой деятельности;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позитивный опыт участия в творческой деятельности; </w:t>
      </w:r>
      <w:r w:rsidRPr="005F2B85">
        <w:rPr>
          <w:lang w:val="ru-RU"/>
        </w:rPr>
        <w:br/>
      </w:r>
      <w:r w:rsidRPr="005F2B85">
        <w:rPr>
          <w:lang w:val="ru-RU"/>
        </w:rPr>
        <w:tab/>
      </w:r>
      <w:r w:rsidRPr="005F2B85">
        <w:rPr>
          <w:rFonts w:ascii="Times New Roman" w:eastAsia="Times New Roman" w:hAnsi="Times New Roman"/>
          <w:color w:val="000000"/>
          <w:sz w:val="24"/>
          <w:lang w:val="ru-RU"/>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3E9D5BA7" w14:textId="77777777" w:rsidR="00083BFC" w:rsidRPr="005F2B85" w:rsidRDefault="0045250B" w:rsidP="00F6710B">
      <w:pPr>
        <w:autoSpaceDE w:val="0"/>
        <w:autoSpaceDN w:val="0"/>
        <w:spacing w:after="0" w:line="240" w:lineRule="auto"/>
        <w:ind w:left="284" w:right="-46"/>
        <w:rPr>
          <w:lang w:val="ru-RU"/>
        </w:rPr>
      </w:pPr>
      <w:r w:rsidRPr="007323C9">
        <w:rPr>
          <w:rFonts w:ascii="Times New Roman" w:eastAsia="Times New Roman" w:hAnsi="Times New Roman"/>
          <w:b/>
          <w:bCs/>
          <w:i/>
          <w:color w:val="000000"/>
          <w:sz w:val="24"/>
          <w:lang w:val="ru-RU"/>
        </w:rPr>
        <w:t>Патриотическое воспитание</w:t>
      </w:r>
      <w:r w:rsidRPr="005F2B85">
        <w:rPr>
          <w:rFonts w:ascii="Times New Roman" w:eastAsia="Times New Roman" w:hAnsi="Times New Roman"/>
          <w:color w:val="000000"/>
          <w:sz w:val="24"/>
          <w:lang w:val="ru-RU"/>
        </w:rPr>
        <w:t xml:space="preserve">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5D1E073" w14:textId="77777777" w:rsidR="00083BFC" w:rsidRPr="005F2B85" w:rsidRDefault="0045250B" w:rsidP="00F6710B">
      <w:pPr>
        <w:autoSpaceDE w:val="0"/>
        <w:autoSpaceDN w:val="0"/>
        <w:spacing w:after="0" w:line="240" w:lineRule="auto"/>
        <w:ind w:left="284" w:right="-46"/>
        <w:rPr>
          <w:lang w:val="ru-RU"/>
        </w:rPr>
      </w:pPr>
      <w:r w:rsidRPr="007323C9">
        <w:rPr>
          <w:rFonts w:ascii="Times New Roman" w:eastAsia="Times New Roman" w:hAnsi="Times New Roman"/>
          <w:b/>
          <w:bCs/>
          <w:i/>
          <w:color w:val="000000"/>
          <w:sz w:val="24"/>
          <w:lang w:val="ru-RU"/>
        </w:rPr>
        <w:t>Гражданское воспитание</w:t>
      </w:r>
      <w:r w:rsidRPr="005F2B85">
        <w:rPr>
          <w:rFonts w:ascii="Times New Roman" w:eastAsia="Times New Roman" w:hAnsi="Times New Roman"/>
          <w:color w:val="000000"/>
          <w:sz w:val="24"/>
          <w:lang w:val="ru-RU"/>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4F9C59E4" w14:textId="77777777" w:rsidR="00083BFC" w:rsidRPr="005F2B85" w:rsidRDefault="0045250B" w:rsidP="00F6710B">
      <w:pPr>
        <w:autoSpaceDE w:val="0"/>
        <w:autoSpaceDN w:val="0"/>
        <w:spacing w:after="0" w:line="240" w:lineRule="auto"/>
        <w:ind w:left="284" w:right="-46"/>
        <w:rPr>
          <w:lang w:val="ru-RU"/>
        </w:rPr>
      </w:pPr>
      <w:r w:rsidRPr="007323C9">
        <w:rPr>
          <w:rFonts w:ascii="Times New Roman" w:eastAsia="Times New Roman" w:hAnsi="Times New Roman"/>
          <w:b/>
          <w:bCs/>
          <w:i/>
          <w:color w:val="000000"/>
          <w:sz w:val="24"/>
          <w:lang w:val="ru-RU"/>
        </w:rPr>
        <w:t>Духовно-нравственное</w:t>
      </w:r>
      <w:r w:rsidRPr="005F2B85">
        <w:rPr>
          <w:rFonts w:ascii="Times New Roman" w:eastAsia="Times New Roman" w:hAnsi="Times New Roman"/>
          <w:color w:val="000000"/>
          <w:sz w:val="24"/>
          <w:lang w:val="ru-RU"/>
        </w:rPr>
        <w:t xml:space="preserve">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3C316FEC" w14:textId="77777777" w:rsidR="00083BFC" w:rsidRPr="005F2B85" w:rsidRDefault="0045250B" w:rsidP="00F6710B">
      <w:pPr>
        <w:autoSpaceDE w:val="0"/>
        <w:autoSpaceDN w:val="0"/>
        <w:spacing w:after="0" w:line="240" w:lineRule="auto"/>
        <w:ind w:left="284" w:right="-46"/>
        <w:rPr>
          <w:lang w:val="ru-RU"/>
        </w:rPr>
      </w:pPr>
      <w:r w:rsidRPr="007323C9">
        <w:rPr>
          <w:rFonts w:ascii="Times New Roman" w:eastAsia="Times New Roman" w:hAnsi="Times New Roman"/>
          <w:b/>
          <w:bCs/>
          <w:i/>
          <w:color w:val="000000"/>
          <w:sz w:val="24"/>
          <w:lang w:val="ru-RU"/>
        </w:rPr>
        <w:t>Эстетическое воспитание</w:t>
      </w:r>
      <w:r w:rsidRPr="005F2B85">
        <w:rPr>
          <w:rFonts w:ascii="Times New Roman" w:eastAsia="Times New Roman" w:hAnsi="Times New Roman"/>
          <w:color w:val="000000"/>
          <w:sz w:val="24"/>
          <w:lang w:val="ru-RU"/>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4F9F8062" w14:textId="77777777" w:rsidR="00083BFC" w:rsidRPr="005F2B85" w:rsidRDefault="0045250B" w:rsidP="00F6710B">
      <w:pPr>
        <w:autoSpaceDE w:val="0"/>
        <w:autoSpaceDN w:val="0"/>
        <w:spacing w:after="0" w:line="240" w:lineRule="auto"/>
        <w:ind w:left="284" w:right="-46"/>
        <w:rPr>
          <w:lang w:val="ru-RU"/>
        </w:rPr>
      </w:pPr>
      <w:r w:rsidRPr="007323C9">
        <w:rPr>
          <w:rFonts w:ascii="Times New Roman" w:eastAsia="Times New Roman" w:hAnsi="Times New Roman"/>
          <w:b/>
          <w:bCs/>
          <w:i/>
          <w:color w:val="000000"/>
          <w:sz w:val="24"/>
          <w:lang w:val="ru-RU"/>
        </w:rPr>
        <w:t>Ценности познавательной деятельности</w:t>
      </w:r>
      <w:r w:rsidRPr="005F2B85">
        <w:rPr>
          <w:rFonts w:ascii="Times New Roman" w:eastAsia="Times New Roman" w:hAnsi="Times New Roman"/>
          <w:color w:val="000000"/>
          <w:sz w:val="24"/>
          <w:lang w:val="ru-RU"/>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350D0CAA" w14:textId="77777777" w:rsidR="00083BFC" w:rsidRPr="005F2B85" w:rsidRDefault="0045250B" w:rsidP="00F6710B">
      <w:pPr>
        <w:autoSpaceDE w:val="0"/>
        <w:autoSpaceDN w:val="0"/>
        <w:spacing w:after="0" w:line="240" w:lineRule="auto"/>
        <w:ind w:left="284" w:right="-46"/>
        <w:rPr>
          <w:lang w:val="ru-RU"/>
        </w:rPr>
      </w:pPr>
      <w:r w:rsidRPr="007323C9">
        <w:rPr>
          <w:rFonts w:ascii="Times New Roman" w:eastAsia="Times New Roman" w:hAnsi="Times New Roman"/>
          <w:b/>
          <w:bCs/>
          <w:i/>
          <w:color w:val="000000"/>
          <w:sz w:val="24"/>
          <w:lang w:val="ru-RU"/>
        </w:rPr>
        <w:t>Экологическое воспитание</w:t>
      </w:r>
      <w:r w:rsidRPr="005F2B85">
        <w:rPr>
          <w:rFonts w:ascii="Times New Roman" w:eastAsia="Times New Roman" w:hAnsi="Times New Roman"/>
          <w:color w:val="000000"/>
          <w:sz w:val="24"/>
          <w:lang w:val="ru-RU"/>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30C32B87" w14:textId="77777777" w:rsidR="00083BFC" w:rsidRPr="005F2B85" w:rsidRDefault="0045250B" w:rsidP="00F6710B">
      <w:pPr>
        <w:autoSpaceDE w:val="0"/>
        <w:autoSpaceDN w:val="0"/>
        <w:spacing w:after="0" w:line="240" w:lineRule="auto"/>
        <w:ind w:left="284" w:right="-46"/>
        <w:rPr>
          <w:lang w:val="ru-RU"/>
        </w:rPr>
      </w:pPr>
      <w:r w:rsidRPr="007323C9">
        <w:rPr>
          <w:rFonts w:ascii="Times New Roman" w:eastAsia="Times New Roman" w:hAnsi="Times New Roman"/>
          <w:b/>
          <w:bCs/>
          <w:i/>
          <w:color w:val="000000"/>
          <w:sz w:val="24"/>
          <w:lang w:val="ru-RU"/>
        </w:rPr>
        <w:t>Трудовое воспитание</w:t>
      </w:r>
      <w:r w:rsidRPr="005F2B85">
        <w:rPr>
          <w:rFonts w:ascii="Times New Roman" w:eastAsia="Times New Roman" w:hAnsi="Times New Roman"/>
          <w:color w:val="000000"/>
          <w:sz w:val="24"/>
          <w:lang w:val="ru-RU"/>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4A69A7D1" w14:textId="7EA491CA" w:rsidR="00083BFC" w:rsidRPr="005F2B85" w:rsidRDefault="002F3886">
      <w:pPr>
        <w:autoSpaceDE w:val="0"/>
        <w:autoSpaceDN w:val="0"/>
        <w:spacing w:before="262" w:after="0" w:line="230" w:lineRule="auto"/>
        <w:rPr>
          <w:lang w:val="ru-RU"/>
        </w:rPr>
      </w:pPr>
      <w:r>
        <w:rPr>
          <w:rFonts w:ascii="Times New Roman" w:eastAsia="Times New Roman" w:hAnsi="Times New Roman"/>
          <w:b/>
          <w:color w:val="000000"/>
          <w:sz w:val="24"/>
          <w:lang w:val="ru-RU"/>
        </w:rPr>
        <w:t xml:space="preserve">2. </w:t>
      </w:r>
      <w:r w:rsidR="0045250B" w:rsidRPr="005F2B85">
        <w:rPr>
          <w:rFonts w:ascii="Times New Roman" w:eastAsia="Times New Roman" w:hAnsi="Times New Roman"/>
          <w:b/>
          <w:color w:val="000000"/>
          <w:sz w:val="24"/>
          <w:lang w:val="ru-RU"/>
        </w:rPr>
        <w:t>МЕТАПРЕДМЕТНЫЕ РЕЗУЛЬТАТЫ</w:t>
      </w:r>
    </w:p>
    <w:p w14:paraId="5257EB98" w14:textId="299141BD" w:rsidR="00083BFC" w:rsidRPr="005F2B85" w:rsidRDefault="0045250B" w:rsidP="007E6504">
      <w:pPr>
        <w:tabs>
          <w:tab w:val="left" w:pos="284"/>
        </w:tabs>
        <w:autoSpaceDE w:val="0"/>
        <w:autoSpaceDN w:val="0"/>
        <w:spacing w:after="0" w:line="240" w:lineRule="auto"/>
        <w:ind w:right="-46"/>
        <w:rPr>
          <w:lang w:val="ru-RU"/>
        </w:rPr>
      </w:pPr>
      <w:r w:rsidRPr="005F2B85">
        <w:rPr>
          <w:lang w:val="ru-RU"/>
        </w:rPr>
        <w:tab/>
      </w:r>
      <w:r w:rsidRPr="005F2B85">
        <w:rPr>
          <w:rFonts w:ascii="Times New Roman" w:eastAsia="Times New Roman" w:hAnsi="Times New Roman"/>
          <w:b/>
          <w:color w:val="000000"/>
          <w:sz w:val="24"/>
          <w:lang w:val="ru-RU"/>
        </w:rPr>
        <w:t xml:space="preserve">Овладение универсальными познавательными действиями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Пространственные представления и сенсорные способности: характеризовать форму предмета, конструкции;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выявлять доминантные черты (характерные особенности) в визуальном образе;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сравнивать плоскостные и пространственные объекты по заданным основаниям;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находить ассоциативные связи между визуальными образами разных форм и предметов;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сопоставлять части и целое в видимом образе, предмете, конструкции;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анализировать пропорциональные отношения частей внутри целого и предметов между собой; </w:t>
      </w:r>
      <w:r w:rsidRPr="005F2B85">
        <w:rPr>
          <w:lang w:val="ru-RU"/>
        </w:rPr>
        <w:tab/>
      </w:r>
      <w:r w:rsidRPr="005F2B85">
        <w:rPr>
          <w:rFonts w:ascii="Times New Roman" w:eastAsia="Times New Roman" w:hAnsi="Times New Roman"/>
          <w:color w:val="000000"/>
          <w:sz w:val="24"/>
          <w:lang w:val="ru-RU"/>
        </w:rPr>
        <w:t xml:space="preserve">обобщать форму составной конструкции;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выявлять и анализировать ритмические отношения в пространстве и в изображении (визуальном образе) на установленных основаниях;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абстрагировать образ реальности при построении плоской композиции;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соотносить тональные отношения (тёмное — светлое) в пространственных и плоскостных объектах; </w:t>
      </w:r>
      <w:r w:rsidRPr="005F2B85">
        <w:rPr>
          <w:lang w:val="ru-RU"/>
        </w:rPr>
        <w:tab/>
      </w:r>
      <w:r w:rsidRPr="005F2B85">
        <w:rPr>
          <w:rFonts w:ascii="Times New Roman" w:eastAsia="Times New Roman" w:hAnsi="Times New Roman"/>
          <w:color w:val="000000"/>
          <w:sz w:val="24"/>
          <w:lang w:val="ru-RU"/>
        </w:rPr>
        <w:t>выявлять и анализировать эмоциональное воздействие цветовых отношений в пространственной среде и плоскостном изображении.</w:t>
      </w:r>
    </w:p>
    <w:p w14:paraId="132F61E5" w14:textId="77777777" w:rsidR="00F6710B" w:rsidRDefault="0045250B" w:rsidP="00F6710B">
      <w:pPr>
        <w:tabs>
          <w:tab w:val="left" w:pos="180"/>
        </w:tabs>
        <w:autoSpaceDE w:val="0"/>
        <w:autoSpaceDN w:val="0"/>
        <w:spacing w:after="0" w:line="240" w:lineRule="auto"/>
        <w:ind w:right="-46"/>
        <w:jc w:val="both"/>
        <w:rPr>
          <w:rFonts w:ascii="Times New Roman" w:eastAsia="Times New Roman" w:hAnsi="Times New Roman"/>
          <w:b/>
          <w:bCs/>
          <w:i/>
          <w:color w:val="000000"/>
          <w:sz w:val="24"/>
          <w:lang w:val="ru-RU"/>
        </w:rPr>
      </w:pPr>
      <w:r w:rsidRPr="005F2B85">
        <w:rPr>
          <w:lang w:val="ru-RU"/>
        </w:rPr>
        <w:tab/>
      </w:r>
      <w:r w:rsidRPr="007323C9">
        <w:rPr>
          <w:rFonts w:ascii="Times New Roman" w:eastAsia="Times New Roman" w:hAnsi="Times New Roman"/>
          <w:b/>
          <w:bCs/>
          <w:i/>
          <w:color w:val="000000"/>
          <w:sz w:val="24"/>
          <w:lang w:val="ru-RU"/>
        </w:rPr>
        <w:t xml:space="preserve">Базовые логические и исследовательские действия: </w:t>
      </w:r>
    </w:p>
    <w:p w14:paraId="11F60AED" w14:textId="1BCB3A1A" w:rsidR="00083BFC" w:rsidRPr="005F2B85" w:rsidRDefault="0045250B" w:rsidP="007E6504">
      <w:pPr>
        <w:tabs>
          <w:tab w:val="left" w:pos="284"/>
        </w:tabs>
        <w:autoSpaceDE w:val="0"/>
        <w:autoSpaceDN w:val="0"/>
        <w:spacing w:after="0" w:line="240" w:lineRule="auto"/>
        <w:ind w:left="284" w:right="-46"/>
        <w:rPr>
          <w:lang w:val="ru-RU"/>
        </w:rPr>
      </w:pPr>
      <w:r w:rsidRPr="005F2B85">
        <w:rPr>
          <w:lang w:val="ru-RU"/>
        </w:rPr>
        <w:tab/>
      </w:r>
      <w:r w:rsidRPr="005F2B85">
        <w:rPr>
          <w:rFonts w:ascii="Times New Roman" w:eastAsia="Times New Roman" w:hAnsi="Times New Roman"/>
          <w:color w:val="000000"/>
          <w:sz w:val="24"/>
          <w:lang w:val="ru-RU"/>
        </w:rPr>
        <w:t xml:space="preserve">проявлять исследовательские, экспериментальные действия в процессе освоения выразительных свойств различных художественных материалов;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проявлять творческие экспериментальные действия в процессе самостоятельного выполнения художественных заданий;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анализировать и оценивать с позиций эстетических категорий явления природы и предметно-пространственную среду жизни человека;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использовать знаково-символические средства для составления орнаментов и декоративных композиций;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классифицировать произведения искусства по видам и, соответственно, по назначению в жизни людей; </w:t>
      </w:r>
      <w:r w:rsidRPr="005F2B85">
        <w:rPr>
          <w:lang w:val="ru-RU"/>
        </w:rPr>
        <w:br/>
      </w:r>
      <w:r w:rsidRPr="005F2B85">
        <w:rPr>
          <w:lang w:val="ru-RU"/>
        </w:rPr>
        <w:tab/>
      </w:r>
      <w:r w:rsidRPr="005F2B85">
        <w:rPr>
          <w:rFonts w:ascii="Times New Roman" w:eastAsia="Times New Roman" w:hAnsi="Times New Roman"/>
          <w:color w:val="000000"/>
          <w:sz w:val="24"/>
          <w:lang w:val="ru-RU"/>
        </w:rPr>
        <w:t xml:space="preserve">классифицировать произведения изобразительного искусства по жанрам в качестве инструмента анализа содержания произведений; </w:t>
      </w:r>
      <w:r w:rsidRPr="005F2B85">
        <w:rPr>
          <w:lang w:val="ru-RU"/>
        </w:rPr>
        <w:br/>
      </w:r>
      <w:r w:rsidRPr="005F2B85">
        <w:rPr>
          <w:lang w:val="ru-RU"/>
        </w:rPr>
        <w:tab/>
      </w:r>
      <w:r w:rsidRPr="005F2B85">
        <w:rPr>
          <w:rFonts w:ascii="Times New Roman" w:eastAsia="Times New Roman" w:hAnsi="Times New Roman"/>
          <w:color w:val="000000"/>
          <w:sz w:val="24"/>
          <w:lang w:val="ru-RU"/>
        </w:rPr>
        <w:t>ставить и использовать вопросы как исследовательский инструмент познания.</w:t>
      </w:r>
    </w:p>
    <w:p w14:paraId="0BB3942F" w14:textId="77777777" w:rsidR="00F6710B" w:rsidRDefault="0045250B" w:rsidP="00F6710B">
      <w:pPr>
        <w:autoSpaceDE w:val="0"/>
        <w:autoSpaceDN w:val="0"/>
        <w:spacing w:after="0" w:line="240" w:lineRule="auto"/>
        <w:ind w:left="180" w:right="-46"/>
        <w:jc w:val="both"/>
        <w:rPr>
          <w:rFonts w:ascii="Times New Roman" w:eastAsia="Times New Roman" w:hAnsi="Times New Roman"/>
          <w:b/>
          <w:bCs/>
          <w:i/>
          <w:color w:val="000000"/>
          <w:sz w:val="24"/>
          <w:lang w:val="ru-RU"/>
        </w:rPr>
      </w:pPr>
      <w:r w:rsidRPr="007323C9">
        <w:rPr>
          <w:rFonts w:ascii="Times New Roman" w:eastAsia="Times New Roman" w:hAnsi="Times New Roman"/>
          <w:b/>
          <w:bCs/>
          <w:i/>
          <w:color w:val="000000"/>
          <w:sz w:val="24"/>
          <w:lang w:val="ru-RU"/>
        </w:rPr>
        <w:t xml:space="preserve">Работа с информацией: </w:t>
      </w:r>
    </w:p>
    <w:p w14:paraId="270DDE5F" w14:textId="03487777" w:rsidR="00083BFC" w:rsidRPr="005F2B85" w:rsidRDefault="0045250B" w:rsidP="007E6504">
      <w:pPr>
        <w:autoSpaceDE w:val="0"/>
        <w:autoSpaceDN w:val="0"/>
        <w:spacing w:after="0" w:line="240" w:lineRule="auto"/>
        <w:ind w:left="284" w:right="-46"/>
        <w:rPr>
          <w:lang w:val="ru-RU"/>
        </w:rPr>
      </w:pPr>
      <w:r w:rsidRPr="005F2B85">
        <w:rPr>
          <w:rFonts w:ascii="Times New Roman" w:eastAsia="Times New Roman" w:hAnsi="Times New Roman"/>
          <w:color w:val="000000"/>
          <w:sz w:val="24"/>
          <w:lang w:val="ru-RU"/>
        </w:rPr>
        <w:t>использовать электронные образовательные ресурсы;</w:t>
      </w:r>
    </w:p>
    <w:p w14:paraId="76AA6072" w14:textId="0C78EC41" w:rsidR="00083BFC" w:rsidRPr="005F2B85" w:rsidRDefault="0045250B" w:rsidP="007E6504">
      <w:pPr>
        <w:tabs>
          <w:tab w:val="left" w:pos="180"/>
        </w:tabs>
        <w:autoSpaceDE w:val="0"/>
        <w:autoSpaceDN w:val="0"/>
        <w:spacing w:after="0" w:line="240" w:lineRule="auto"/>
        <w:ind w:left="284" w:right="-46"/>
        <w:rPr>
          <w:lang w:val="ru-RU"/>
        </w:rPr>
      </w:pPr>
      <w:r w:rsidRPr="005F2B85">
        <w:rPr>
          <w:rFonts w:ascii="Times New Roman" w:eastAsia="Times New Roman" w:hAnsi="Times New Roman"/>
          <w:color w:val="000000"/>
          <w:sz w:val="24"/>
          <w:lang w:val="ru-RU"/>
        </w:rPr>
        <w:t xml:space="preserve">уметь работать с электронными учебниками и учебными пособиями; </w:t>
      </w:r>
      <w:r w:rsidRPr="005F2B85">
        <w:rPr>
          <w:lang w:val="ru-RU"/>
        </w:rPr>
        <w:br/>
      </w:r>
      <w:r w:rsidRPr="005F2B85">
        <w:rPr>
          <w:rFonts w:ascii="Times New Roman" w:eastAsia="Times New Roman" w:hAnsi="Times New Roman"/>
          <w:color w:val="000000"/>
          <w:sz w:val="24"/>
          <w:lang w:val="ru-RU"/>
        </w:rP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r w:rsidRPr="005F2B85">
        <w:rPr>
          <w:lang w:val="ru-RU"/>
        </w:rPr>
        <w:br/>
      </w:r>
      <w:r w:rsidRPr="005F2B85">
        <w:rPr>
          <w:rFonts w:ascii="Times New Roman" w:eastAsia="Times New Roman" w:hAnsi="Times New Roman"/>
          <w:color w:val="000000"/>
          <w:sz w:val="24"/>
          <w:lang w:val="ru-RU"/>
        </w:rP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w:t>
      </w:r>
      <w:r w:rsidRPr="005F2B85">
        <w:rPr>
          <w:lang w:val="ru-RU"/>
        </w:rPr>
        <w:br/>
      </w:r>
      <w:r w:rsidRPr="005F2B85">
        <w:rPr>
          <w:rFonts w:ascii="Times New Roman" w:eastAsia="Times New Roman" w:hAnsi="Times New Roman"/>
          <w:color w:val="000000"/>
          <w:sz w:val="24"/>
          <w:lang w:val="ru-RU"/>
        </w:rPr>
        <w:t xml:space="preserve">самостоятельно готовить информацию на заданную или выбранную тему и представлять её в различных видах: рисунках и эскизах, электронных презентациях; </w:t>
      </w:r>
      <w:r w:rsidRPr="005F2B85">
        <w:rPr>
          <w:lang w:val="ru-RU"/>
        </w:rPr>
        <w:br/>
      </w:r>
      <w:r w:rsidRPr="005F2B85">
        <w:rPr>
          <w:rFonts w:ascii="Times New Roman" w:eastAsia="Times New Roman" w:hAnsi="Times New Roman"/>
          <w:color w:val="000000"/>
          <w:sz w:val="24"/>
          <w:lang w:val="ru-RU"/>
        </w:rPr>
        <w:t xml:space="preserve">осуществлять виртуальные путешествия по архитектурным памятникам, в отечественные </w:t>
      </w:r>
      <w:r w:rsidRPr="005F2B85">
        <w:rPr>
          <w:lang w:val="ru-RU"/>
        </w:rPr>
        <w:br/>
      </w:r>
      <w:r w:rsidRPr="005F2B85">
        <w:rPr>
          <w:rFonts w:ascii="Times New Roman" w:eastAsia="Times New Roman" w:hAnsi="Times New Roman"/>
          <w:color w:val="000000"/>
          <w:sz w:val="24"/>
          <w:lang w:val="ru-RU"/>
        </w:rPr>
        <w:t xml:space="preserve">художественные музеи и зарубежные художественные музеи (галереи) на основе установок и квестов, предложенных учителем; </w:t>
      </w:r>
      <w:r w:rsidRPr="005F2B85">
        <w:rPr>
          <w:lang w:val="ru-RU"/>
        </w:rPr>
        <w:br/>
      </w:r>
      <w:r w:rsidRPr="005F2B85">
        <w:rPr>
          <w:rFonts w:ascii="Times New Roman" w:eastAsia="Times New Roman" w:hAnsi="Times New Roman"/>
          <w:color w:val="000000"/>
          <w:sz w:val="24"/>
          <w:lang w:val="ru-RU"/>
        </w:rPr>
        <w:t>соблюдать правила информационной безопасности при работе в сети Интернет.</w:t>
      </w:r>
    </w:p>
    <w:p w14:paraId="51BEB8B3" w14:textId="5DE3D6AB" w:rsidR="00F6710B" w:rsidRDefault="0045250B" w:rsidP="00F6710B">
      <w:pPr>
        <w:tabs>
          <w:tab w:val="left" w:pos="180"/>
        </w:tabs>
        <w:autoSpaceDE w:val="0"/>
        <w:autoSpaceDN w:val="0"/>
        <w:spacing w:after="0" w:line="240" w:lineRule="auto"/>
        <w:ind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Овладение универсальными коммуникативными действиями</w:t>
      </w:r>
    </w:p>
    <w:p w14:paraId="0142EC54" w14:textId="2EAA4115" w:rsidR="00083BFC" w:rsidRPr="005F2B85" w:rsidRDefault="0045250B" w:rsidP="007E6504">
      <w:pPr>
        <w:tabs>
          <w:tab w:val="left" w:pos="180"/>
        </w:tabs>
        <w:autoSpaceDE w:val="0"/>
        <w:autoSpaceDN w:val="0"/>
        <w:spacing w:after="0" w:line="240" w:lineRule="auto"/>
        <w:ind w:left="284" w:right="-46"/>
        <w:rPr>
          <w:lang w:val="ru-RU"/>
        </w:rPr>
      </w:pPr>
      <w:r w:rsidRPr="005F2B85">
        <w:rPr>
          <w:lang w:val="ru-RU"/>
        </w:rPr>
        <w:tab/>
      </w:r>
      <w:r w:rsidRPr="005F2B85">
        <w:rPr>
          <w:rFonts w:ascii="Times New Roman" w:eastAsia="Times New Roman" w:hAnsi="Times New Roman"/>
          <w:color w:val="000000"/>
          <w:sz w:val="24"/>
          <w:lang w:val="ru-RU"/>
        </w:rPr>
        <w:t xml:space="preserve">Обучающиеся должны овладеть следующими действиями: </w:t>
      </w:r>
      <w:r w:rsidRPr="005F2B85">
        <w:rPr>
          <w:lang w:val="ru-RU"/>
        </w:rPr>
        <w:br/>
      </w:r>
      <w:r w:rsidRPr="005F2B85">
        <w:rPr>
          <w:rFonts w:ascii="Times New Roman" w:eastAsia="Times New Roman" w:hAnsi="Times New Roman"/>
          <w:color w:val="000000"/>
          <w:sz w:val="24"/>
          <w:lang w:val="ru-RU"/>
        </w:rPr>
        <w:t xml:space="preserve">понимать искусство в качестве особого языка общения — межличностного (автор — зритель), между поколениями, между народами; </w:t>
      </w:r>
      <w:r w:rsidRPr="005F2B85">
        <w:rPr>
          <w:lang w:val="ru-RU"/>
        </w:rPr>
        <w:br/>
      </w:r>
      <w:r w:rsidRPr="005F2B85">
        <w:rPr>
          <w:rFonts w:ascii="Times New Roman" w:eastAsia="Times New Roman" w:hAnsi="Times New Roman"/>
          <w:color w:val="000000"/>
          <w:sz w:val="24"/>
          <w:lang w:val="ru-RU"/>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r w:rsidRPr="005F2B85">
        <w:rPr>
          <w:lang w:val="ru-RU"/>
        </w:rPr>
        <w:br/>
      </w:r>
      <w:r w:rsidRPr="005F2B85">
        <w:rPr>
          <w:rFonts w:ascii="Times New Roman" w:eastAsia="Times New Roman" w:hAnsi="Times New Roman"/>
          <w:color w:val="000000"/>
          <w:sz w:val="24"/>
          <w:lang w:val="ru-RU"/>
        </w:rPr>
        <w:t xml:space="preserve">находить общее решение и разрешать конфликты на основе общих позиций и учёта интересов в процессе совместной художественной деятельности; </w:t>
      </w:r>
      <w:r w:rsidRPr="005F2B85">
        <w:rPr>
          <w:lang w:val="ru-RU"/>
        </w:rPr>
        <w:br/>
      </w:r>
      <w:r w:rsidRPr="005F2B85">
        <w:rPr>
          <w:rFonts w:ascii="Times New Roman" w:eastAsia="Times New Roman" w:hAnsi="Times New Roman"/>
          <w:color w:val="000000"/>
          <w:sz w:val="24"/>
          <w:lang w:val="ru-RU"/>
        </w:rPr>
        <w:t xml:space="preserve">демонстрировать и объяснять результаты своего творческого, художественного или </w:t>
      </w:r>
      <w:r w:rsidRPr="005F2B85">
        <w:rPr>
          <w:lang w:val="ru-RU"/>
        </w:rPr>
        <w:br/>
      </w:r>
      <w:r w:rsidRPr="005F2B85">
        <w:rPr>
          <w:rFonts w:ascii="Times New Roman" w:eastAsia="Times New Roman" w:hAnsi="Times New Roman"/>
          <w:color w:val="000000"/>
          <w:sz w:val="24"/>
          <w:lang w:val="ru-RU"/>
        </w:rPr>
        <w:t xml:space="preserve">исследовательского опыта; </w:t>
      </w:r>
      <w:r w:rsidRPr="005F2B85">
        <w:rPr>
          <w:lang w:val="ru-RU"/>
        </w:rPr>
        <w:br/>
      </w:r>
      <w:r w:rsidRPr="005F2B85">
        <w:rPr>
          <w:rFonts w:ascii="Times New Roman" w:eastAsia="Times New Roman" w:hAnsi="Times New Roman"/>
          <w:color w:val="000000"/>
          <w:sz w:val="24"/>
          <w:lang w:val="ru-RU"/>
        </w:rP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r w:rsidRPr="005F2B85">
        <w:rPr>
          <w:lang w:val="ru-RU"/>
        </w:rPr>
        <w:br/>
      </w:r>
      <w:r w:rsidRPr="005F2B85">
        <w:rPr>
          <w:rFonts w:ascii="Times New Roman" w:eastAsia="Times New Roman" w:hAnsi="Times New Roman"/>
          <w:color w:val="000000"/>
          <w:sz w:val="24"/>
          <w:lang w:val="ru-RU"/>
        </w:rPr>
        <w:t xml:space="preserve">признавать своё и чужое право на ошибку, развивать свои способности сопереживать, понимать намерения и переживания свои и других людей; </w:t>
      </w:r>
      <w:r w:rsidRPr="005F2B85">
        <w:rPr>
          <w:lang w:val="ru-RU"/>
        </w:rPr>
        <w:br/>
      </w:r>
      <w:r w:rsidRPr="005F2B85">
        <w:rPr>
          <w:rFonts w:ascii="Times New Roman" w:eastAsia="Times New Roman" w:hAnsi="Times New Roman"/>
          <w:color w:val="000000"/>
          <w:sz w:val="24"/>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6BEEF849" w14:textId="46062FAB" w:rsidR="00F6710B" w:rsidRDefault="0045250B" w:rsidP="00F6710B">
      <w:pPr>
        <w:tabs>
          <w:tab w:val="left" w:pos="180"/>
        </w:tabs>
        <w:autoSpaceDE w:val="0"/>
        <w:autoSpaceDN w:val="0"/>
        <w:spacing w:after="0" w:line="240" w:lineRule="auto"/>
        <w:ind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Овладение универсальными регулятивными действиями</w:t>
      </w:r>
    </w:p>
    <w:p w14:paraId="7F71102E" w14:textId="2F68F2F1" w:rsidR="00083BFC" w:rsidRPr="005F2B85" w:rsidRDefault="0045250B" w:rsidP="007E6504">
      <w:pPr>
        <w:tabs>
          <w:tab w:val="left" w:pos="180"/>
        </w:tabs>
        <w:autoSpaceDE w:val="0"/>
        <w:autoSpaceDN w:val="0"/>
        <w:spacing w:after="0" w:line="240" w:lineRule="auto"/>
        <w:ind w:left="284" w:right="-46"/>
        <w:rPr>
          <w:lang w:val="ru-RU"/>
        </w:rPr>
      </w:pPr>
      <w:r w:rsidRPr="005F2B85">
        <w:rPr>
          <w:rFonts w:ascii="Times New Roman" w:eastAsia="Times New Roman" w:hAnsi="Times New Roman"/>
          <w:color w:val="000000"/>
          <w:sz w:val="24"/>
          <w:lang w:val="ru-RU"/>
        </w:rPr>
        <w:t xml:space="preserve">Обучающиеся должны овладеть следующими действиями: </w:t>
      </w:r>
      <w:r w:rsidRPr="005F2B85">
        <w:rPr>
          <w:lang w:val="ru-RU"/>
        </w:rPr>
        <w:br/>
      </w:r>
      <w:r w:rsidRPr="005F2B85">
        <w:rPr>
          <w:rFonts w:ascii="Times New Roman" w:eastAsia="Times New Roman" w:hAnsi="Times New Roman"/>
          <w:color w:val="000000"/>
          <w:sz w:val="24"/>
          <w:lang w:val="ru-RU"/>
        </w:rPr>
        <w:t xml:space="preserve">внимательно относиться и выполнять учебные задачи, поставленные учителем; </w:t>
      </w:r>
      <w:r w:rsidRPr="005F2B85">
        <w:rPr>
          <w:lang w:val="ru-RU"/>
        </w:rPr>
        <w:tab/>
      </w:r>
      <w:r w:rsidRPr="005F2B85">
        <w:rPr>
          <w:rFonts w:ascii="Times New Roman" w:eastAsia="Times New Roman" w:hAnsi="Times New Roman"/>
          <w:color w:val="000000"/>
          <w:sz w:val="24"/>
          <w:lang w:val="ru-RU"/>
        </w:rPr>
        <w:t xml:space="preserve">соблюдать последовательность учебных действий при выполнении задания; </w:t>
      </w:r>
      <w:r w:rsidRPr="005F2B85">
        <w:rPr>
          <w:lang w:val="ru-RU"/>
        </w:rPr>
        <w:br/>
      </w:r>
      <w:r w:rsidRPr="005F2B85">
        <w:rPr>
          <w:rFonts w:ascii="Times New Roman" w:eastAsia="Times New Roman" w:hAnsi="Times New Roman"/>
          <w:color w:val="000000"/>
          <w:sz w:val="24"/>
          <w:lang w:val="ru-RU"/>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r w:rsidRPr="005F2B85">
        <w:rPr>
          <w:lang w:val="ru-RU"/>
        </w:rPr>
        <w:br/>
      </w:r>
      <w:r w:rsidRPr="005F2B85">
        <w:rPr>
          <w:rFonts w:ascii="Times New Roman" w:eastAsia="Times New Roman" w:hAnsi="Times New Roman"/>
          <w:color w:val="000000"/>
          <w:sz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14:paraId="2F86A15C" w14:textId="1C9898C2" w:rsidR="00083BFC" w:rsidRDefault="002F3886" w:rsidP="00F6710B">
      <w:pPr>
        <w:autoSpaceDE w:val="0"/>
        <w:autoSpaceDN w:val="0"/>
        <w:spacing w:after="0" w:line="240" w:lineRule="auto"/>
        <w:ind w:right="-46"/>
        <w:jc w:val="both"/>
        <w:rPr>
          <w:rFonts w:ascii="Times New Roman" w:eastAsia="Times New Roman" w:hAnsi="Times New Roman"/>
          <w:b/>
          <w:color w:val="000000"/>
          <w:sz w:val="24"/>
          <w:lang w:val="ru-RU"/>
        </w:rPr>
      </w:pPr>
      <w:r>
        <w:rPr>
          <w:rFonts w:ascii="Times New Roman" w:eastAsia="Times New Roman" w:hAnsi="Times New Roman"/>
          <w:b/>
          <w:color w:val="000000"/>
          <w:sz w:val="24"/>
          <w:lang w:val="ru-RU"/>
        </w:rPr>
        <w:t xml:space="preserve">3. </w:t>
      </w:r>
      <w:r w:rsidR="0045250B" w:rsidRPr="005F2B85">
        <w:rPr>
          <w:rFonts w:ascii="Times New Roman" w:eastAsia="Times New Roman" w:hAnsi="Times New Roman"/>
          <w:b/>
          <w:color w:val="000000"/>
          <w:sz w:val="24"/>
          <w:lang w:val="ru-RU"/>
        </w:rPr>
        <w:t>ПРЕДМЕТНЫЕ РЕЗУЛЬТАТЫ</w:t>
      </w:r>
    </w:p>
    <w:p w14:paraId="3DA9ADD9" w14:textId="531B1C7C" w:rsidR="00BB7497" w:rsidRPr="005F2B85" w:rsidRDefault="00BB7497" w:rsidP="00F6710B">
      <w:pPr>
        <w:autoSpaceDE w:val="0"/>
        <w:autoSpaceDN w:val="0"/>
        <w:spacing w:after="0" w:line="240" w:lineRule="auto"/>
        <w:ind w:right="-46"/>
        <w:jc w:val="both"/>
        <w:rPr>
          <w:lang w:val="ru-RU"/>
        </w:rPr>
      </w:pPr>
      <w:r>
        <w:rPr>
          <w:rFonts w:ascii="Times New Roman" w:eastAsia="Times New Roman" w:hAnsi="Times New Roman"/>
          <w:b/>
          <w:color w:val="000000"/>
          <w:sz w:val="24"/>
          <w:lang w:val="ru-RU"/>
        </w:rPr>
        <w:t>1 класс</w:t>
      </w:r>
    </w:p>
    <w:p w14:paraId="5AE913F9" w14:textId="77777777" w:rsidR="00083BFC" w:rsidRPr="005F2B85" w:rsidRDefault="0045250B" w:rsidP="007E6504">
      <w:pPr>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684EBD6E" w14:textId="77777777" w:rsidR="00F6710B" w:rsidRDefault="0045250B" w:rsidP="00F6710B">
      <w:pPr>
        <w:autoSpaceDE w:val="0"/>
        <w:autoSpaceDN w:val="0"/>
        <w:spacing w:after="0" w:line="240" w:lineRule="auto"/>
        <w:ind w:left="180" w:right="-46"/>
        <w:jc w:val="both"/>
        <w:rPr>
          <w:rFonts w:ascii="Times New Roman" w:eastAsia="Times New Roman" w:hAnsi="Times New Roman"/>
          <w:b/>
          <w:color w:val="000000"/>
          <w:sz w:val="24"/>
          <w:lang w:val="ru-RU"/>
        </w:rPr>
      </w:pPr>
      <w:r w:rsidRPr="005F2B85">
        <w:rPr>
          <w:rFonts w:ascii="Times New Roman" w:eastAsia="Times New Roman" w:hAnsi="Times New Roman"/>
          <w:b/>
          <w:color w:val="000000"/>
          <w:sz w:val="24"/>
          <w:lang w:val="ru-RU"/>
        </w:rPr>
        <w:t>Модуль «Графика»</w:t>
      </w:r>
    </w:p>
    <w:p w14:paraId="3AB01139" w14:textId="2FC608C4" w:rsidR="00083BFC" w:rsidRPr="005F2B85" w:rsidRDefault="0045250B" w:rsidP="007E6504">
      <w:pPr>
        <w:autoSpaceDE w:val="0"/>
        <w:autoSpaceDN w:val="0"/>
        <w:spacing w:after="0" w:line="240" w:lineRule="auto"/>
        <w:ind w:right="-46" w:firstLine="284"/>
        <w:jc w:val="both"/>
        <w:rPr>
          <w:lang w:val="ru-RU"/>
        </w:rPr>
      </w:pPr>
      <w:r w:rsidRPr="005F2B85">
        <w:rPr>
          <w:rFonts w:ascii="Times New Roman" w:eastAsia="Times New Roman" w:hAnsi="Times New Roman"/>
          <w:color w:val="000000"/>
          <w:sz w:val="24"/>
          <w:lang w:val="ru-RU"/>
        </w:rPr>
        <w:t>Осваивать навыки применения свойств простых графических материалов в самостоятельной</w:t>
      </w:r>
    </w:p>
    <w:p w14:paraId="5778A1E1" w14:textId="77777777" w:rsidR="00083BFC" w:rsidRPr="005F2B85" w:rsidRDefault="0045250B" w:rsidP="007E6504">
      <w:pPr>
        <w:autoSpaceDE w:val="0"/>
        <w:autoSpaceDN w:val="0"/>
        <w:spacing w:after="0" w:line="240" w:lineRule="auto"/>
        <w:ind w:right="-46" w:firstLine="284"/>
        <w:jc w:val="both"/>
        <w:rPr>
          <w:lang w:val="ru-RU"/>
        </w:rPr>
      </w:pPr>
      <w:r w:rsidRPr="005F2B85">
        <w:rPr>
          <w:rFonts w:ascii="Times New Roman" w:eastAsia="Times New Roman" w:hAnsi="Times New Roman"/>
          <w:color w:val="000000"/>
          <w:sz w:val="24"/>
          <w:lang w:val="ru-RU"/>
        </w:rPr>
        <w:t>творческой работе в условиях урока.</w:t>
      </w:r>
    </w:p>
    <w:p w14:paraId="49E72A60" w14:textId="14C29073"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 xml:space="preserve">Приобретать первичный опыт в создании графического рисунка на основе знакомства со </w:t>
      </w:r>
      <w:r w:rsidR="007E6504" w:rsidRPr="005F2B85">
        <w:rPr>
          <w:rFonts w:ascii="Times New Roman" w:eastAsia="Times New Roman" w:hAnsi="Times New Roman"/>
          <w:color w:val="000000"/>
          <w:sz w:val="24"/>
          <w:lang w:val="ru-RU"/>
        </w:rPr>
        <w:t xml:space="preserve">средствами </w:t>
      </w:r>
      <w:r w:rsidR="007E6504">
        <w:rPr>
          <w:rFonts w:ascii="Times New Roman" w:eastAsia="Times New Roman" w:hAnsi="Times New Roman"/>
          <w:color w:val="000000"/>
          <w:sz w:val="24"/>
          <w:lang w:val="ru-RU"/>
        </w:rPr>
        <w:t>изобразительного</w:t>
      </w:r>
      <w:r w:rsidRPr="005F2B85">
        <w:rPr>
          <w:rFonts w:ascii="Times New Roman" w:eastAsia="Times New Roman" w:hAnsi="Times New Roman"/>
          <w:color w:val="000000"/>
          <w:sz w:val="24"/>
          <w:lang w:val="ru-RU"/>
        </w:rPr>
        <w:t xml:space="preserve"> языка.</w:t>
      </w:r>
    </w:p>
    <w:p w14:paraId="44518575" w14:textId="69CE2545"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0679B884" w14:textId="77777777" w:rsidR="00083BFC" w:rsidRPr="005F2B85" w:rsidRDefault="0045250B" w:rsidP="007E6504">
      <w:pPr>
        <w:autoSpaceDE w:val="0"/>
        <w:autoSpaceDN w:val="0"/>
        <w:spacing w:after="0" w:line="240" w:lineRule="auto"/>
        <w:ind w:right="-46" w:firstLine="284"/>
        <w:jc w:val="both"/>
        <w:rPr>
          <w:lang w:val="ru-RU"/>
        </w:rPr>
      </w:pPr>
      <w:r w:rsidRPr="005F2B85">
        <w:rPr>
          <w:rFonts w:ascii="Times New Roman" w:eastAsia="Times New Roman" w:hAnsi="Times New Roman"/>
          <w:color w:val="000000"/>
          <w:sz w:val="24"/>
          <w:lang w:val="ru-RU"/>
        </w:rPr>
        <w:t>Приобретать опыт создания рисунка простого (плоского) предмета с натуры.</w:t>
      </w:r>
    </w:p>
    <w:p w14:paraId="06A85FB9" w14:textId="2478C1C1" w:rsidR="00083BFC" w:rsidRPr="005F2B85" w:rsidRDefault="0045250B" w:rsidP="007E6504">
      <w:pPr>
        <w:tabs>
          <w:tab w:val="left" w:pos="180"/>
        </w:tabs>
        <w:autoSpaceDE w:val="0"/>
        <w:autoSpaceDN w:val="0"/>
        <w:spacing w:after="0" w:line="240" w:lineRule="auto"/>
        <w:ind w:right="-46" w:firstLine="284"/>
        <w:jc w:val="both"/>
        <w:rPr>
          <w:lang w:val="ru-RU"/>
        </w:rPr>
      </w:pPr>
      <w:r w:rsidRPr="005F2B85">
        <w:rPr>
          <w:rFonts w:ascii="Times New Roman" w:eastAsia="Times New Roman" w:hAnsi="Times New Roman"/>
          <w:color w:val="000000"/>
          <w:sz w:val="24"/>
          <w:lang w:val="ru-RU"/>
        </w:rPr>
        <w:t>Учиться анализировать соотношения пропорций, визуально сравнивать пространственные величины.</w:t>
      </w:r>
    </w:p>
    <w:p w14:paraId="046CDF6D" w14:textId="45A07585"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первичные знания и навыки композиционного расположения изображения на листе. Уметь выбирать вертикальный или горизонтальный формат листа для выполнения соответствующих задач рисунка.</w:t>
      </w:r>
    </w:p>
    <w:p w14:paraId="5FC41A4F" w14:textId="37C94C61"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Воспринимать учебную задачу, поставленную учителем, и решать её в своей практической художественной деятельности.</w:t>
      </w:r>
    </w:p>
    <w:p w14:paraId="01322E02" w14:textId="77777777" w:rsidR="00083BFC" w:rsidRPr="005F2B85" w:rsidRDefault="0045250B" w:rsidP="007E6504">
      <w:pPr>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AA682A6" w14:textId="77777777" w:rsidR="00F6710B" w:rsidRDefault="0045250B" w:rsidP="00F6710B">
      <w:pPr>
        <w:autoSpaceDE w:val="0"/>
        <w:autoSpaceDN w:val="0"/>
        <w:spacing w:after="0" w:line="240" w:lineRule="auto"/>
        <w:ind w:left="180" w:right="-46"/>
        <w:jc w:val="both"/>
        <w:rPr>
          <w:rFonts w:ascii="Times New Roman" w:eastAsia="Times New Roman" w:hAnsi="Times New Roman"/>
          <w:b/>
          <w:color w:val="000000"/>
          <w:sz w:val="24"/>
          <w:lang w:val="ru-RU"/>
        </w:rPr>
      </w:pPr>
      <w:r w:rsidRPr="005F2B85">
        <w:rPr>
          <w:rFonts w:ascii="Times New Roman" w:eastAsia="Times New Roman" w:hAnsi="Times New Roman"/>
          <w:b/>
          <w:color w:val="000000"/>
          <w:sz w:val="24"/>
          <w:lang w:val="ru-RU"/>
        </w:rPr>
        <w:t>Модуль «Живопись»</w:t>
      </w:r>
    </w:p>
    <w:p w14:paraId="7D1BA604" w14:textId="20EF0022" w:rsidR="00083BFC" w:rsidRPr="005F2B85" w:rsidRDefault="0045250B" w:rsidP="007E6504">
      <w:pPr>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Осваивать навыки работы красками «гуашь» в условиях урока.</w:t>
      </w:r>
    </w:p>
    <w:p w14:paraId="28BCD680" w14:textId="68F6D37E"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Знать три основных цвета; обсуждать и называть ассоциативные представления, которые рождает каждый цвет.</w:t>
      </w:r>
    </w:p>
    <w:p w14:paraId="6F7DB2DB" w14:textId="601C7A10"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Осознавать эмоциональное звучание цвета и уметь формулировать своё мнение с опорой на опыт жизненных ассоциаций.</w:t>
      </w:r>
    </w:p>
    <w:p w14:paraId="44436AE7" w14:textId="3F83AA3A"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опыт экспериментирования, исследования результатов смешения красок и получения нового цвета.</w:t>
      </w:r>
    </w:p>
    <w:p w14:paraId="6968F6C2" w14:textId="39265AEC"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Вести творческую работу на заданную тему с опорой на зрительные впечатления, организованные педагогом.</w:t>
      </w:r>
    </w:p>
    <w:p w14:paraId="5943C85F" w14:textId="77777777" w:rsidR="00F6710B" w:rsidRDefault="0045250B" w:rsidP="00F6710B">
      <w:pPr>
        <w:tabs>
          <w:tab w:val="left" w:pos="180"/>
        </w:tabs>
        <w:autoSpaceDE w:val="0"/>
        <w:autoSpaceDN w:val="0"/>
        <w:spacing w:after="0" w:line="240" w:lineRule="auto"/>
        <w:ind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«Скульптура»</w:t>
      </w:r>
    </w:p>
    <w:p w14:paraId="7ACF5E51" w14:textId="24E86EFC" w:rsidR="00083BFC" w:rsidRPr="005F2B85" w:rsidRDefault="0045250B" w:rsidP="007E6504">
      <w:pPr>
        <w:tabs>
          <w:tab w:val="left" w:pos="180"/>
        </w:tabs>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00625492" w14:textId="03F67EEF" w:rsidR="00083BFC" w:rsidRPr="005F2B85" w:rsidRDefault="0045250B" w:rsidP="007E6504">
      <w:pPr>
        <w:tabs>
          <w:tab w:val="left" w:pos="180"/>
        </w:tabs>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Осваивать первичные приёмы лепки из пластилина, приобретать представления о целостной форме в объёмном изображении.</w:t>
      </w:r>
    </w:p>
    <w:p w14:paraId="5753245A" w14:textId="227051F2" w:rsidR="00083BFC" w:rsidRPr="005F2B85" w:rsidRDefault="0045250B" w:rsidP="007E6504">
      <w:pPr>
        <w:tabs>
          <w:tab w:val="left" w:pos="180"/>
        </w:tabs>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Овладевать первичными навыками бумагопластики — создания объёмных форм из бумаги путём её складывания, надрезания, закручивания и др.</w:t>
      </w:r>
    </w:p>
    <w:p w14:paraId="0E8DB0D0" w14:textId="77777777" w:rsidR="00F6710B" w:rsidRDefault="0045250B" w:rsidP="00F6710B">
      <w:pPr>
        <w:tabs>
          <w:tab w:val="left" w:pos="180"/>
        </w:tabs>
        <w:autoSpaceDE w:val="0"/>
        <w:autoSpaceDN w:val="0"/>
        <w:spacing w:after="0" w:line="240" w:lineRule="auto"/>
        <w:ind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«Декоративно-прикладное искусство»</w:t>
      </w:r>
    </w:p>
    <w:p w14:paraId="2BA67D32" w14:textId="22665DD8" w:rsidR="00083BFC" w:rsidRPr="005F2B85" w:rsidRDefault="0045250B" w:rsidP="007E6504">
      <w:pPr>
        <w:tabs>
          <w:tab w:val="left" w:pos="180"/>
        </w:tabs>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2D1DA9A0" w14:textId="4C2AE5E2" w:rsidR="00083BFC" w:rsidRPr="005F2B85" w:rsidRDefault="0045250B" w:rsidP="007E6504">
      <w:pPr>
        <w:tabs>
          <w:tab w:val="left" w:pos="180"/>
        </w:tabs>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Различать виды орнаментов по изобразительным мотивам: растительные, геометрические, анималистические.</w:t>
      </w:r>
    </w:p>
    <w:p w14:paraId="66013D62" w14:textId="77777777" w:rsidR="00083BFC" w:rsidRPr="005F2B85" w:rsidRDefault="0045250B" w:rsidP="007E6504">
      <w:pPr>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Учиться использовать правила симметрии в своей художественной деятельности.</w:t>
      </w:r>
    </w:p>
    <w:p w14:paraId="589CC5C5" w14:textId="24C1F4B5" w:rsidR="00083BFC" w:rsidRPr="005F2B85" w:rsidRDefault="0045250B" w:rsidP="007E6504">
      <w:pPr>
        <w:tabs>
          <w:tab w:val="left" w:pos="180"/>
        </w:tabs>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Приобретать опыт создания орнаментальной декоративной композиции (стилизованной: декоративный цветок или птица).</w:t>
      </w:r>
    </w:p>
    <w:p w14:paraId="115C095C" w14:textId="77777777" w:rsidR="00083BFC" w:rsidRPr="005F2B85" w:rsidRDefault="0045250B" w:rsidP="007E6504">
      <w:pPr>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Приобретать знания о значении и назначении украшений в жизни людей.</w:t>
      </w:r>
    </w:p>
    <w:p w14:paraId="12DFCC64" w14:textId="3FD582EB" w:rsidR="00083BFC" w:rsidRPr="005F2B85" w:rsidRDefault="0045250B" w:rsidP="007E6504">
      <w:pPr>
        <w:tabs>
          <w:tab w:val="left" w:pos="180"/>
        </w:tabs>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w:t>
      </w:r>
    </w:p>
    <w:p w14:paraId="6A55917A" w14:textId="77777777" w:rsidR="00083BFC" w:rsidRPr="005F2B85" w:rsidRDefault="0045250B" w:rsidP="007E6504">
      <w:pPr>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промыслов) и опыт практической художественной деятельности по мотивам игрушки выбранного промысла.</w:t>
      </w:r>
    </w:p>
    <w:p w14:paraId="6FBAED21" w14:textId="77777777" w:rsidR="00083BFC" w:rsidRPr="005F2B85" w:rsidRDefault="0045250B" w:rsidP="007E6504">
      <w:pPr>
        <w:autoSpaceDE w:val="0"/>
        <w:autoSpaceDN w:val="0"/>
        <w:spacing w:after="0" w:line="240" w:lineRule="auto"/>
        <w:ind w:left="284" w:right="-45"/>
        <w:jc w:val="both"/>
        <w:rPr>
          <w:lang w:val="ru-RU"/>
        </w:rPr>
      </w:pPr>
      <w:r w:rsidRPr="005F2B85">
        <w:rPr>
          <w:rFonts w:ascii="Times New Roman" w:eastAsia="Times New Roman" w:hAnsi="Times New Roman"/>
          <w:color w:val="000000"/>
          <w:sz w:val="24"/>
          <w:lang w:val="ru-RU"/>
        </w:rPr>
        <w:t>Иметь опыт и соответствующие возрасту навыки подготовки и оформления общего праздника.</w:t>
      </w:r>
    </w:p>
    <w:p w14:paraId="0F0340CE" w14:textId="77777777" w:rsidR="00F6710B" w:rsidRDefault="0045250B" w:rsidP="00F6710B">
      <w:pPr>
        <w:tabs>
          <w:tab w:val="left" w:pos="180"/>
        </w:tabs>
        <w:autoSpaceDE w:val="0"/>
        <w:autoSpaceDN w:val="0"/>
        <w:spacing w:after="0" w:line="240" w:lineRule="auto"/>
        <w:ind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«Архитектура»</w:t>
      </w:r>
    </w:p>
    <w:p w14:paraId="7127F5D5" w14:textId="25856EA1"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250EED7B" w14:textId="0AF1CD6A"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Осваивать приёмы конструирования из бумаги, складывания объёмных простых геометрических тел.</w:t>
      </w:r>
    </w:p>
    <w:p w14:paraId="48B96053" w14:textId="79621473"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опыт пространственного макетирования (сказочный город) в форме коллективной игровой деятельности.</w:t>
      </w:r>
    </w:p>
    <w:p w14:paraId="0AB1256D" w14:textId="42B781C7"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представления о конструктивной основе любого предмета и первичные навыки анализа его строения.</w:t>
      </w:r>
    </w:p>
    <w:p w14:paraId="3B243B4B" w14:textId="77777777" w:rsidR="00F6710B" w:rsidRDefault="0045250B" w:rsidP="00F6710B">
      <w:pPr>
        <w:tabs>
          <w:tab w:val="left" w:pos="180"/>
        </w:tabs>
        <w:autoSpaceDE w:val="0"/>
        <w:autoSpaceDN w:val="0"/>
        <w:spacing w:after="0" w:line="240" w:lineRule="auto"/>
        <w:ind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«Восприятие произведений искусства»</w:t>
      </w:r>
    </w:p>
    <w:p w14:paraId="48F56ED5" w14:textId="6B23A953"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0AA9CFFA" w14:textId="5223C219"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2F9C6132" w14:textId="40DA171E"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1D49778F" w14:textId="1A80CE0D"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Осваивать опыт эстетического восприятия и аналитического наблюдения архитектурных построек. 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267C6BDD" w14:textId="5A6D8590"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Осваивать новый опыт восприятия художественных иллюстраций в детских книгах и отношения к ним в соответствии с учебной установкой.</w:t>
      </w:r>
    </w:p>
    <w:p w14:paraId="2F45D79E" w14:textId="77777777" w:rsidR="00F6710B" w:rsidRDefault="0045250B" w:rsidP="00F6710B">
      <w:pPr>
        <w:tabs>
          <w:tab w:val="left" w:pos="180"/>
        </w:tabs>
        <w:autoSpaceDE w:val="0"/>
        <w:autoSpaceDN w:val="0"/>
        <w:spacing w:after="0" w:line="240" w:lineRule="auto"/>
        <w:ind w:right="-46"/>
        <w:jc w:val="both"/>
        <w:rPr>
          <w:rFonts w:ascii="Times New Roman" w:eastAsia="Times New Roman" w:hAnsi="Times New Roman"/>
          <w:b/>
          <w:color w:val="000000"/>
          <w:sz w:val="24"/>
          <w:lang w:val="ru-RU"/>
        </w:rPr>
      </w:pPr>
      <w:r w:rsidRPr="005F2B85">
        <w:rPr>
          <w:lang w:val="ru-RU"/>
        </w:rPr>
        <w:tab/>
      </w:r>
      <w:r w:rsidRPr="005F2B85">
        <w:rPr>
          <w:rFonts w:ascii="Times New Roman" w:eastAsia="Times New Roman" w:hAnsi="Times New Roman"/>
          <w:b/>
          <w:color w:val="000000"/>
          <w:sz w:val="24"/>
          <w:lang w:val="ru-RU"/>
        </w:rPr>
        <w:t>Модуль «Азбука цифровой графики»</w:t>
      </w:r>
    </w:p>
    <w:p w14:paraId="0E42B8A2" w14:textId="66EC6E8D"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опыт создания фотографий с целью эстетического и целенаправленного наблюдения природы.</w:t>
      </w:r>
    </w:p>
    <w:p w14:paraId="30B1CCEF" w14:textId="1759F87B" w:rsidR="00083BFC" w:rsidRPr="005F2B85" w:rsidRDefault="0045250B" w:rsidP="007E6504">
      <w:pPr>
        <w:tabs>
          <w:tab w:val="left" w:pos="180"/>
        </w:tabs>
        <w:autoSpaceDE w:val="0"/>
        <w:autoSpaceDN w:val="0"/>
        <w:spacing w:after="0" w:line="240" w:lineRule="auto"/>
        <w:ind w:left="284" w:right="-46"/>
        <w:jc w:val="both"/>
        <w:rPr>
          <w:lang w:val="ru-RU"/>
        </w:rPr>
      </w:pPr>
      <w:r w:rsidRPr="005F2B85">
        <w:rPr>
          <w:rFonts w:ascii="Times New Roman" w:eastAsia="Times New Roman" w:hAnsi="Times New Roman"/>
          <w:color w:val="000000"/>
          <w:sz w:val="24"/>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300FBB80" w14:textId="4B6E266F" w:rsidR="00083BFC" w:rsidRPr="00BB7497" w:rsidRDefault="00083BFC">
      <w:pPr>
        <w:rPr>
          <w:rFonts w:ascii="Times New Roman" w:hAnsi="Times New Roman" w:cs="Times New Roman"/>
          <w:b/>
          <w:lang w:val="ru-RU"/>
        </w:rPr>
      </w:pPr>
    </w:p>
    <w:p w14:paraId="5BC5413F" w14:textId="52637250" w:rsidR="00BB7497" w:rsidRDefault="00BB7497">
      <w:pPr>
        <w:rPr>
          <w:rFonts w:ascii="Times New Roman" w:hAnsi="Times New Roman" w:cs="Times New Roman"/>
          <w:b/>
          <w:lang w:val="ru-RU"/>
        </w:rPr>
      </w:pPr>
      <w:r w:rsidRPr="00BB7497">
        <w:rPr>
          <w:rFonts w:ascii="Times New Roman" w:hAnsi="Times New Roman" w:cs="Times New Roman"/>
          <w:b/>
          <w:lang w:val="ru-RU"/>
        </w:rPr>
        <w:t>2 класс</w:t>
      </w:r>
    </w:p>
    <w:p w14:paraId="4C255B5A" w14:textId="2EEBA648" w:rsidR="00BB7497" w:rsidRDefault="00BB7497">
      <w:pPr>
        <w:rPr>
          <w:rFonts w:ascii="Times New Roman" w:hAnsi="Times New Roman" w:cs="Times New Roman"/>
          <w:b/>
          <w:lang w:val="ru-RU"/>
        </w:rPr>
      </w:pPr>
    </w:p>
    <w:p w14:paraId="2D2F01AA" w14:textId="77777777" w:rsidR="00BB7497" w:rsidRPr="00B5589A" w:rsidRDefault="00BB7497" w:rsidP="00BB7497">
      <w:pPr>
        <w:autoSpaceDE w:val="0"/>
        <w:autoSpaceDN w:val="0"/>
        <w:spacing w:before="190" w:after="0" w:line="262" w:lineRule="auto"/>
        <w:ind w:left="180" w:right="288"/>
        <w:rPr>
          <w:lang w:val="ru-RU"/>
        </w:rPr>
      </w:pPr>
      <w:r w:rsidRPr="00B5589A">
        <w:rPr>
          <w:rFonts w:ascii="Times New Roman" w:eastAsia="Times New Roman" w:hAnsi="Times New Roman"/>
          <w:b/>
          <w:color w:val="000000"/>
          <w:sz w:val="24"/>
          <w:lang w:val="ru-RU"/>
        </w:rPr>
        <w:t>Модуль «Графика»</w:t>
      </w:r>
      <w:r w:rsidRPr="00B5589A">
        <w:rPr>
          <w:lang w:val="ru-RU"/>
        </w:rPr>
        <w:br/>
      </w:r>
      <w:r w:rsidRPr="00B5589A">
        <w:rPr>
          <w:rFonts w:ascii="Times New Roman" w:eastAsia="Times New Roman" w:hAnsi="Times New Roman"/>
          <w:color w:val="000000"/>
          <w:sz w:val="24"/>
          <w:lang w:val="ru-RU"/>
        </w:rPr>
        <w:t>Осваивать особенности и приёмы работы новыми графическими художественными материалами;</w:t>
      </w:r>
    </w:p>
    <w:p w14:paraId="7F5F970B" w14:textId="77777777" w:rsidR="00BB7497" w:rsidRPr="00B5589A" w:rsidRDefault="00BB7497" w:rsidP="00BB7497">
      <w:pPr>
        <w:autoSpaceDE w:val="0"/>
        <w:autoSpaceDN w:val="0"/>
        <w:spacing w:after="0" w:line="230" w:lineRule="auto"/>
        <w:rPr>
          <w:lang w:val="ru-RU"/>
        </w:rPr>
      </w:pPr>
      <w:r w:rsidRPr="00B5589A">
        <w:rPr>
          <w:rFonts w:ascii="Times New Roman" w:eastAsia="Times New Roman" w:hAnsi="Times New Roman"/>
          <w:color w:val="000000"/>
          <w:sz w:val="24"/>
          <w:lang w:val="ru-RU"/>
        </w:rPr>
        <w:t>осваивать выразительные свойства твёрдых, сухих, мягких и жидких графических материалов.</w:t>
      </w:r>
    </w:p>
    <w:p w14:paraId="11327B5B" w14:textId="77777777" w:rsidR="00BB7497" w:rsidRPr="00B5589A" w:rsidRDefault="00BB7497" w:rsidP="00BB7497">
      <w:pPr>
        <w:tabs>
          <w:tab w:val="left" w:pos="180"/>
        </w:tabs>
        <w:autoSpaceDE w:val="0"/>
        <w:autoSpaceDN w:val="0"/>
        <w:spacing w:before="70" w:after="0" w:line="271" w:lineRule="auto"/>
        <w:rPr>
          <w:lang w:val="ru-RU"/>
        </w:rPr>
      </w:pPr>
      <w:r w:rsidRPr="00B5589A">
        <w:rPr>
          <w:lang w:val="ru-RU"/>
        </w:rPr>
        <w:tab/>
      </w:r>
      <w:r w:rsidRPr="00B5589A">
        <w:rPr>
          <w:rFonts w:ascii="Times New Roman" w:eastAsia="Times New Roman" w:hAnsi="Times New Roman"/>
          <w:color w:val="000000"/>
          <w:sz w:val="24"/>
          <w:lang w:val="ru-RU"/>
        </w:rPr>
        <w:t xml:space="preserve">Приобретать навыки изображения на основе разной по характеру и способу наложения линии. </w:t>
      </w:r>
      <w:r w:rsidRPr="00B5589A">
        <w:rPr>
          <w:lang w:val="ru-RU"/>
        </w:rPr>
        <w:tab/>
      </w:r>
      <w:r w:rsidRPr="00B5589A">
        <w:rPr>
          <w:rFonts w:ascii="Times New Roman" w:eastAsia="Times New Roman" w:hAnsi="Times New Roman"/>
          <w:color w:val="000000"/>
          <w:sz w:val="24"/>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58B31D5C" w14:textId="77777777" w:rsidR="00BB7497" w:rsidRPr="00B5589A" w:rsidRDefault="00BB7497" w:rsidP="00BB7497">
      <w:pPr>
        <w:tabs>
          <w:tab w:val="left" w:pos="180"/>
        </w:tabs>
        <w:autoSpaceDE w:val="0"/>
        <w:autoSpaceDN w:val="0"/>
        <w:spacing w:before="70" w:after="0" w:line="262" w:lineRule="auto"/>
        <w:ind w:right="144"/>
        <w:rPr>
          <w:lang w:val="ru-RU"/>
        </w:rPr>
      </w:pPr>
      <w:r w:rsidRPr="00B5589A">
        <w:rPr>
          <w:lang w:val="ru-RU"/>
        </w:rPr>
        <w:tab/>
      </w:r>
      <w:r w:rsidRPr="00B5589A">
        <w:rPr>
          <w:rFonts w:ascii="Times New Roman" w:eastAsia="Times New Roman" w:hAnsi="Times New Roman"/>
          <w:color w:val="000000"/>
          <w:sz w:val="24"/>
          <w:lang w:val="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6A7A4150" w14:textId="77777777" w:rsidR="00BB7497" w:rsidRPr="00B5589A" w:rsidRDefault="00BB7497" w:rsidP="00BB7497">
      <w:pPr>
        <w:autoSpaceDE w:val="0"/>
        <w:autoSpaceDN w:val="0"/>
        <w:spacing w:before="70" w:after="0" w:line="271" w:lineRule="auto"/>
        <w:ind w:right="144" w:firstLine="180"/>
        <w:rPr>
          <w:lang w:val="ru-RU"/>
        </w:rPr>
      </w:pPr>
      <w:r w:rsidRPr="00B5589A">
        <w:rPr>
          <w:rFonts w:ascii="Times New Roman" w:eastAsia="Times New Roman" w:hAnsi="Times New Roman"/>
          <w:color w:val="000000"/>
          <w:sz w:val="24"/>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6F2893AB" w14:textId="77777777" w:rsidR="00BB7497" w:rsidRPr="00B5589A" w:rsidRDefault="00BB7497" w:rsidP="00BB7497">
      <w:pPr>
        <w:tabs>
          <w:tab w:val="left" w:pos="180"/>
        </w:tabs>
        <w:autoSpaceDE w:val="0"/>
        <w:autoSpaceDN w:val="0"/>
        <w:spacing w:before="192" w:after="0"/>
        <w:ind w:right="720"/>
        <w:rPr>
          <w:lang w:val="ru-RU"/>
        </w:rPr>
      </w:pPr>
      <w:r w:rsidRPr="00B5589A">
        <w:rPr>
          <w:lang w:val="ru-RU"/>
        </w:rPr>
        <w:tab/>
      </w:r>
      <w:r w:rsidRPr="00B5589A">
        <w:rPr>
          <w:rFonts w:ascii="Times New Roman" w:eastAsia="Times New Roman" w:hAnsi="Times New Roman"/>
          <w:b/>
          <w:color w:val="000000"/>
          <w:sz w:val="24"/>
          <w:lang w:val="ru-RU"/>
        </w:rPr>
        <w:t>Модуль «Живопись»</w:t>
      </w:r>
      <w:r w:rsidRPr="00B5589A">
        <w:rPr>
          <w:lang w:val="ru-RU"/>
        </w:rPr>
        <w:br/>
      </w:r>
      <w:r w:rsidRPr="00B5589A">
        <w:rPr>
          <w:lang w:val="ru-RU"/>
        </w:rPr>
        <w:tab/>
      </w:r>
      <w:r w:rsidRPr="00B5589A">
        <w:rPr>
          <w:rFonts w:ascii="Times New Roman" w:eastAsia="Times New Roman" w:hAnsi="Times New Roman"/>
          <w:color w:val="000000"/>
          <w:sz w:val="24"/>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02B5FFC2" w14:textId="77777777" w:rsidR="00BB7497" w:rsidRPr="00B5589A" w:rsidRDefault="00BB7497" w:rsidP="00BB7497">
      <w:pPr>
        <w:tabs>
          <w:tab w:val="left" w:pos="180"/>
        </w:tabs>
        <w:autoSpaceDE w:val="0"/>
        <w:autoSpaceDN w:val="0"/>
        <w:spacing w:before="70" w:after="0" w:line="262" w:lineRule="auto"/>
        <w:ind w:right="720"/>
        <w:rPr>
          <w:lang w:val="ru-RU"/>
        </w:rPr>
      </w:pPr>
      <w:r w:rsidRPr="00B5589A">
        <w:rPr>
          <w:lang w:val="ru-RU"/>
        </w:rPr>
        <w:tab/>
      </w:r>
      <w:r w:rsidRPr="00B5589A">
        <w:rPr>
          <w:rFonts w:ascii="Times New Roman" w:eastAsia="Times New Roman" w:hAnsi="Times New Roman"/>
          <w:color w:val="000000"/>
          <w:sz w:val="24"/>
          <w:lang w:val="ru-RU"/>
        </w:rPr>
        <w:t>Приобретать опыт работы акварельной краской и понимать особенности работы прозрачной краской.</w:t>
      </w:r>
    </w:p>
    <w:p w14:paraId="1B217A0A" w14:textId="77777777" w:rsidR="00BB7497" w:rsidRPr="00B5589A" w:rsidRDefault="00BB7497" w:rsidP="00BB7497">
      <w:pPr>
        <w:tabs>
          <w:tab w:val="left" w:pos="180"/>
        </w:tabs>
        <w:autoSpaceDE w:val="0"/>
        <w:autoSpaceDN w:val="0"/>
        <w:spacing w:before="70" w:after="0" w:line="262" w:lineRule="auto"/>
        <w:ind w:right="432"/>
        <w:rPr>
          <w:lang w:val="ru-RU"/>
        </w:rPr>
      </w:pPr>
      <w:r w:rsidRPr="00B5589A">
        <w:rPr>
          <w:lang w:val="ru-RU"/>
        </w:rPr>
        <w:tab/>
      </w:r>
      <w:r w:rsidRPr="00B5589A">
        <w:rPr>
          <w:rFonts w:ascii="Times New Roman" w:eastAsia="Times New Roman" w:hAnsi="Times New Roman"/>
          <w:color w:val="000000"/>
          <w:sz w:val="24"/>
          <w:lang w:val="ru-RU"/>
        </w:rPr>
        <w:t>Знать названия основных и составных цветов и способы получения разных оттенков составного цвета.</w:t>
      </w:r>
    </w:p>
    <w:p w14:paraId="6E538CD3" w14:textId="77777777" w:rsidR="00BB7497" w:rsidRPr="00B5589A" w:rsidRDefault="00BB7497" w:rsidP="00BB7497">
      <w:pPr>
        <w:tabs>
          <w:tab w:val="left" w:pos="180"/>
        </w:tabs>
        <w:autoSpaceDE w:val="0"/>
        <w:autoSpaceDN w:val="0"/>
        <w:spacing w:before="70" w:after="0" w:line="262" w:lineRule="auto"/>
        <w:ind w:right="432"/>
        <w:rPr>
          <w:lang w:val="ru-RU"/>
        </w:rPr>
      </w:pPr>
      <w:r w:rsidRPr="00B5589A">
        <w:rPr>
          <w:lang w:val="ru-RU"/>
        </w:rPr>
        <w:tab/>
      </w:r>
      <w:r w:rsidRPr="00B5589A">
        <w:rPr>
          <w:rFonts w:ascii="Times New Roman" w:eastAsia="Times New Roman" w:hAnsi="Times New Roman"/>
          <w:color w:val="000000"/>
          <w:sz w:val="24"/>
          <w:lang w:val="ru-RU"/>
        </w:rPr>
        <w:t>Различать и сравнивать тёмные и светлые оттенки цвета; осваивать смешение цветных красок с белой и чёрной (для изменения их тона).</w:t>
      </w:r>
    </w:p>
    <w:p w14:paraId="164E7E87" w14:textId="77777777" w:rsidR="00BB7497" w:rsidRPr="00B5589A" w:rsidRDefault="00BB7497" w:rsidP="00BB7497">
      <w:pPr>
        <w:tabs>
          <w:tab w:val="left" w:pos="180"/>
        </w:tabs>
        <w:autoSpaceDE w:val="0"/>
        <w:autoSpaceDN w:val="0"/>
        <w:spacing w:before="70" w:after="0" w:line="262" w:lineRule="auto"/>
        <w:ind w:right="432"/>
        <w:rPr>
          <w:lang w:val="ru-RU"/>
        </w:rPr>
      </w:pPr>
      <w:r w:rsidRPr="00B5589A">
        <w:rPr>
          <w:lang w:val="ru-RU"/>
        </w:rPr>
        <w:tab/>
      </w:r>
      <w:r w:rsidRPr="00B5589A">
        <w:rPr>
          <w:rFonts w:ascii="Times New Roman" w:eastAsia="Times New Roman" w:hAnsi="Times New Roman"/>
          <w:color w:val="000000"/>
          <w:sz w:val="24"/>
          <w:lang w:val="ru-RU"/>
        </w:rPr>
        <w:t>Знать о делении цветов на тёплые и холодные; уметь различать и сравнивать тёплые и холодные оттенки цвета.</w:t>
      </w:r>
    </w:p>
    <w:p w14:paraId="5C58CEE4" w14:textId="77777777" w:rsidR="00BB7497" w:rsidRPr="00B5589A" w:rsidRDefault="00BB7497" w:rsidP="00BB7497">
      <w:pPr>
        <w:tabs>
          <w:tab w:val="left" w:pos="180"/>
        </w:tabs>
        <w:autoSpaceDE w:val="0"/>
        <w:autoSpaceDN w:val="0"/>
        <w:spacing w:before="70" w:after="0" w:line="262" w:lineRule="auto"/>
        <w:ind w:right="144"/>
        <w:rPr>
          <w:lang w:val="ru-RU"/>
        </w:rPr>
      </w:pPr>
      <w:r w:rsidRPr="00B5589A">
        <w:rPr>
          <w:lang w:val="ru-RU"/>
        </w:rPr>
        <w:tab/>
      </w:r>
      <w:r w:rsidRPr="00B5589A">
        <w:rPr>
          <w:rFonts w:ascii="Times New Roman" w:eastAsia="Times New Roman" w:hAnsi="Times New Roman"/>
          <w:color w:val="000000"/>
          <w:sz w:val="24"/>
          <w:lang w:val="ru-RU"/>
        </w:rPr>
        <w:t>Осваивать эмоциональную выразительность цвета: цвет звонкий и яркий, радостный; цвет мягкий,«глухой» и мрачный и др.</w:t>
      </w:r>
    </w:p>
    <w:p w14:paraId="5605F677" w14:textId="77777777" w:rsidR="00BB7497" w:rsidRPr="00B5589A" w:rsidRDefault="00BB7497" w:rsidP="00BB7497">
      <w:pPr>
        <w:autoSpaceDE w:val="0"/>
        <w:autoSpaceDN w:val="0"/>
        <w:spacing w:before="70" w:after="0" w:line="271" w:lineRule="auto"/>
        <w:ind w:firstLine="180"/>
        <w:rPr>
          <w:lang w:val="ru-RU"/>
        </w:rPr>
      </w:pPr>
      <w:r w:rsidRPr="00B5589A">
        <w:rPr>
          <w:rFonts w:ascii="Times New Roman" w:eastAsia="Times New Roman" w:hAnsi="Times New Roman"/>
          <w:color w:val="000000"/>
          <w:sz w:val="24"/>
          <w:lang w:val="ru-RU"/>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3DCD13D0" w14:textId="77777777" w:rsidR="00BB7497" w:rsidRPr="00B5589A" w:rsidRDefault="00BB7497" w:rsidP="00BB7497">
      <w:pPr>
        <w:autoSpaceDE w:val="0"/>
        <w:autoSpaceDN w:val="0"/>
        <w:spacing w:before="70" w:after="0" w:line="271" w:lineRule="auto"/>
        <w:ind w:right="288" w:firstLine="180"/>
        <w:rPr>
          <w:lang w:val="ru-RU"/>
        </w:rPr>
      </w:pPr>
      <w:r w:rsidRPr="00B5589A">
        <w:rPr>
          <w:rFonts w:ascii="Times New Roman" w:eastAsia="Times New Roman" w:hAnsi="Times New Roman"/>
          <w:color w:val="000000"/>
          <w:sz w:val="24"/>
          <w:lang w:val="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7F7DF191" w14:textId="77777777" w:rsidR="00BB7497" w:rsidRDefault="00BB7497" w:rsidP="00BB7497">
      <w:pPr>
        <w:tabs>
          <w:tab w:val="left" w:pos="180"/>
        </w:tabs>
        <w:autoSpaceDE w:val="0"/>
        <w:autoSpaceDN w:val="0"/>
        <w:spacing w:before="190" w:after="0" w:line="283" w:lineRule="auto"/>
        <w:rPr>
          <w:lang w:val="ru-RU"/>
        </w:rPr>
      </w:pPr>
      <w:r w:rsidRPr="00B5589A">
        <w:rPr>
          <w:lang w:val="ru-RU"/>
        </w:rPr>
        <w:tab/>
      </w:r>
    </w:p>
    <w:p w14:paraId="1DA9542B" w14:textId="77777777" w:rsidR="00BB7497" w:rsidRDefault="00BB7497" w:rsidP="00BB7497">
      <w:pPr>
        <w:tabs>
          <w:tab w:val="left" w:pos="180"/>
        </w:tabs>
        <w:autoSpaceDE w:val="0"/>
        <w:autoSpaceDN w:val="0"/>
        <w:spacing w:before="190" w:after="0" w:line="283" w:lineRule="auto"/>
        <w:rPr>
          <w:lang w:val="ru-RU"/>
        </w:rPr>
      </w:pPr>
      <w:r w:rsidRPr="00B5589A">
        <w:rPr>
          <w:rFonts w:ascii="Times New Roman" w:eastAsia="Times New Roman" w:hAnsi="Times New Roman"/>
          <w:b/>
          <w:color w:val="000000"/>
          <w:sz w:val="24"/>
          <w:lang w:val="ru-RU"/>
        </w:rPr>
        <w:t>Модуль «Скульптура»</w:t>
      </w:r>
      <w:r w:rsidRPr="00B5589A">
        <w:rPr>
          <w:lang w:val="ru-RU"/>
        </w:rPr>
        <w:br/>
      </w:r>
      <w:r w:rsidRPr="00B5589A">
        <w:rPr>
          <w:lang w:val="ru-RU"/>
        </w:rPr>
        <w:tab/>
      </w:r>
    </w:p>
    <w:p w14:paraId="040EBF48" w14:textId="77777777" w:rsidR="00BB7497" w:rsidRPr="00B5589A" w:rsidRDefault="00BB7497" w:rsidP="00BB7497">
      <w:pPr>
        <w:tabs>
          <w:tab w:val="left" w:pos="180"/>
        </w:tabs>
        <w:autoSpaceDE w:val="0"/>
        <w:autoSpaceDN w:val="0"/>
        <w:spacing w:before="190" w:after="0" w:line="283" w:lineRule="auto"/>
        <w:jc w:val="both"/>
        <w:rPr>
          <w:lang w:val="ru-RU"/>
        </w:rPr>
      </w:pPr>
      <w:r w:rsidRPr="00B5589A">
        <w:rPr>
          <w:rFonts w:ascii="Times New Roman" w:eastAsia="Times New Roman" w:hAnsi="Times New Roman"/>
          <w:color w:val="000000"/>
          <w:sz w:val="24"/>
          <w:lang w:val="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r w:rsidRPr="00B5589A">
        <w:rPr>
          <w:lang w:val="ru-RU"/>
        </w:rPr>
        <w:tab/>
      </w:r>
      <w:r w:rsidRPr="00B5589A">
        <w:rPr>
          <w:rFonts w:ascii="Times New Roman" w:eastAsia="Times New Roman" w:hAnsi="Times New Roman"/>
          <w:color w:val="000000"/>
          <w:sz w:val="24"/>
          <w:lang w:val="ru-RU"/>
        </w:rPr>
        <w:t>Знать об изменениях скульптурного образа при осмотре произведения с разных сторон.</w:t>
      </w:r>
    </w:p>
    <w:p w14:paraId="44CCCF79" w14:textId="77777777" w:rsidR="00BB7497" w:rsidRPr="00B5589A" w:rsidRDefault="00BB7497" w:rsidP="00BB7497">
      <w:pPr>
        <w:tabs>
          <w:tab w:val="left" w:pos="180"/>
        </w:tabs>
        <w:autoSpaceDE w:val="0"/>
        <w:autoSpaceDN w:val="0"/>
        <w:spacing w:before="70" w:after="0" w:line="262" w:lineRule="auto"/>
        <w:ind w:right="288"/>
        <w:rPr>
          <w:lang w:val="ru-RU"/>
        </w:rPr>
      </w:pPr>
      <w:r w:rsidRPr="00B5589A">
        <w:rPr>
          <w:lang w:val="ru-RU"/>
        </w:rPr>
        <w:tab/>
      </w:r>
      <w:r w:rsidRPr="00B5589A">
        <w:rPr>
          <w:rFonts w:ascii="Times New Roman" w:eastAsia="Times New Roman" w:hAnsi="Times New Roman"/>
          <w:color w:val="000000"/>
          <w:sz w:val="24"/>
          <w:lang w:val="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00403625" w14:textId="77777777" w:rsidR="00BB7497" w:rsidRPr="00B5589A" w:rsidRDefault="00BB7497" w:rsidP="00BB7497">
      <w:pPr>
        <w:tabs>
          <w:tab w:val="left" w:pos="180"/>
        </w:tabs>
        <w:autoSpaceDE w:val="0"/>
        <w:autoSpaceDN w:val="0"/>
        <w:spacing w:before="190" w:after="0" w:line="271" w:lineRule="auto"/>
        <w:ind w:right="1440"/>
        <w:rPr>
          <w:lang w:val="ru-RU"/>
        </w:rPr>
      </w:pPr>
      <w:r w:rsidRPr="00B5589A">
        <w:rPr>
          <w:lang w:val="ru-RU"/>
        </w:rPr>
        <w:tab/>
      </w:r>
      <w:r w:rsidRPr="00B5589A">
        <w:rPr>
          <w:rFonts w:ascii="Times New Roman" w:eastAsia="Times New Roman" w:hAnsi="Times New Roman"/>
          <w:b/>
          <w:color w:val="000000"/>
          <w:sz w:val="24"/>
          <w:lang w:val="ru-RU"/>
        </w:rPr>
        <w:t>Модуль «Декоративно-прикладное искусство»</w:t>
      </w:r>
      <w:r w:rsidRPr="00B5589A">
        <w:rPr>
          <w:lang w:val="ru-RU"/>
        </w:rPr>
        <w:br/>
      </w:r>
      <w:r w:rsidRPr="00B5589A">
        <w:rPr>
          <w:lang w:val="ru-RU"/>
        </w:rPr>
        <w:tab/>
      </w:r>
      <w:r w:rsidRPr="00B5589A">
        <w:rPr>
          <w:rFonts w:ascii="Times New Roman" w:eastAsia="Times New Roman" w:hAnsi="Times New Roman"/>
          <w:color w:val="000000"/>
          <w:sz w:val="24"/>
          <w:lang w:val="ru-RU"/>
        </w:rPr>
        <w:t>Рассматривать, анализировать и эстетически оценивать разнообразие форм в природе, воспринимаемых как узоры.</w:t>
      </w:r>
    </w:p>
    <w:p w14:paraId="3A69CD1C" w14:textId="77777777" w:rsidR="00BB7497" w:rsidRPr="00B5589A" w:rsidRDefault="00BB7497" w:rsidP="00BB7497">
      <w:pPr>
        <w:autoSpaceDE w:val="0"/>
        <w:autoSpaceDN w:val="0"/>
        <w:spacing w:before="70" w:after="0" w:line="271" w:lineRule="auto"/>
        <w:ind w:right="720" w:firstLine="180"/>
        <w:jc w:val="both"/>
        <w:rPr>
          <w:lang w:val="ru-RU"/>
        </w:rPr>
      </w:pPr>
      <w:r w:rsidRPr="00B5589A">
        <w:rPr>
          <w:rFonts w:ascii="Times New Roman" w:eastAsia="Times New Roman" w:hAnsi="Times New Roman"/>
          <w:color w:val="000000"/>
          <w:sz w:val="24"/>
          <w:lang w:val="ru-RU"/>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07EE7056" w14:textId="77777777" w:rsidR="00BB7497" w:rsidRPr="00B5589A" w:rsidRDefault="00BB7497" w:rsidP="00BB7497">
      <w:pPr>
        <w:tabs>
          <w:tab w:val="left" w:pos="180"/>
        </w:tabs>
        <w:autoSpaceDE w:val="0"/>
        <w:autoSpaceDN w:val="0"/>
        <w:spacing w:before="70" w:after="0" w:line="262" w:lineRule="auto"/>
        <w:jc w:val="both"/>
        <w:rPr>
          <w:lang w:val="ru-RU"/>
        </w:rPr>
      </w:pPr>
      <w:r w:rsidRPr="00B5589A">
        <w:rPr>
          <w:lang w:val="ru-RU"/>
        </w:rPr>
        <w:tab/>
      </w:r>
      <w:r w:rsidRPr="00B5589A">
        <w:rPr>
          <w:rFonts w:ascii="Times New Roman" w:eastAsia="Times New Roman" w:hAnsi="Times New Roman"/>
          <w:color w:val="000000"/>
          <w:sz w:val="24"/>
          <w:lang w:val="ru-RU"/>
        </w:rPr>
        <w:t>Приобретать опыт выполнения эскиза геометрического орнамента кружева или вышивки на основе природных мотивов.</w:t>
      </w:r>
    </w:p>
    <w:p w14:paraId="615847D7" w14:textId="77777777" w:rsidR="00BB7497" w:rsidRPr="00B5589A" w:rsidRDefault="00BB7497" w:rsidP="00BB7497">
      <w:pPr>
        <w:autoSpaceDE w:val="0"/>
        <w:autoSpaceDN w:val="0"/>
        <w:spacing w:after="0" w:line="271" w:lineRule="auto"/>
        <w:ind w:right="432" w:firstLine="180"/>
        <w:jc w:val="both"/>
        <w:rPr>
          <w:lang w:val="ru-RU"/>
        </w:rPr>
      </w:pPr>
      <w:r w:rsidRPr="00B5589A">
        <w:rPr>
          <w:rFonts w:ascii="Times New Roman" w:eastAsia="Times New Roman" w:hAnsi="Times New Roman"/>
          <w:color w:val="000000"/>
          <w:sz w:val="24"/>
          <w:lang w:val="ru-RU"/>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12C8F094" w14:textId="77777777" w:rsidR="00BB7497" w:rsidRPr="00B5589A" w:rsidRDefault="00BB7497" w:rsidP="00BB7497">
      <w:pPr>
        <w:tabs>
          <w:tab w:val="left" w:pos="180"/>
        </w:tabs>
        <w:autoSpaceDE w:val="0"/>
        <w:autoSpaceDN w:val="0"/>
        <w:spacing w:before="70" w:after="0" w:line="262" w:lineRule="auto"/>
        <w:ind w:right="1152"/>
        <w:rPr>
          <w:lang w:val="ru-RU"/>
        </w:rPr>
      </w:pPr>
      <w:r w:rsidRPr="00B5589A">
        <w:rPr>
          <w:lang w:val="ru-RU"/>
        </w:rPr>
        <w:tab/>
      </w:r>
      <w:r w:rsidRPr="00B5589A">
        <w:rPr>
          <w:rFonts w:ascii="Times New Roman" w:eastAsia="Times New Roman" w:hAnsi="Times New Roman"/>
          <w:color w:val="000000"/>
          <w:sz w:val="24"/>
          <w:lang w:val="ru-RU"/>
        </w:rPr>
        <w:t>Приобретать опыт преобразования бытовых подручных нехудожественных материалов в художественные изображения и поделки.</w:t>
      </w:r>
    </w:p>
    <w:p w14:paraId="41C21FB4" w14:textId="77777777" w:rsidR="00BB7497" w:rsidRPr="00B5589A" w:rsidRDefault="00BB7497" w:rsidP="00BB7497">
      <w:pPr>
        <w:autoSpaceDE w:val="0"/>
        <w:autoSpaceDN w:val="0"/>
        <w:spacing w:before="70" w:after="0" w:line="281" w:lineRule="auto"/>
        <w:ind w:firstLine="180"/>
        <w:jc w:val="both"/>
        <w:rPr>
          <w:lang w:val="ru-RU"/>
        </w:rPr>
      </w:pPr>
      <w:r w:rsidRPr="00B5589A">
        <w:rPr>
          <w:rFonts w:ascii="Times New Roman" w:eastAsia="Times New Roman" w:hAnsi="Times New Roman"/>
          <w:color w:val="000000"/>
          <w:sz w:val="24"/>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4F47103C" w14:textId="77777777" w:rsidR="00BB7497" w:rsidRPr="00B5589A" w:rsidRDefault="00BB7497" w:rsidP="00BB7497">
      <w:pPr>
        <w:autoSpaceDE w:val="0"/>
        <w:autoSpaceDN w:val="0"/>
        <w:spacing w:before="72" w:after="0" w:line="230" w:lineRule="auto"/>
        <w:ind w:left="180"/>
        <w:rPr>
          <w:lang w:val="ru-RU"/>
        </w:rPr>
      </w:pPr>
      <w:r w:rsidRPr="00B5589A">
        <w:rPr>
          <w:rFonts w:ascii="Times New Roman" w:eastAsia="Times New Roman" w:hAnsi="Times New Roman"/>
          <w:color w:val="000000"/>
          <w:sz w:val="24"/>
          <w:lang w:val="ru-RU"/>
        </w:rPr>
        <w:t>Приобретать опыт выполнения красками рисунков украшений народных былинных персонажей.</w:t>
      </w:r>
    </w:p>
    <w:p w14:paraId="7446B173" w14:textId="77777777" w:rsidR="00BB7497" w:rsidRPr="00B5589A" w:rsidRDefault="00BB7497" w:rsidP="00BB7497">
      <w:pPr>
        <w:tabs>
          <w:tab w:val="left" w:pos="180"/>
        </w:tabs>
        <w:autoSpaceDE w:val="0"/>
        <w:autoSpaceDN w:val="0"/>
        <w:spacing w:before="192" w:after="0" w:line="271" w:lineRule="auto"/>
        <w:rPr>
          <w:lang w:val="ru-RU"/>
        </w:rPr>
      </w:pPr>
      <w:r w:rsidRPr="00B5589A">
        <w:rPr>
          <w:lang w:val="ru-RU"/>
        </w:rPr>
        <w:tab/>
      </w:r>
      <w:r w:rsidRPr="00B5589A">
        <w:rPr>
          <w:rFonts w:ascii="Times New Roman" w:eastAsia="Times New Roman" w:hAnsi="Times New Roman"/>
          <w:b/>
          <w:color w:val="000000"/>
          <w:sz w:val="24"/>
          <w:lang w:val="ru-RU"/>
        </w:rPr>
        <w:t>Модуль «Архитектура»</w:t>
      </w:r>
      <w:r w:rsidRPr="00B5589A">
        <w:rPr>
          <w:lang w:val="ru-RU"/>
        </w:rPr>
        <w:br/>
      </w:r>
      <w:r w:rsidRPr="00B5589A">
        <w:rPr>
          <w:lang w:val="ru-RU"/>
        </w:rPr>
        <w:tab/>
      </w:r>
      <w:r w:rsidRPr="00B5589A">
        <w:rPr>
          <w:rFonts w:ascii="Times New Roman" w:eastAsia="Times New Roman" w:hAnsi="Times New Roman"/>
          <w:color w:val="000000"/>
          <w:sz w:val="24"/>
          <w:lang w:val="ru-RU"/>
        </w:rPr>
        <w:t>Осваивать приёмы создания объёмных предметов из бумаги и объёмного декорирования предметов из бумаги.</w:t>
      </w:r>
    </w:p>
    <w:p w14:paraId="571278F2" w14:textId="77777777" w:rsidR="00BB7497" w:rsidRPr="00B5589A" w:rsidRDefault="00BB7497" w:rsidP="00BB7497">
      <w:pPr>
        <w:tabs>
          <w:tab w:val="left" w:pos="180"/>
        </w:tabs>
        <w:autoSpaceDE w:val="0"/>
        <w:autoSpaceDN w:val="0"/>
        <w:spacing w:before="70" w:after="0" w:line="262" w:lineRule="auto"/>
        <w:rPr>
          <w:lang w:val="ru-RU"/>
        </w:rPr>
      </w:pPr>
      <w:r w:rsidRPr="00B5589A">
        <w:rPr>
          <w:lang w:val="ru-RU"/>
        </w:rPr>
        <w:tab/>
      </w:r>
      <w:r w:rsidRPr="00B5589A">
        <w:rPr>
          <w:rFonts w:ascii="Times New Roman" w:eastAsia="Times New Roman" w:hAnsi="Times New Roman"/>
          <w:color w:val="000000"/>
          <w:sz w:val="24"/>
          <w:lang w:val="ru-RU"/>
        </w:rPr>
        <w:t>Участвовать в коллективной работе по построению из бумаги пространственного макета сказочного города или детской площадки.</w:t>
      </w:r>
    </w:p>
    <w:p w14:paraId="7AB6B29A" w14:textId="77777777" w:rsidR="00BB7497" w:rsidRPr="00B5589A" w:rsidRDefault="00BB7497" w:rsidP="00BB7497">
      <w:pPr>
        <w:tabs>
          <w:tab w:val="left" w:pos="180"/>
        </w:tabs>
        <w:autoSpaceDE w:val="0"/>
        <w:autoSpaceDN w:val="0"/>
        <w:spacing w:before="70" w:after="0" w:line="262" w:lineRule="auto"/>
        <w:rPr>
          <w:lang w:val="ru-RU"/>
        </w:rPr>
      </w:pPr>
      <w:r w:rsidRPr="00B5589A">
        <w:rPr>
          <w:lang w:val="ru-RU"/>
        </w:rPr>
        <w:tab/>
      </w:r>
      <w:r w:rsidRPr="00B5589A">
        <w:rPr>
          <w:rFonts w:ascii="Times New Roman" w:eastAsia="Times New Roman" w:hAnsi="Times New Roman"/>
          <w:color w:val="000000"/>
          <w:sz w:val="24"/>
          <w:lang w:val="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4DEEC437" w14:textId="77777777" w:rsidR="00BB7497" w:rsidRPr="00B5589A" w:rsidRDefault="00BB7497" w:rsidP="00BB7497">
      <w:pPr>
        <w:autoSpaceDE w:val="0"/>
        <w:autoSpaceDN w:val="0"/>
        <w:spacing w:before="70" w:after="0" w:line="230" w:lineRule="auto"/>
        <w:ind w:left="180"/>
        <w:rPr>
          <w:lang w:val="ru-RU"/>
        </w:rPr>
      </w:pPr>
      <w:r w:rsidRPr="00B5589A">
        <w:rPr>
          <w:rFonts w:ascii="Times New Roman" w:eastAsia="Times New Roman" w:hAnsi="Times New Roman"/>
          <w:color w:val="000000"/>
          <w:sz w:val="24"/>
          <w:lang w:val="ru-RU"/>
        </w:rPr>
        <w:t>Осваивать понимание образа здания, то есть его эмоционального воздействия.</w:t>
      </w:r>
    </w:p>
    <w:p w14:paraId="5BEA5F00" w14:textId="77777777" w:rsidR="00BB7497" w:rsidRPr="00B5589A" w:rsidRDefault="00BB7497" w:rsidP="00BB7497">
      <w:pPr>
        <w:autoSpaceDE w:val="0"/>
        <w:autoSpaceDN w:val="0"/>
        <w:spacing w:before="70" w:after="0" w:line="271" w:lineRule="auto"/>
        <w:ind w:right="144" w:firstLine="180"/>
        <w:jc w:val="both"/>
        <w:rPr>
          <w:lang w:val="ru-RU"/>
        </w:rPr>
      </w:pPr>
      <w:r w:rsidRPr="00B5589A">
        <w:rPr>
          <w:rFonts w:ascii="Times New Roman" w:eastAsia="Times New Roman" w:hAnsi="Times New Roman"/>
          <w:color w:val="000000"/>
          <w:sz w:val="24"/>
          <w:lang w:val="ru-RU"/>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w:t>
      </w:r>
      <w:r w:rsidRPr="00B5589A">
        <w:rPr>
          <w:lang w:val="ru-RU"/>
        </w:rPr>
        <w:br/>
      </w:r>
      <w:r w:rsidRPr="00B5589A">
        <w:rPr>
          <w:rFonts w:ascii="Times New Roman" w:eastAsia="Times New Roman" w:hAnsi="Times New Roman"/>
          <w:color w:val="000000"/>
          <w:sz w:val="24"/>
          <w:lang w:val="ru-RU"/>
        </w:rPr>
        <w:t>архитектурным постройкам.</w:t>
      </w:r>
    </w:p>
    <w:p w14:paraId="494B67DA" w14:textId="77777777" w:rsidR="00BB7497" w:rsidRPr="00B5589A" w:rsidRDefault="00BB7497" w:rsidP="00BB7497">
      <w:pPr>
        <w:tabs>
          <w:tab w:val="left" w:pos="180"/>
        </w:tabs>
        <w:autoSpaceDE w:val="0"/>
        <w:autoSpaceDN w:val="0"/>
        <w:spacing w:before="70" w:after="0" w:line="262" w:lineRule="auto"/>
        <w:ind w:right="864"/>
        <w:rPr>
          <w:lang w:val="ru-RU"/>
        </w:rPr>
      </w:pPr>
      <w:r w:rsidRPr="00B5589A">
        <w:rPr>
          <w:lang w:val="ru-RU"/>
        </w:rPr>
        <w:tab/>
      </w:r>
      <w:r w:rsidRPr="00B5589A">
        <w:rPr>
          <w:rFonts w:ascii="Times New Roman" w:eastAsia="Times New Roman" w:hAnsi="Times New Roman"/>
          <w:color w:val="000000"/>
          <w:sz w:val="24"/>
          <w:lang w:val="ru-RU"/>
        </w:rPr>
        <w:t>Приобретать опыт сочинения и изображения жилья для разных по своему характеру героев литературных и народных сказок.</w:t>
      </w:r>
    </w:p>
    <w:p w14:paraId="6CDC02C4" w14:textId="77777777" w:rsidR="00BB7497" w:rsidRPr="00B5589A" w:rsidRDefault="00BB7497" w:rsidP="00BB7497">
      <w:pPr>
        <w:tabs>
          <w:tab w:val="left" w:pos="180"/>
        </w:tabs>
        <w:autoSpaceDE w:val="0"/>
        <w:autoSpaceDN w:val="0"/>
        <w:spacing w:before="190" w:after="0"/>
        <w:rPr>
          <w:lang w:val="ru-RU"/>
        </w:rPr>
      </w:pPr>
      <w:r w:rsidRPr="00B5589A">
        <w:rPr>
          <w:lang w:val="ru-RU"/>
        </w:rPr>
        <w:tab/>
      </w:r>
      <w:r w:rsidRPr="00B5589A">
        <w:rPr>
          <w:rFonts w:ascii="Times New Roman" w:eastAsia="Times New Roman" w:hAnsi="Times New Roman"/>
          <w:b/>
          <w:color w:val="000000"/>
          <w:sz w:val="24"/>
          <w:lang w:val="ru-RU"/>
        </w:rPr>
        <w:t>Модуль «Восприятие произведений искусства»</w:t>
      </w:r>
      <w:r w:rsidRPr="00B5589A">
        <w:rPr>
          <w:lang w:val="ru-RU"/>
        </w:rPr>
        <w:br/>
      </w:r>
      <w:r w:rsidRPr="00B5589A">
        <w:rPr>
          <w:lang w:val="ru-RU"/>
        </w:rPr>
        <w:tab/>
      </w:r>
      <w:r w:rsidRPr="00B5589A">
        <w:rPr>
          <w:rFonts w:ascii="Times New Roman" w:eastAsia="Times New Roman" w:hAnsi="Times New Roman"/>
          <w:color w:val="000000"/>
          <w:sz w:val="24"/>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4F62FA9C" w14:textId="77777777" w:rsidR="00BB7497" w:rsidRPr="00B5589A" w:rsidRDefault="00BB7497" w:rsidP="00BB7497">
      <w:pPr>
        <w:tabs>
          <w:tab w:val="left" w:pos="180"/>
        </w:tabs>
        <w:autoSpaceDE w:val="0"/>
        <w:autoSpaceDN w:val="0"/>
        <w:spacing w:before="70" w:after="0" w:line="262" w:lineRule="auto"/>
        <w:ind w:right="1152"/>
        <w:rPr>
          <w:lang w:val="ru-RU"/>
        </w:rPr>
      </w:pPr>
      <w:r w:rsidRPr="00B5589A">
        <w:rPr>
          <w:lang w:val="ru-RU"/>
        </w:rPr>
        <w:tab/>
      </w:r>
      <w:r w:rsidRPr="00B5589A">
        <w:rPr>
          <w:rFonts w:ascii="Times New Roman" w:eastAsia="Times New Roman" w:hAnsi="Times New Roman"/>
          <w:color w:val="000000"/>
          <w:sz w:val="24"/>
          <w:lang w:val="ru-RU"/>
        </w:rPr>
        <w:t>Осваивать и развивать умения вести эстетическое наблюдение явлений природы, а также потребность в таком наблюдении.</w:t>
      </w:r>
    </w:p>
    <w:p w14:paraId="2335119C" w14:textId="77777777" w:rsidR="00BB7497" w:rsidRPr="00B5589A" w:rsidRDefault="00BB7497" w:rsidP="00BB7497">
      <w:pPr>
        <w:autoSpaceDE w:val="0"/>
        <w:autoSpaceDN w:val="0"/>
        <w:spacing w:before="72" w:after="0" w:line="271" w:lineRule="auto"/>
        <w:ind w:right="432" w:firstLine="180"/>
        <w:rPr>
          <w:lang w:val="ru-RU"/>
        </w:rPr>
      </w:pPr>
      <w:r w:rsidRPr="00B5589A">
        <w:rPr>
          <w:rFonts w:ascii="Times New Roman" w:eastAsia="Times New Roman" w:hAnsi="Times New Roman"/>
          <w:color w:val="000000"/>
          <w:sz w:val="24"/>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45F14678" w14:textId="77777777" w:rsidR="00BB7497" w:rsidRPr="00B5589A" w:rsidRDefault="00BB7497" w:rsidP="00BB7497">
      <w:pPr>
        <w:autoSpaceDE w:val="0"/>
        <w:autoSpaceDN w:val="0"/>
        <w:spacing w:before="70" w:after="0"/>
        <w:ind w:right="144" w:firstLine="180"/>
        <w:rPr>
          <w:lang w:val="ru-RU"/>
        </w:rPr>
      </w:pPr>
      <w:r w:rsidRPr="00B5589A">
        <w:rPr>
          <w:rFonts w:ascii="Times New Roman" w:eastAsia="Times New Roman" w:hAnsi="Times New Roman"/>
          <w:color w:val="000000"/>
          <w:sz w:val="24"/>
          <w:lang w:val="ru-RU"/>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5429374B" w14:textId="77777777" w:rsidR="00BB7497" w:rsidRPr="00B5589A" w:rsidRDefault="00BB7497" w:rsidP="00BB7497">
      <w:pPr>
        <w:autoSpaceDE w:val="0"/>
        <w:autoSpaceDN w:val="0"/>
        <w:spacing w:before="70" w:after="0" w:line="271" w:lineRule="auto"/>
        <w:ind w:firstLine="180"/>
        <w:rPr>
          <w:lang w:val="ru-RU"/>
        </w:rPr>
      </w:pPr>
      <w:r w:rsidRPr="00B5589A">
        <w:rPr>
          <w:rFonts w:ascii="Times New Roman" w:eastAsia="Times New Roman" w:hAnsi="Times New Roman"/>
          <w:color w:val="000000"/>
          <w:sz w:val="24"/>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4C3B1FF2" w14:textId="77777777" w:rsidR="00BB7497" w:rsidRPr="00B5589A" w:rsidRDefault="00BB7497" w:rsidP="00BB7497">
      <w:pPr>
        <w:autoSpaceDE w:val="0"/>
        <w:autoSpaceDN w:val="0"/>
        <w:spacing w:before="70" w:after="0" w:line="271" w:lineRule="auto"/>
        <w:ind w:firstLine="180"/>
        <w:rPr>
          <w:lang w:val="ru-RU"/>
        </w:rPr>
      </w:pPr>
      <w:r w:rsidRPr="00B5589A">
        <w:rPr>
          <w:rFonts w:ascii="Times New Roman" w:eastAsia="Times New Roman" w:hAnsi="Times New Roman"/>
          <w:color w:val="000000"/>
          <w:sz w:val="24"/>
          <w:lang w:val="ru-RU"/>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13456FBE" w14:textId="77777777" w:rsidR="00BB7497" w:rsidRPr="00B5589A" w:rsidRDefault="00BB7497" w:rsidP="00BB7497">
      <w:pPr>
        <w:autoSpaceDE w:val="0"/>
        <w:autoSpaceDN w:val="0"/>
        <w:spacing w:before="190" w:after="0" w:line="262" w:lineRule="auto"/>
        <w:ind w:left="180" w:right="720"/>
        <w:rPr>
          <w:lang w:val="ru-RU"/>
        </w:rPr>
      </w:pPr>
      <w:r w:rsidRPr="00B5589A">
        <w:rPr>
          <w:rFonts w:ascii="Times New Roman" w:eastAsia="Times New Roman" w:hAnsi="Times New Roman"/>
          <w:b/>
          <w:color w:val="000000"/>
          <w:sz w:val="24"/>
          <w:lang w:val="ru-RU"/>
        </w:rPr>
        <w:t>Модуль «Азбука цифровой графики»</w:t>
      </w:r>
      <w:r w:rsidRPr="00B5589A">
        <w:rPr>
          <w:lang w:val="ru-RU"/>
        </w:rPr>
        <w:br/>
      </w:r>
      <w:r w:rsidRPr="00B5589A">
        <w:rPr>
          <w:rFonts w:ascii="Times New Roman" w:eastAsia="Times New Roman" w:hAnsi="Times New Roman"/>
          <w:color w:val="000000"/>
          <w:sz w:val="24"/>
          <w:lang w:val="ru-RU"/>
        </w:rPr>
        <w:t xml:space="preserve">Осваивать возможности изображения с помощью разных видов линий в программе </w:t>
      </w:r>
      <w:r>
        <w:rPr>
          <w:rFonts w:ascii="Times New Roman" w:eastAsia="Times New Roman" w:hAnsi="Times New Roman"/>
          <w:color w:val="000000"/>
          <w:sz w:val="24"/>
        </w:rPr>
        <w:t>Paint</w:t>
      </w:r>
      <w:r w:rsidRPr="00B5589A">
        <w:rPr>
          <w:rFonts w:ascii="Times New Roman" w:eastAsia="Times New Roman" w:hAnsi="Times New Roman"/>
          <w:color w:val="000000"/>
          <w:sz w:val="24"/>
          <w:lang w:val="ru-RU"/>
        </w:rPr>
        <w:t xml:space="preserve"> (или</w:t>
      </w:r>
      <w:r w:rsidRPr="0048644E">
        <w:rPr>
          <w:rFonts w:ascii="Times New Roman" w:eastAsia="Times New Roman" w:hAnsi="Times New Roman"/>
          <w:color w:val="000000"/>
          <w:sz w:val="24"/>
          <w:lang w:val="ru-RU"/>
        </w:rPr>
        <w:t xml:space="preserve"> </w:t>
      </w:r>
      <w:r w:rsidRPr="00B5589A">
        <w:rPr>
          <w:rFonts w:ascii="Times New Roman" w:eastAsia="Times New Roman" w:hAnsi="Times New Roman"/>
          <w:color w:val="000000"/>
          <w:sz w:val="24"/>
          <w:lang w:val="ru-RU"/>
        </w:rPr>
        <w:t>другом графическом редакторе).</w:t>
      </w:r>
    </w:p>
    <w:p w14:paraId="69DC83EB" w14:textId="77777777" w:rsidR="00BB7497" w:rsidRPr="00B5589A" w:rsidRDefault="00BB7497" w:rsidP="00BB7497">
      <w:pPr>
        <w:tabs>
          <w:tab w:val="left" w:pos="180"/>
        </w:tabs>
        <w:autoSpaceDE w:val="0"/>
        <w:autoSpaceDN w:val="0"/>
        <w:spacing w:before="70" w:after="0" w:line="262" w:lineRule="auto"/>
        <w:rPr>
          <w:lang w:val="ru-RU"/>
        </w:rPr>
      </w:pPr>
      <w:r w:rsidRPr="00B5589A">
        <w:rPr>
          <w:lang w:val="ru-RU"/>
        </w:rPr>
        <w:tab/>
      </w:r>
      <w:r w:rsidRPr="00B5589A">
        <w:rPr>
          <w:rFonts w:ascii="Times New Roman" w:eastAsia="Times New Roman" w:hAnsi="Times New Roman"/>
          <w:color w:val="000000"/>
          <w:sz w:val="24"/>
          <w:lang w:val="ru-RU"/>
        </w:rPr>
        <w:t xml:space="preserve">Осваивать приёмы трансформации и копирования геометрических фигур в программе </w:t>
      </w:r>
      <w:r>
        <w:rPr>
          <w:rFonts w:ascii="Times New Roman" w:eastAsia="Times New Roman" w:hAnsi="Times New Roman"/>
          <w:color w:val="000000"/>
          <w:sz w:val="24"/>
        </w:rPr>
        <w:t>Paint</w:t>
      </w:r>
      <w:r w:rsidRPr="00B5589A">
        <w:rPr>
          <w:rFonts w:ascii="Times New Roman" w:eastAsia="Times New Roman" w:hAnsi="Times New Roman"/>
          <w:color w:val="000000"/>
          <w:sz w:val="24"/>
          <w:lang w:val="ru-RU"/>
        </w:rPr>
        <w:t>, а также построения из них простых рисунков или орнаментов.</w:t>
      </w:r>
    </w:p>
    <w:p w14:paraId="4BBDBB8B" w14:textId="77777777" w:rsidR="00BB7497" w:rsidRPr="00B5589A" w:rsidRDefault="00BB7497" w:rsidP="00BB7497">
      <w:pPr>
        <w:autoSpaceDE w:val="0"/>
        <w:autoSpaceDN w:val="0"/>
        <w:spacing w:before="70" w:after="0" w:line="271" w:lineRule="auto"/>
        <w:ind w:right="288" w:firstLine="180"/>
        <w:jc w:val="both"/>
        <w:rPr>
          <w:lang w:val="ru-RU"/>
        </w:rPr>
      </w:pPr>
      <w:r w:rsidRPr="00B5589A">
        <w:rPr>
          <w:rFonts w:ascii="Times New Roman" w:eastAsia="Times New Roman" w:hAnsi="Times New Roman"/>
          <w:color w:val="000000"/>
          <w:sz w:val="24"/>
          <w:lang w:val="ru-RU"/>
        </w:rPr>
        <w:t xml:space="preserve">Осваивать в компьютерном редакторе (например, </w:t>
      </w:r>
      <w:r>
        <w:rPr>
          <w:rFonts w:ascii="Times New Roman" w:eastAsia="Times New Roman" w:hAnsi="Times New Roman"/>
          <w:color w:val="000000"/>
          <w:sz w:val="24"/>
        </w:rPr>
        <w:t>Paint</w:t>
      </w:r>
      <w:r w:rsidRPr="00B5589A">
        <w:rPr>
          <w:rFonts w:ascii="Times New Roman" w:eastAsia="Times New Roman" w:hAnsi="Times New Roman"/>
          <w:color w:val="000000"/>
          <w:sz w:val="24"/>
          <w:lang w:val="ru-RU"/>
        </w:rPr>
        <w:t>) инструменты и техники — карандаш, кисточка, ластик, заливка и др. — и создавать простые рисунки или композиции (например, образ дерева).</w:t>
      </w:r>
    </w:p>
    <w:p w14:paraId="48D08FEC" w14:textId="77777777" w:rsidR="00BB7497" w:rsidRPr="00B5589A" w:rsidRDefault="00BB7497" w:rsidP="00BB7497">
      <w:pPr>
        <w:tabs>
          <w:tab w:val="left" w:pos="180"/>
        </w:tabs>
        <w:autoSpaceDE w:val="0"/>
        <w:autoSpaceDN w:val="0"/>
        <w:spacing w:before="70" w:after="0" w:line="262" w:lineRule="auto"/>
        <w:ind w:right="432"/>
        <w:rPr>
          <w:lang w:val="ru-RU"/>
        </w:rPr>
      </w:pPr>
      <w:r w:rsidRPr="00B5589A">
        <w:rPr>
          <w:lang w:val="ru-RU"/>
        </w:rPr>
        <w:tab/>
      </w:r>
      <w:r w:rsidRPr="00B5589A">
        <w:rPr>
          <w:rFonts w:ascii="Times New Roman" w:eastAsia="Times New Roman" w:hAnsi="Times New Roman"/>
          <w:color w:val="000000"/>
          <w:sz w:val="24"/>
          <w:lang w:val="ru-RU"/>
        </w:rPr>
        <w:t>Осваивать композиционное построение кадра при фотографировании: расположение объекта в кадре, масштаб, доминанта.</w:t>
      </w:r>
    </w:p>
    <w:p w14:paraId="042E3511" w14:textId="77777777" w:rsidR="00BB7497" w:rsidRPr="00B5589A" w:rsidRDefault="00BB7497" w:rsidP="00BB7497">
      <w:pPr>
        <w:autoSpaceDE w:val="0"/>
        <w:autoSpaceDN w:val="0"/>
        <w:spacing w:before="70" w:after="0" w:line="230" w:lineRule="auto"/>
        <w:ind w:left="180"/>
        <w:rPr>
          <w:lang w:val="ru-RU"/>
        </w:rPr>
      </w:pPr>
      <w:r w:rsidRPr="00B5589A">
        <w:rPr>
          <w:rFonts w:ascii="Times New Roman" w:eastAsia="Times New Roman" w:hAnsi="Times New Roman"/>
          <w:color w:val="000000"/>
          <w:sz w:val="24"/>
          <w:lang w:val="ru-RU"/>
        </w:rPr>
        <w:t>Участвовать в обсуждении композиционного построения кадра в фотографии.</w:t>
      </w:r>
    </w:p>
    <w:p w14:paraId="2156D839" w14:textId="44DF22CC" w:rsidR="00BB7497" w:rsidRDefault="00BB7497">
      <w:pPr>
        <w:rPr>
          <w:rFonts w:ascii="Times New Roman" w:hAnsi="Times New Roman" w:cs="Times New Roman"/>
          <w:b/>
          <w:lang w:val="ru-RU"/>
        </w:rPr>
      </w:pPr>
    </w:p>
    <w:p w14:paraId="3F46B5FD" w14:textId="2CC327A8" w:rsidR="00BB7497" w:rsidRDefault="00BB7497">
      <w:pPr>
        <w:rPr>
          <w:rFonts w:ascii="Times New Roman" w:hAnsi="Times New Roman" w:cs="Times New Roman"/>
          <w:b/>
          <w:lang w:val="ru-RU"/>
        </w:rPr>
      </w:pPr>
      <w:r>
        <w:rPr>
          <w:rFonts w:ascii="Times New Roman" w:hAnsi="Times New Roman" w:cs="Times New Roman"/>
          <w:b/>
          <w:lang w:val="ru-RU"/>
        </w:rPr>
        <w:t>3 класс</w:t>
      </w:r>
    </w:p>
    <w:p w14:paraId="55D51E76" w14:textId="5215245D" w:rsidR="00BB7497" w:rsidRDefault="00BB7497">
      <w:pPr>
        <w:rPr>
          <w:rFonts w:ascii="Times New Roman" w:hAnsi="Times New Roman" w:cs="Times New Roman"/>
          <w:b/>
          <w:lang w:val="ru-RU"/>
        </w:rPr>
      </w:pPr>
    </w:p>
    <w:p w14:paraId="4AE13554" w14:textId="77777777" w:rsidR="00BB7497" w:rsidRPr="00BB7497" w:rsidRDefault="00BB7497" w:rsidP="00BB7497">
      <w:pPr>
        <w:autoSpaceDE w:val="0"/>
        <w:autoSpaceDN w:val="0"/>
        <w:spacing w:before="190" w:after="0" w:line="262" w:lineRule="auto"/>
        <w:ind w:left="180" w:right="144"/>
        <w:rPr>
          <w:lang w:val="ru-RU"/>
        </w:rPr>
      </w:pPr>
      <w:r w:rsidRPr="00BB7497">
        <w:rPr>
          <w:rFonts w:ascii="Times New Roman" w:eastAsia="Times New Roman" w:hAnsi="Times New Roman"/>
          <w:b/>
          <w:color w:val="000000"/>
          <w:sz w:val="24"/>
          <w:lang w:val="ru-RU"/>
        </w:rPr>
        <w:t>Модуль «Графика»</w:t>
      </w:r>
      <w:r w:rsidRPr="00BB7497">
        <w:rPr>
          <w:lang w:val="ru-RU"/>
        </w:rPr>
        <w:br/>
      </w:r>
      <w:r w:rsidRPr="00BB7497">
        <w:rPr>
          <w:rFonts w:ascii="Times New Roman" w:eastAsia="Times New Roman" w:hAnsi="Times New Roman"/>
          <w:color w:val="000000"/>
          <w:sz w:val="24"/>
          <w:lang w:val="ru-RU"/>
        </w:rPr>
        <w:t>Приобретать представление о художественном оформлении книги, о дизайне книги, многообразии</w:t>
      </w:r>
    </w:p>
    <w:p w14:paraId="3CC7B759" w14:textId="77777777" w:rsidR="00BB7497" w:rsidRPr="00BB7497" w:rsidRDefault="00BB7497" w:rsidP="00BB7497">
      <w:pPr>
        <w:rPr>
          <w:lang w:val="ru-RU"/>
        </w:rPr>
        <w:sectPr w:rsidR="00BB7497" w:rsidRPr="00BB7497">
          <w:pgSz w:w="11900" w:h="16840"/>
          <w:pgMar w:top="298" w:right="668" w:bottom="438" w:left="666" w:header="720" w:footer="720" w:gutter="0"/>
          <w:cols w:space="720" w:equalWidth="0">
            <w:col w:w="10566" w:space="0"/>
          </w:cols>
          <w:docGrid w:linePitch="360"/>
        </w:sectPr>
      </w:pPr>
    </w:p>
    <w:p w14:paraId="54D1B762" w14:textId="77777777" w:rsidR="00BB7497" w:rsidRPr="00BB7497" w:rsidRDefault="00BB7497" w:rsidP="00BB7497">
      <w:pPr>
        <w:autoSpaceDE w:val="0"/>
        <w:autoSpaceDN w:val="0"/>
        <w:spacing w:after="66" w:line="220" w:lineRule="exact"/>
        <w:rPr>
          <w:lang w:val="ru-RU"/>
        </w:rPr>
      </w:pPr>
    </w:p>
    <w:p w14:paraId="0C751394" w14:textId="77777777" w:rsidR="00BB7497" w:rsidRPr="00BB7497" w:rsidRDefault="00BB7497" w:rsidP="00BB7497">
      <w:pPr>
        <w:autoSpaceDE w:val="0"/>
        <w:autoSpaceDN w:val="0"/>
        <w:spacing w:after="0" w:line="230" w:lineRule="auto"/>
        <w:rPr>
          <w:lang w:val="ru-RU"/>
        </w:rPr>
      </w:pPr>
      <w:r w:rsidRPr="00BB7497">
        <w:rPr>
          <w:rFonts w:ascii="Times New Roman" w:eastAsia="Times New Roman" w:hAnsi="Times New Roman"/>
          <w:color w:val="000000"/>
          <w:sz w:val="24"/>
          <w:lang w:val="ru-RU"/>
        </w:rPr>
        <w:t>форм детских книг, о работе художников-иллюстраторов.</w:t>
      </w:r>
    </w:p>
    <w:p w14:paraId="027CDA9A" w14:textId="77777777" w:rsidR="00BB7497" w:rsidRPr="00BB7497" w:rsidRDefault="00BB7497" w:rsidP="00BB7497">
      <w:pPr>
        <w:autoSpaceDE w:val="0"/>
        <w:autoSpaceDN w:val="0"/>
        <w:spacing w:before="70" w:after="0" w:line="271" w:lineRule="auto"/>
        <w:ind w:right="288" w:firstLine="180"/>
        <w:rPr>
          <w:lang w:val="ru-RU"/>
        </w:rPr>
      </w:pPr>
      <w:r w:rsidRPr="00BB7497">
        <w:rPr>
          <w:rFonts w:ascii="Times New Roman" w:eastAsia="Times New Roman" w:hAnsi="Times New Roman"/>
          <w:color w:val="000000"/>
          <w:sz w:val="24"/>
          <w:lang w:val="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0ADB0484" w14:textId="77777777" w:rsidR="00BB7497" w:rsidRPr="00BB7497" w:rsidRDefault="00BB7497" w:rsidP="00BB7497">
      <w:pPr>
        <w:tabs>
          <w:tab w:val="left" w:pos="180"/>
        </w:tabs>
        <w:autoSpaceDE w:val="0"/>
        <w:autoSpaceDN w:val="0"/>
        <w:spacing w:before="70" w:after="0" w:line="262" w:lineRule="auto"/>
        <w:ind w:right="432"/>
        <w:rPr>
          <w:lang w:val="ru-RU"/>
        </w:rPr>
      </w:pPr>
      <w:r w:rsidRPr="00BB7497">
        <w:rPr>
          <w:lang w:val="ru-RU"/>
        </w:rPr>
        <w:tab/>
      </w:r>
      <w:r w:rsidRPr="00BB7497">
        <w:rPr>
          <w:rFonts w:ascii="Times New Roman" w:eastAsia="Times New Roman" w:hAnsi="Times New Roman"/>
          <w:color w:val="000000"/>
          <w:sz w:val="24"/>
          <w:lang w:val="ru-RU"/>
        </w:rPr>
        <w:t>Узнавать об искусстве шрифта и образных (изобразительных) возможностях надписи, о работе художника над шрифтовой композицией.</w:t>
      </w:r>
    </w:p>
    <w:p w14:paraId="0F48E2C6" w14:textId="77777777" w:rsidR="00BB7497" w:rsidRPr="00BB7497" w:rsidRDefault="00BB7497" w:rsidP="00BB7497">
      <w:pPr>
        <w:tabs>
          <w:tab w:val="left" w:pos="180"/>
        </w:tabs>
        <w:autoSpaceDE w:val="0"/>
        <w:autoSpaceDN w:val="0"/>
        <w:spacing w:before="70" w:after="0" w:line="262" w:lineRule="auto"/>
        <w:rPr>
          <w:lang w:val="ru-RU"/>
        </w:rPr>
      </w:pPr>
      <w:r w:rsidRPr="00BB7497">
        <w:rPr>
          <w:lang w:val="ru-RU"/>
        </w:rPr>
        <w:tab/>
      </w:r>
      <w:r w:rsidRPr="00BB7497">
        <w:rPr>
          <w:rFonts w:ascii="Times New Roman" w:eastAsia="Times New Roman" w:hAnsi="Times New Roman"/>
          <w:color w:val="000000"/>
          <w:sz w:val="24"/>
          <w:lang w:val="ru-RU"/>
        </w:rPr>
        <w:t>Создавать практическую творческую работу — поздравительную открытку, совмещая в ней шрифт и изображение.</w:t>
      </w:r>
    </w:p>
    <w:p w14:paraId="7A306D7B"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Узнавать о работе художников над плакатами и афишами.</w:t>
      </w:r>
    </w:p>
    <w:p w14:paraId="2EE4F50B" w14:textId="77777777" w:rsidR="00BB7497" w:rsidRPr="00BB7497" w:rsidRDefault="00BB7497" w:rsidP="00BB7497">
      <w:pPr>
        <w:autoSpaceDE w:val="0"/>
        <w:autoSpaceDN w:val="0"/>
        <w:spacing w:before="70" w:after="0" w:line="262" w:lineRule="auto"/>
        <w:ind w:left="180" w:right="864"/>
        <w:rPr>
          <w:lang w:val="ru-RU"/>
        </w:rPr>
      </w:pPr>
      <w:r w:rsidRPr="00BB7497">
        <w:rPr>
          <w:rFonts w:ascii="Times New Roman" w:eastAsia="Times New Roman" w:hAnsi="Times New Roman"/>
          <w:color w:val="000000"/>
          <w:sz w:val="24"/>
          <w:lang w:val="ru-RU"/>
        </w:rPr>
        <w:t>Выполнять творческую композицию — эскиз афиши к выбранному спектаклю или фильму. Узнавать основные пропорции лица человека, взаимное расположение частей лица.</w:t>
      </w:r>
    </w:p>
    <w:p w14:paraId="209971B4" w14:textId="77777777" w:rsidR="00BB7497" w:rsidRPr="00BB7497" w:rsidRDefault="00BB7497" w:rsidP="00BB7497">
      <w:pPr>
        <w:autoSpaceDE w:val="0"/>
        <w:autoSpaceDN w:val="0"/>
        <w:spacing w:before="72" w:after="0" w:line="230" w:lineRule="auto"/>
        <w:ind w:left="180"/>
        <w:rPr>
          <w:lang w:val="ru-RU"/>
        </w:rPr>
      </w:pPr>
      <w:r w:rsidRPr="00BB7497">
        <w:rPr>
          <w:rFonts w:ascii="Times New Roman" w:eastAsia="Times New Roman" w:hAnsi="Times New Roman"/>
          <w:color w:val="000000"/>
          <w:sz w:val="24"/>
          <w:lang w:val="ru-RU"/>
        </w:rPr>
        <w:t>Приобретать опыт рисования портрета (лица) человека.</w:t>
      </w:r>
    </w:p>
    <w:p w14:paraId="39ABBD8A" w14:textId="77777777" w:rsidR="00BB7497" w:rsidRPr="00BB7497" w:rsidRDefault="00BB7497" w:rsidP="00BB7497">
      <w:pPr>
        <w:tabs>
          <w:tab w:val="left" w:pos="180"/>
        </w:tabs>
        <w:autoSpaceDE w:val="0"/>
        <w:autoSpaceDN w:val="0"/>
        <w:spacing w:before="70" w:after="0" w:line="262" w:lineRule="auto"/>
        <w:ind w:right="288"/>
        <w:rPr>
          <w:lang w:val="ru-RU"/>
        </w:rPr>
      </w:pPr>
      <w:r w:rsidRPr="00BB7497">
        <w:rPr>
          <w:lang w:val="ru-RU"/>
        </w:rPr>
        <w:tab/>
      </w:r>
      <w:r w:rsidRPr="00BB7497">
        <w:rPr>
          <w:rFonts w:ascii="Times New Roman" w:eastAsia="Times New Roman" w:hAnsi="Times New Roman"/>
          <w:color w:val="000000"/>
          <w:sz w:val="24"/>
          <w:lang w:val="ru-RU"/>
        </w:rPr>
        <w:t>Создавать маску сказочного персонажа с ярко выраженным характером лица (для карнавала или спектакля).</w:t>
      </w:r>
    </w:p>
    <w:p w14:paraId="0C9324FD" w14:textId="77777777" w:rsidR="00BB7497" w:rsidRPr="00BB7497" w:rsidRDefault="00BB7497" w:rsidP="00BB7497">
      <w:pPr>
        <w:tabs>
          <w:tab w:val="left" w:pos="180"/>
        </w:tabs>
        <w:autoSpaceDE w:val="0"/>
        <w:autoSpaceDN w:val="0"/>
        <w:spacing w:before="190" w:after="0" w:line="271" w:lineRule="auto"/>
        <w:rPr>
          <w:lang w:val="ru-RU"/>
        </w:rPr>
      </w:pPr>
      <w:r w:rsidRPr="00BB7497">
        <w:rPr>
          <w:lang w:val="ru-RU"/>
        </w:rPr>
        <w:tab/>
      </w:r>
      <w:r w:rsidRPr="00BB7497">
        <w:rPr>
          <w:rFonts w:ascii="Times New Roman" w:eastAsia="Times New Roman" w:hAnsi="Times New Roman"/>
          <w:b/>
          <w:color w:val="000000"/>
          <w:sz w:val="24"/>
          <w:lang w:val="ru-RU"/>
        </w:rPr>
        <w:t>Модуль «Живопись»</w:t>
      </w:r>
      <w:r w:rsidRPr="00BB7497">
        <w:rPr>
          <w:lang w:val="ru-RU"/>
        </w:rPr>
        <w:br/>
      </w:r>
      <w:r w:rsidRPr="00BB7497">
        <w:rPr>
          <w:lang w:val="ru-RU"/>
        </w:rPr>
        <w:tab/>
      </w:r>
      <w:r w:rsidRPr="00BB7497">
        <w:rPr>
          <w:rFonts w:ascii="Times New Roman" w:eastAsia="Times New Roman" w:hAnsi="Times New Roman"/>
          <w:color w:val="000000"/>
          <w:sz w:val="24"/>
          <w:lang w:val="ru-RU"/>
        </w:rPr>
        <w:t>Осваивать приёмы создания живописной композиции (натюрморта) по наблюдению натуры или по представлению.</w:t>
      </w:r>
    </w:p>
    <w:p w14:paraId="03FEA6D3" w14:textId="77777777" w:rsidR="00BB7497" w:rsidRPr="00BB7497" w:rsidRDefault="00BB7497" w:rsidP="00BB7497">
      <w:pPr>
        <w:tabs>
          <w:tab w:val="left" w:pos="180"/>
        </w:tabs>
        <w:autoSpaceDE w:val="0"/>
        <w:autoSpaceDN w:val="0"/>
        <w:spacing w:before="70" w:after="0" w:line="262" w:lineRule="auto"/>
        <w:ind w:right="432"/>
        <w:rPr>
          <w:lang w:val="ru-RU"/>
        </w:rPr>
      </w:pPr>
      <w:r w:rsidRPr="00BB7497">
        <w:rPr>
          <w:lang w:val="ru-RU"/>
        </w:rPr>
        <w:tab/>
      </w:r>
      <w:r w:rsidRPr="00BB7497">
        <w:rPr>
          <w:rFonts w:ascii="Times New Roman" w:eastAsia="Times New Roman" w:hAnsi="Times New Roman"/>
          <w:color w:val="000000"/>
          <w:sz w:val="24"/>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5B52A6DF" w14:textId="77777777" w:rsidR="00BB7497" w:rsidRPr="00BB7497" w:rsidRDefault="00BB7497" w:rsidP="00BB7497">
      <w:pPr>
        <w:tabs>
          <w:tab w:val="left" w:pos="180"/>
        </w:tabs>
        <w:autoSpaceDE w:val="0"/>
        <w:autoSpaceDN w:val="0"/>
        <w:spacing w:before="70" w:after="0" w:line="262" w:lineRule="auto"/>
        <w:ind w:right="288"/>
        <w:rPr>
          <w:lang w:val="ru-RU"/>
        </w:rPr>
      </w:pPr>
      <w:r w:rsidRPr="00BB7497">
        <w:rPr>
          <w:lang w:val="ru-RU"/>
        </w:rPr>
        <w:tab/>
      </w:r>
      <w:r w:rsidRPr="00BB7497">
        <w:rPr>
          <w:rFonts w:ascii="Times New Roman" w:eastAsia="Times New Roman" w:hAnsi="Times New Roman"/>
          <w:color w:val="000000"/>
          <w:sz w:val="24"/>
          <w:lang w:val="ru-RU"/>
        </w:rPr>
        <w:t>Приобретать опыт создания творческой живописной работы — натюрморта с ярко выраженным настроением или «натюрморта-автопортрета».</w:t>
      </w:r>
    </w:p>
    <w:p w14:paraId="0CD89806"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Изображать красками портрет человека с опорой на натуру или по представлению.</w:t>
      </w:r>
    </w:p>
    <w:p w14:paraId="6C4CDDF1"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Создавать пейзаж, передавая в нём активное состояние природы.</w:t>
      </w:r>
    </w:p>
    <w:p w14:paraId="5BEB567E"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Приобрести представление о деятельности художника в театре.</w:t>
      </w:r>
    </w:p>
    <w:p w14:paraId="6E6207FF"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Создать красками эскиз занавеса или эскиз декораций к выбранному сюжету.</w:t>
      </w:r>
    </w:p>
    <w:p w14:paraId="41D9B4E0"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Познакомиться с работой художников по оформлению праздников.</w:t>
      </w:r>
    </w:p>
    <w:p w14:paraId="57FCDD4D" w14:textId="77777777" w:rsidR="00BB7497" w:rsidRPr="00BB7497" w:rsidRDefault="00BB7497" w:rsidP="00BB7497">
      <w:pPr>
        <w:tabs>
          <w:tab w:val="left" w:pos="180"/>
        </w:tabs>
        <w:autoSpaceDE w:val="0"/>
        <w:autoSpaceDN w:val="0"/>
        <w:spacing w:before="70" w:after="0" w:line="262" w:lineRule="auto"/>
        <w:rPr>
          <w:lang w:val="ru-RU"/>
        </w:rPr>
      </w:pPr>
      <w:r w:rsidRPr="00BB7497">
        <w:rPr>
          <w:lang w:val="ru-RU"/>
        </w:rPr>
        <w:tab/>
      </w:r>
      <w:r w:rsidRPr="00BB7497">
        <w:rPr>
          <w:rFonts w:ascii="Times New Roman" w:eastAsia="Times New Roman" w:hAnsi="Times New Roman"/>
          <w:color w:val="000000"/>
          <w:sz w:val="24"/>
          <w:lang w:val="ru-RU"/>
        </w:rPr>
        <w:t>Выполнить тематическую композицию «Праздник в городе» на основе наблюдений, по памяти и по представлению.</w:t>
      </w:r>
    </w:p>
    <w:p w14:paraId="1AC2AA57" w14:textId="77777777" w:rsidR="00BB7497" w:rsidRPr="00BB7497" w:rsidRDefault="00BB7497" w:rsidP="00BB7497">
      <w:pPr>
        <w:tabs>
          <w:tab w:val="left" w:pos="180"/>
        </w:tabs>
        <w:autoSpaceDE w:val="0"/>
        <w:autoSpaceDN w:val="0"/>
        <w:spacing w:before="190" w:after="0" w:line="271" w:lineRule="auto"/>
        <w:ind w:right="432"/>
        <w:rPr>
          <w:lang w:val="ru-RU"/>
        </w:rPr>
      </w:pPr>
      <w:r w:rsidRPr="00BB7497">
        <w:rPr>
          <w:lang w:val="ru-RU"/>
        </w:rPr>
        <w:tab/>
      </w:r>
      <w:r w:rsidRPr="00BB7497">
        <w:rPr>
          <w:rFonts w:ascii="Times New Roman" w:eastAsia="Times New Roman" w:hAnsi="Times New Roman"/>
          <w:b/>
          <w:color w:val="000000"/>
          <w:sz w:val="24"/>
          <w:lang w:val="ru-RU"/>
        </w:rPr>
        <w:t>Модуль «Скульптура»</w:t>
      </w:r>
      <w:r w:rsidRPr="00BB7497">
        <w:rPr>
          <w:lang w:val="ru-RU"/>
        </w:rPr>
        <w:br/>
      </w:r>
      <w:r w:rsidRPr="00BB7497">
        <w:rPr>
          <w:lang w:val="ru-RU"/>
        </w:rPr>
        <w:tab/>
      </w:r>
      <w:r w:rsidRPr="00BB7497">
        <w:rPr>
          <w:rFonts w:ascii="Times New Roman" w:eastAsia="Times New Roman" w:hAnsi="Times New Roman"/>
          <w:color w:val="000000"/>
          <w:sz w:val="24"/>
          <w:lang w:val="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390D9D81" w14:textId="77777777" w:rsidR="00BB7497" w:rsidRPr="00BB7497" w:rsidRDefault="00BB7497" w:rsidP="00BB7497">
      <w:pPr>
        <w:tabs>
          <w:tab w:val="left" w:pos="180"/>
        </w:tabs>
        <w:autoSpaceDE w:val="0"/>
        <w:autoSpaceDN w:val="0"/>
        <w:spacing w:before="72" w:after="0" w:line="262" w:lineRule="auto"/>
        <w:ind w:right="144"/>
        <w:rPr>
          <w:lang w:val="ru-RU"/>
        </w:rPr>
      </w:pPr>
      <w:r w:rsidRPr="00BB7497">
        <w:rPr>
          <w:lang w:val="ru-RU"/>
        </w:rPr>
        <w:tab/>
      </w:r>
      <w:r w:rsidRPr="00BB7497">
        <w:rPr>
          <w:rFonts w:ascii="Times New Roman" w:eastAsia="Times New Roman" w:hAnsi="Times New Roman"/>
          <w:color w:val="000000"/>
          <w:sz w:val="24"/>
          <w:lang w:val="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5A6025CB" w14:textId="77777777" w:rsidR="00BB7497" w:rsidRPr="00BB7497" w:rsidRDefault="00BB7497" w:rsidP="00BB7497">
      <w:pPr>
        <w:tabs>
          <w:tab w:val="left" w:pos="180"/>
        </w:tabs>
        <w:autoSpaceDE w:val="0"/>
        <w:autoSpaceDN w:val="0"/>
        <w:spacing w:before="70" w:after="0" w:line="262" w:lineRule="auto"/>
        <w:ind w:right="288"/>
        <w:rPr>
          <w:lang w:val="ru-RU"/>
        </w:rPr>
      </w:pPr>
      <w:r w:rsidRPr="00BB7497">
        <w:rPr>
          <w:lang w:val="ru-RU"/>
        </w:rPr>
        <w:tab/>
      </w:r>
      <w:r w:rsidRPr="00BB7497">
        <w:rPr>
          <w:rFonts w:ascii="Times New Roman" w:eastAsia="Times New Roman" w:hAnsi="Times New Roman"/>
          <w:color w:val="000000"/>
          <w:sz w:val="24"/>
          <w:lang w:val="ru-RU"/>
        </w:rPr>
        <w:t>Узнавать о видах скульптуры: скульптурные памятники, парковая скульптура, мелкая пластика, рельеф (виды рельефа).</w:t>
      </w:r>
    </w:p>
    <w:p w14:paraId="3596C4F9"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Приобретать опыт лепки эскиза парковой скульптуры.</w:t>
      </w:r>
    </w:p>
    <w:p w14:paraId="740F5155" w14:textId="77777777" w:rsidR="00BB7497" w:rsidRPr="00BB7497" w:rsidRDefault="00BB7497" w:rsidP="00BB7497">
      <w:pPr>
        <w:tabs>
          <w:tab w:val="left" w:pos="180"/>
        </w:tabs>
        <w:autoSpaceDE w:val="0"/>
        <w:autoSpaceDN w:val="0"/>
        <w:spacing w:before="190" w:after="0" w:line="271" w:lineRule="auto"/>
        <w:rPr>
          <w:lang w:val="ru-RU"/>
        </w:rPr>
      </w:pPr>
      <w:r w:rsidRPr="00BB7497">
        <w:rPr>
          <w:lang w:val="ru-RU"/>
        </w:rPr>
        <w:tab/>
      </w:r>
      <w:r w:rsidRPr="00BB7497">
        <w:rPr>
          <w:rFonts w:ascii="Times New Roman" w:eastAsia="Times New Roman" w:hAnsi="Times New Roman"/>
          <w:b/>
          <w:color w:val="000000"/>
          <w:sz w:val="24"/>
          <w:lang w:val="ru-RU"/>
        </w:rPr>
        <w:t>Модуль «Декоративно-прикладное искусство»</w:t>
      </w:r>
      <w:r w:rsidRPr="00BB7497">
        <w:rPr>
          <w:lang w:val="ru-RU"/>
        </w:rPr>
        <w:br/>
      </w:r>
      <w:r w:rsidRPr="00BB7497">
        <w:rPr>
          <w:lang w:val="ru-RU"/>
        </w:rPr>
        <w:tab/>
      </w:r>
      <w:r w:rsidRPr="00BB7497">
        <w:rPr>
          <w:rFonts w:ascii="Times New Roman" w:eastAsia="Times New Roman" w:hAnsi="Times New Roman"/>
          <w:color w:val="000000"/>
          <w:sz w:val="24"/>
          <w:lang w:val="ru-RU"/>
        </w:rPr>
        <w:t>Узнавать о создании глиняной и деревянной посуды: народные художественные промыслы Гжель и Хохлома.</w:t>
      </w:r>
    </w:p>
    <w:p w14:paraId="0AB011A8" w14:textId="77777777" w:rsidR="00BB7497" w:rsidRPr="00BB7497" w:rsidRDefault="00BB7497" w:rsidP="00BB7497">
      <w:pPr>
        <w:autoSpaceDE w:val="0"/>
        <w:autoSpaceDN w:val="0"/>
        <w:spacing w:before="70" w:after="0" w:line="271" w:lineRule="auto"/>
        <w:ind w:right="288" w:firstLine="180"/>
        <w:rPr>
          <w:lang w:val="ru-RU"/>
        </w:rPr>
      </w:pPr>
      <w:r w:rsidRPr="00BB7497">
        <w:rPr>
          <w:rFonts w:ascii="Times New Roman" w:eastAsia="Times New Roman" w:hAnsi="Times New Roman"/>
          <w:color w:val="000000"/>
          <w:sz w:val="24"/>
          <w:lang w:val="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1FA2238A" w14:textId="77777777" w:rsidR="00BB7497" w:rsidRPr="00BB7497" w:rsidRDefault="00BB7497" w:rsidP="00BB7497">
      <w:pPr>
        <w:tabs>
          <w:tab w:val="left" w:pos="180"/>
        </w:tabs>
        <w:autoSpaceDE w:val="0"/>
        <w:autoSpaceDN w:val="0"/>
        <w:spacing w:before="70" w:after="0" w:line="262" w:lineRule="auto"/>
        <w:ind w:right="1008"/>
        <w:rPr>
          <w:lang w:val="ru-RU"/>
        </w:rPr>
      </w:pPr>
      <w:r w:rsidRPr="00BB7497">
        <w:rPr>
          <w:lang w:val="ru-RU"/>
        </w:rPr>
        <w:tab/>
      </w:r>
      <w:r w:rsidRPr="00BB7497">
        <w:rPr>
          <w:rFonts w:ascii="Times New Roman" w:eastAsia="Times New Roman" w:hAnsi="Times New Roman"/>
          <w:color w:val="000000"/>
          <w:sz w:val="24"/>
          <w:lang w:val="ru-RU"/>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2A3A1FE1"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Осваивать навыки создания орнаментов при помощи штампов и трафаретов.</w:t>
      </w:r>
    </w:p>
    <w:p w14:paraId="12E5BDCD" w14:textId="77777777" w:rsidR="00BB7497" w:rsidRPr="00BB7497" w:rsidRDefault="00BB7497" w:rsidP="00BB7497">
      <w:pPr>
        <w:rPr>
          <w:lang w:val="ru-RU"/>
        </w:rPr>
        <w:sectPr w:rsidR="00BB7497" w:rsidRPr="00BB7497">
          <w:pgSz w:w="11900" w:h="16840"/>
          <w:pgMar w:top="286" w:right="742" w:bottom="428" w:left="666" w:header="720" w:footer="720" w:gutter="0"/>
          <w:cols w:space="720" w:equalWidth="0">
            <w:col w:w="10492" w:space="0"/>
          </w:cols>
          <w:docGrid w:linePitch="360"/>
        </w:sectPr>
      </w:pPr>
    </w:p>
    <w:p w14:paraId="12AF2AC1" w14:textId="77777777" w:rsidR="00BB7497" w:rsidRPr="00BB7497" w:rsidRDefault="00BB7497" w:rsidP="00BB7497">
      <w:pPr>
        <w:autoSpaceDE w:val="0"/>
        <w:autoSpaceDN w:val="0"/>
        <w:spacing w:after="78" w:line="220" w:lineRule="exact"/>
        <w:rPr>
          <w:lang w:val="ru-RU"/>
        </w:rPr>
      </w:pPr>
    </w:p>
    <w:p w14:paraId="6507FA50" w14:textId="77777777" w:rsidR="00BB7497" w:rsidRPr="00BB7497" w:rsidRDefault="00BB7497" w:rsidP="00BB7497">
      <w:pPr>
        <w:tabs>
          <w:tab w:val="left" w:pos="180"/>
        </w:tabs>
        <w:autoSpaceDE w:val="0"/>
        <w:autoSpaceDN w:val="0"/>
        <w:spacing w:after="0" w:line="262" w:lineRule="auto"/>
        <w:ind w:right="432"/>
        <w:rPr>
          <w:lang w:val="ru-RU"/>
        </w:rPr>
      </w:pPr>
      <w:r w:rsidRPr="00BB7497">
        <w:rPr>
          <w:lang w:val="ru-RU"/>
        </w:rPr>
        <w:tab/>
      </w:r>
      <w:r w:rsidRPr="00BB7497">
        <w:rPr>
          <w:rFonts w:ascii="Times New Roman" w:eastAsia="Times New Roman" w:hAnsi="Times New Roman"/>
          <w:color w:val="000000"/>
          <w:sz w:val="24"/>
          <w:lang w:val="ru-RU"/>
        </w:rPr>
        <w:t>Получить опыт создания композиции орнамента в квадрате (в качестве эскиза росписи женского платка).</w:t>
      </w:r>
    </w:p>
    <w:p w14:paraId="7E1AC4D9" w14:textId="77777777" w:rsidR="00BB7497" w:rsidRPr="00BB7497" w:rsidRDefault="00BB7497" w:rsidP="00BB7497">
      <w:pPr>
        <w:tabs>
          <w:tab w:val="left" w:pos="180"/>
        </w:tabs>
        <w:autoSpaceDE w:val="0"/>
        <w:autoSpaceDN w:val="0"/>
        <w:spacing w:before="190" w:after="0" w:line="271" w:lineRule="auto"/>
        <w:rPr>
          <w:lang w:val="ru-RU"/>
        </w:rPr>
      </w:pPr>
      <w:r w:rsidRPr="00BB7497">
        <w:rPr>
          <w:lang w:val="ru-RU"/>
        </w:rPr>
        <w:tab/>
      </w:r>
      <w:r w:rsidRPr="00BB7497">
        <w:rPr>
          <w:rFonts w:ascii="Times New Roman" w:eastAsia="Times New Roman" w:hAnsi="Times New Roman"/>
          <w:b/>
          <w:color w:val="000000"/>
          <w:sz w:val="24"/>
          <w:lang w:val="ru-RU"/>
        </w:rPr>
        <w:t>Модуль «Архитектура»</w:t>
      </w:r>
      <w:r w:rsidRPr="00BB7497">
        <w:rPr>
          <w:lang w:val="ru-RU"/>
        </w:rPr>
        <w:br/>
      </w:r>
      <w:r w:rsidRPr="00BB7497">
        <w:rPr>
          <w:lang w:val="ru-RU"/>
        </w:rPr>
        <w:tab/>
      </w:r>
      <w:r w:rsidRPr="00BB7497">
        <w:rPr>
          <w:rFonts w:ascii="Times New Roman" w:eastAsia="Times New Roman" w:hAnsi="Times New Roman"/>
          <w:color w:val="000000"/>
          <w:sz w:val="24"/>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3FEA759" w14:textId="77777777" w:rsidR="00BB7497" w:rsidRPr="00BB7497" w:rsidRDefault="00BB7497" w:rsidP="00BB7497">
      <w:pPr>
        <w:tabs>
          <w:tab w:val="left" w:pos="180"/>
        </w:tabs>
        <w:autoSpaceDE w:val="0"/>
        <w:autoSpaceDN w:val="0"/>
        <w:spacing w:before="70" w:after="0" w:line="262" w:lineRule="auto"/>
        <w:ind w:right="144"/>
        <w:rPr>
          <w:lang w:val="ru-RU"/>
        </w:rPr>
      </w:pPr>
      <w:r w:rsidRPr="00BB7497">
        <w:rPr>
          <w:lang w:val="ru-RU"/>
        </w:rPr>
        <w:tab/>
      </w:r>
      <w:r w:rsidRPr="00BB7497">
        <w:rPr>
          <w:rFonts w:ascii="Times New Roman" w:eastAsia="Times New Roman" w:hAnsi="Times New Roman"/>
          <w:color w:val="000000"/>
          <w:sz w:val="24"/>
          <w:lang w:val="ru-RU"/>
        </w:rPr>
        <w:t>Создать эскиз макета паркового пространства или участвовать в коллективной работе по созданию такого макета.</w:t>
      </w:r>
    </w:p>
    <w:p w14:paraId="3B66FE8A" w14:textId="77777777" w:rsidR="00BB7497" w:rsidRPr="00BB7497" w:rsidRDefault="00BB7497" w:rsidP="00BB7497">
      <w:pPr>
        <w:tabs>
          <w:tab w:val="left" w:pos="180"/>
        </w:tabs>
        <w:autoSpaceDE w:val="0"/>
        <w:autoSpaceDN w:val="0"/>
        <w:spacing w:before="70" w:after="0" w:line="262" w:lineRule="auto"/>
        <w:ind w:right="720"/>
        <w:rPr>
          <w:lang w:val="ru-RU"/>
        </w:rPr>
      </w:pPr>
      <w:r w:rsidRPr="00BB7497">
        <w:rPr>
          <w:lang w:val="ru-RU"/>
        </w:rPr>
        <w:tab/>
      </w:r>
      <w:r w:rsidRPr="00BB7497">
        <w:rPr>
          <w:rFonts w:ascii="Times New Roman" w:eastAsia="Times New Roman" w:hAnsi="Times New Roman"/>
          <w:color w:val="000000"/>
          <w:sz w:val="24"/>
          <w:lang w:val="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793FBB9C" w14:textId="77777777" w:rsidR="00BB7497" w:rsidRPr="00BB7497" w:rsidRDefault="00BB7497" w:rsidP="00BB7497">
      <w:pPr>
        <w:autoSpaceDE w:val="0"/>
        <w:autoSpaceDN w:val="0"/>
        <w:spacing w:before="72" w:after="0" w:line="230" w:lineRule="auto"/>
        <w:ind w:left="180"/>
        <w:rPr>
          <w:lang w:val="ru-RU"/>
        </w:rPr>
      </w:pPr>
      <w:r w:rsidRPr="00BB7497">
        <w:rPr>
          <w:rFonts w:ascii="Times New Roman" w:eastAsia="Times New Roman" w:hAnsi="Times New Roman"/>
          <w:color w:val="000000"/>
          <w:sz w:val="24"/>
          <w:lang w:val="ru-RU"/>
        </w:rPr>
        <w:t>Придумать и нарисовать (или выполнить в технике бумагопластики) транспортное средство.</w:t>
      </w:r>
    </w:p>
    <w:p w14:paraId="1D0D5AD1" w14:textId="77777777" w:rsidR="00BB7497" w:rsidRPr="00BB7497" w:rsidRDefault="00BB7497" w:rsidP="00BB7497">
      <w:pPr>
        <w:tabs>
          <w:tab w:val="left" w:pos="180"/>
        </w:tabs>
        <w:autoSpaceDE w:val="0"/>
        <w:autoSpaceDN w:val="0"/>
        <w:spacing w:before="72" w:after="0" w:line="262" w:lineRule="auto"/>
        <w:ind w:right="1008"/>
        <w:rPr>
          <w:lang w:val="ru-RU"/>
        </w:rPr>
      </w:pPr>
      <w:r w:rsidRPr="00BB7497">
        <w:rPr>
          <w:lang w:val="ru-RU"/>
        </w:rPr>
        <w:tab/>
      </w:r>
      <w:r w:rsidRPr="00BB7497">
        <w:rPr>
          <w:rFonts w:ascii="Times New Roman" w:eastAsia="Times New Roman" w:hAnsi="Times New Roman"/>
          <w:color w:val="000000"/>
          <w:sz w:val="24"/>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2461C33E" w14:textId="77777777" w:rsidR="00BB7497" w:rsidRPr="00BB7497" w:rsidRDefault="00BB7497" w:rsidP="00BB7497">
      <w:pPr>
        <w:tabs>
          <w:tab w:val="left" w:pos="180"/>
        </w:tabs>
        <w:autoSpaceDE w:val="0"/>
        <w:autoSpaceDN w:val="0"/>
        <w:spacing w:before="190" w:after="0"/>
        <w:ind w:right="144"/>
        <w:rPr>
          <w:lang w:val="ru-RU"/>
        </w:rPr>
      </w:pPr>
      <w:r w:rsidRPr="00BB7497">
        <w:rPr>
          <w:lang w:val="ru-RU"/>
        </w:rPr>
        <w:tab/>
      </w:r>
      <w:r w:rsidRPr="00BB7497">
        <w:rPr>
          <w:rFonts w:ascii="Times New Roman" w:eastAsia="Times New Roman" w:hAnsi="Times New Roman"/>
          <w:b/>
          <w:color w:val="000000"/>
          <w:sz w:val="24"/>
          <w:lang w:val="ru-RU"/>
        </w:rPr>
        <w:t>Модуль «Восприятие произведений искусства»</w:t>
      </w:r>
      <w:r w:rsidRPr="00BB7497">
        <w:rPr>
          <w:lang w:val="ru-RU"/>
        </w:rPr>
        <w:br/>
      </w:r>
      <w:r w:rsidRPr="00BB7497">
        <w:rPr>
          <w:lang w:val="ru-RU"/>
        </w:rPr>
        <w:tab/>
      </w:r>
      <w:r w:rsidRPr="00BB7497">
        <w:rPr>
          <w:rFonts w:ascii="Times New Roman" w:eastAsia="Times New Roman" w:hAnsi="Times New Roman"/>
          <w:color w:val="000000"/>
          <w:sz w:val="24"/>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558BE7A8" w14:textId="77777777" w:rsidR="00BB7497" w:rsidRPr="00BB7497" w:rsidRDefault="00BB7497" w:rsidP="00BB7497">
      <w:pPr>
        <w:autoSpaceDE w:val="0"/>
        <w:autoSpaceDN w:val="0"/>
        <w:spacing w:before="70" w:after="0" w:line="281" w:lineRule="auto"/>
        <w:ind w:right="144" w:firstLine="180"/>
        <w:rPr>
          <w:lang w:val="ru-RU"/>
        </w:rPr>
      </w:pPr>
      <w:r w:rsidRPr="00BB7497">
        <w:rPr>
          <w:rFonts w:ascii="Times New Roman" w:eastAsia="Times New Roman" w:hAnsi="Times New Roman"/>
          <w:color w:val="000000"/>
          <w:sz w:val="24"/>
          <w:lang w:val="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7342F278" w14:textId="77777777" w:rsidR="00BB7497" w:rsidRPr="00BB7497" w:rsidRDefault="00BB7497" w:rsidP="00BB7497">
      <w:pPr>
        <w:autoSpaceDE w:val="0"/>
        <w:autoSpaceDN w:val="0"/>
        <w:spacing w:before="70" w:after="0" w:line="271" w:lineRule="auto"/>
        <w:ind w:right="126" w:firstLine="180"/>
        <w:jc w:val="both"/>
        <w:rPr>
          <w:lang w:val="ru-RU"/>
        </w:rPr>
      </w:pPr>
      <w:r w:rsidRPr="00BB7497">
        <w:rPr>
          <w:rFonts w:ascii="Times New Roman" w:eastAsia="Times New Roman" w:hAnsi="Times New Roman"/>
          <w:color w:val="000000"/>
          <w:sz w:val="24"/>
          <w:lang w:val="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6A5CC8A6" w14:textId="77777777" w:rsidR="00BB7497" w:rsidRPr="00BB7497" w:rsidRDefault="00BB7497" w:rsidP="00BB7497">
      <w:pPr>
        <w:tabs>
          <w:tab w:val="left" w:pos="180"/>
        </w:tabs>
        <w:autoSpaceDE w:val="0"/>
        <w:autoSpaceDN w:val="0"/>
        <w:spacing w:before="70" w:after="0" w:line="262" w:lineRule="auto"/>
        <w:ind w:right="1008"/>
        <w:rPr>
          <w:lang w:val="ru-RU"/>
        </w:rPr>
      </w:pPr>
      <w:r w:rsidRPr="00BB7497">
        <w:rPr>
          <w:lang w:val="ru-RU"/>
        </w:rPr>
        <w:tab/>
      </w:r>
      <w:r w:rsidRPr="00BB7497">
        <w:rPr>
          <w:rFonts w:ascii="Times New Roman" w:eastAsia="Times New Roman" w:hAnsi="Times New Roman"/>
          <w:color w:val="000000"/>
          <w:sz w:val="24"/>
          <w:lang w:val="ru-RU"/>
        </w:rPr>
        <w:t>Знать и уметь называть основные жанры живописи, графики и скульптуры, определяемые предметом изображения.</w:t>
      </w:r>
    </w:p>
    <w:p w14:paraId="048A673E" w14:textId="77777777" w:rsidR="00BB7497" w:rsidRPr="00BB7497" w:rsidRDefault="00BB7497" w:rsidP="00BB7497">
      <w:pPr>
        <w:autoSpaceDE w:val="0"/>
        <w:autoSpaceDN w:val="0"/>
        <w:spacing w:before="70" w:after="0" w:line="271" w:lineRule="auto"/>
        <w:ind w:firstLine="180"/>
        <w:rPr>
          <w:lang w:val="ru-RU"/>
        </w:rPr>
      </w:pPr>
      <w:r w:rsidRPr="00BB7497">
        <w:rPr>
          <w:rFonts w:ascii="Times New Roman" w:eastAsia="Times New Roman" w:hAnsi="Times New Roman"/>
          <w:color w:val="000000"/>
          <w:sz w:val="24"/>
          <w:lang w:val="ru-RU"/>
        </w:rPr>
        <w:t>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14:paraId="4CA76E52" w14:textId="77777777" w:rsidR="00BB7497" w:rsidRPr="00BB7497" w:rsidRDefault="00BB7497" w:rsidP="00BB7497">
      <w:pPr>
        <w:tabs>
          <w:tab w:val="left" w:pos="180"/>
        </w:tabs>
        <w:autoSpaceDE w:val="0"/>
        <w:autoSpaceDN w:val="0"/>
        <w:spacing w:before="72" w:after="0" w:line="262" w:lineRule="auto"/>
        <w:ind w:right="432"/>
        <w:rPr>
          <w:lang w:val="ru-RU"/>
        </w:rPr>
      </w:pPr>
      <w:r w:rsidRPr="00BB7497">
        <w:rPr>
          <w:lang w:val="ru-RU"/>
        </w:rPr>
        <w:tab/>
      </w:r>
      <w:r w:rsidRPr="00BB7497">
        <w:rPr>
          <w:rFonts w:ascii="Times New Roman" w:eastAsia="Times New Roman" w:hAnsi="Times New Roman"/>
          <w:color w:val="000000"/>
          <w:sz w:val="24"/>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4E400D7D" w14:textId="77777777" w:rsidR="00BB7497" w:rsidRPr="00BB7497" w:rsidRDefault="00BB7497" w:rsidP="00BB7497">
      <w:pPr>
        <w:tabs>
          <w:tab w:val="left" w:pos="180"/>
        </w:tabs>
        <w:autoSpaceDE w:val="0"/>
        <w:autoSpaceDN w:val="0"/>
        <w:spacing w:before="72" w:after="0" w:line="262" w:lineRule="auto"/>
        <w:rPr>
          <w:lang w:val="ru-RU"/>
        </w:rPr>
      </w:pPr>
      <w:r w:rsidRPr="00BB7497">
        <w:rPr>
          <w:lang w:val="ru-RU"/>
        </w:rPr>
        <w:tab/>
      </w:r>
      <w:r w:rsidRPr="00BB7497">
        <w:rPr>
          <w:rFonts w:ascii="Times New Roman" w:eastAsia="Times New Roman" w:hAnsi="Times New Roman"/>
          <w:color w:val="000000"/>
          <w:sz w:val="24"/>
          <w:lang w:val="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0A525C1D" w14:textId="77777777" w:rsidR="00BB7497" w:rsidRPr="00BB7497" w:rsidRDefault="00BB7497" w:rsidP="00BB7497">
      <w:pPr>
        <w:autoSpaceDE w:val="0"/>
        <w:autoSpaceDN w:val="0"/>
        <w:spacing w:before="70" w:after="0" w:line="271" w:lineRule="auto"/>
        <w:ind w:right="288" w:firstLine="180"/>
        <w:rPr>
          <w:lang w:val="ru-RU"/>
        </w:rPr>
      </w:pPr>
      <w:r w:rsidRPr="00BB7497">
        <w:rPr>
          <w:rFonts w:ascii="Times New Roman" w:eastAsia="Times New Roman" w:hAnsi="Times New Roman"/>
          <w:color w:val="000000"/>
          <w:sz w:val="24"/>
          <w:lang w:val="ru-RU"/>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14A48700" w14:textId="77777777" w:rsidR="00BB7497" w:rsidRPr="00BB7497" w:rsidRDefault="00BB7497" w:rsidP="00BB7497">
      <w:pPr>
        <w:tabs>
          <w:tab w:val="left" w:pos="180"/>
        </w:tabs>
        <w:autoSpaceDE w:val="0"/>
        <w:autoSpaceDN w:val="0"/>
        <w:spacing w:before="70" w:after="0" w:line="262" w:lineRule="auto"/>
        <w:ind w:right="1008"/>
        <w:rPr>
          <w:lang w:val="ru-RU"/>
        </w:rPr>
      </w:pPr>
      <w:r w:rsidRPr="00BB7497">
        <w:rPr>
          <w:lang w:val="ru-RU"/>
        </w:rPr>
        <w:tab/>
      </w:r>
      <w:r w:rsidRPr="00BB7497">
        <w:rPr>
          <w:rFonts w:ascii="Times New Roman" w:eastAsia="Times New Roman" w:hAnsi="Times New Roman"/>
          <w:color w:val="000000"/>
          <w:sz w:val="24"/>
          <w:lang w:val="ru-RU"/>
        </w:rPr>
        <w:t>Знать, что в России много замечательных художественных музеев, иметь представление о коллекциях своих региональных музеев.</w:t>
      </w:r>
    </w:p>
    <w:p w14:paraId="06DBC2E6" w14:textId="77777777" w:rsidR="00BB7497" w:rsidRPr="00BB7497" w:rsidRDefault="00BB7497" w:rsidP="00BB7497">
      <w:pPr>
        <w:tabs>
          <w:tab w:val="left" w:pos="180"/>
        </w:tabs>
        <w:autoSpaceDE w:val="0"/>
        <w:autoSpaceDN w:val="0"/>
        <w:spacing w:before="190" w:after="0" w:line="271" w:lineRule="auto"/>
        <w:ind w:right="864"/>
        <w:rPr>
          <w:lang w:val="ru-RU"/>
        </w:rPr>
      </w:pPr>
      <w:r w:rsidRPr="00BB7497">
        <w:rPr>
          <w:lang w:val="ru-RU"/>
        </w:rPr>
        <w:tab/>
      </w:r>
      <w:r w:rsidRPr="00BB7497">
        <w:rPr>
          <w:rFonts w:ascii="Times New Roman" w:eastAsia="Times New Roman" w:hAnsi="Times New Roman"/>
          <w:b/>
          <w:color w:val="000000"/>
          <w:sz w:val="24"/>
          <w:lang w:val="ru-RU"/>
        </w:rPr>
        <w:t>Модуль «Азбука цифровой графики»</w:t>
      </w:r>
      <w:r w:rsidRPr="00BB7497">
        <w:rPr>
          <w:lang w:val="ru-RU"/>
        </w:rPr>
        <w:br/>
      </w:r>
      <w:r w:rsidRPr="00BB7497">
        <w:rPr>
          <w:lang w:val="ru-RU"/>
        </w:rPr>
        <w:tab/>
      </w:r>
      <w:r w:rsidRPr="00BB7497">
        <w:rPr>
          <w:rFonts w:ascii="Times New Roman" w:eastAsia="Times New Roman" w:hAnsi="Times New Roman"/>
          <w:color w:val="000000"/>
          <w:sz w:val="24"/>
          <w:lang w:val="ru-RU"/>
        </w:rPr>
        <w:t>Осваивать приёмы работы в графическом редакторе с линиями, геометрическими фигурами, инструментами традиционного рисования.</w:t>
      </w:r>
    </w:p>
    <w:p w14:paraId="37D0B85D" w14:textId="77777777" w:rsidR="00BB7497" w:rsidRPr="00BB7497" w:rsidRDefault="00BB7497" w:rsidP="00BB7497">
      <w:pPr>
        <w:autoSpaceDE w:val="0"/>
        <w:autoSpaceDN w:val="0"/>
        <w:spacing w:before="70" w:after="0" w:line="271" w:lineRule="auto"/>
        <w:ind w:firstLine="180"/>
        <w:rPr>
          <w:lang w:val="ru-RU"/>
        </w:rPr>
      </w:pPr>
      <w:r w:rsidRPr="00BB7497">
        <w:rPr>
          <w:rFonts w:ascii="Times New Roman" w:eastAsia="Times New Roman" w:hAnsi="Times New Roman"/>
          <w:color w:val="000000"/>
          <w:sz w:val="24"/>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w:t>
      </w:r>
    </w:p>
    <w:p w14:paraId="5D3D9436" w14:textId="77777777" w:rsidR="00BB7497" w:rsidRPr="00BB7497" w:rsidRDefault="00BB7497" w:rsidP="00BB7497">
      <w:pPr>
        <w:rPr>
          <w:lang w:val="ru-RU"/>
        </w:rPr>
        <w:sectPr w:rsidR="00BB7497" w:rsidRPr="00BB7497">
          <w:pgSz w:w="11900" w:h="16840"/>
          <w:pgMar w:top="298" w:right="652" w:bottom="416" w:left="666" w:header="720" w:footer="720" w:gutter="0"/>
          <w:cols w:space="720" w:equalWidth="0">
            <w:col w:w="10582" w:space="0"/>
          </w:cols>
          <w:docGrid w:linePitch="360"/>
        </w:sectPr>
      </w:pPr>
    </w:p>
    <w:p w14:paraId="1E6BBFF3" w14:textId="77777777" w:rsidR="00BB7497" w:rsidRPr="00BB7497" w:rsidRDefault="00BB7497" w:rsidP="00BB7497">
      <w:pPr>
        <w:autoSpaceDE w:val="0"/>
        <w:autoSpaceDN w:val="0"/>
        <w:spacing w:after="66" w:line="220" w:lineRule="exact"/>
        <w:rPr>
          <w:lang w:val="ru-RU"/>
        </w:rPr>
      </w:pPr>
    </w:p>
    <w:p w14:paraId="26AF8912" w14:textId="77777777" w:rsidR="00BB7497" w:rsidRPr="00BB7497" w:rsidRDefault="00BB7497" w:rsidP="00BB7497">
      <w:pPr>
        <w:autoSpaceDE w:val="0"/>
        <w:autoSpaceDN w:val="0"/>
        <w:spacing w:after="0" w:line="230" w:lineRule="auto"/>
        <w:rPr>
          <w:lang w:val="ru-RU"/>
        </w:rPr>
      </w:pPr>
      <w:r w:rsidRPr="00BB7497">
        <w:rPr>
          <w:rFonts w:ascii="Times New Roman" w:eastAsia="Times New Roman" w:hAnsi="Times New Roman"/>
          <w:color w:val="000000"/>
          <w:sz w:val="24"/>
          <w:lang w:val="ru-RU"/>
        </w:rPr>
        <w:t>создание паттернов.</w:t>
      </w:r>
    </w:p>
    <w:p w14:paraId="372A4F6E" w14:textId="77777777" w:rsidR="00BB7497" w:rsidRPr="00BB7497" w:rsidRDefault="00BB7497" w:rsidP="00BB7497">
      <w:pPr>
        <w:tabs>
          <w:tab w:val="left" w:pos="180"/>
        </w:tabs>
        <w:autoSpaceDE w:val="0"/>
        <w:autoSpaceDN w:val="0"/>
        <w:spacing w:before="70" w:after="0" w:line="262" w:lineRule="auto"/>
        <w:ind w:right="144"/>
        <w:rPr>
          <w:lang w:val="ru-RU"/>
        </w:rPr>
      </w:pPr>
      <w:r w:rsidRPr="00BB7497">
        <w:rPr>
          <w:lang w:val="ru-RU"/>
        </w:rPr>
        <w:tab/>
      </w:r>
      <w:r w:rsidRPr="00BB7497">
        <w:rPr>
          <w:rFonts w:ascii="Times New Roman" w:eastAsia="Times New Roman" w:hAnsi="Times New Roman"/>
          <w:color w:val="000000"/>
          <w:sz w:val="24"/>
          <w:lang w:val="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6D360B45" w14:textId="77777777" w:rsidR="00BB7497" w:rsidRPr="00BB7497" w:rsidRDefault="00BB7497" w:rsidP="00BB7497">
      <w:pPr>
        <w:tabs>
          <w:tab w:val="left" w:pos="180"/>
        </w:tabs>
        <w:autoSpaceDE w:val="0"/>
        <w:autoSpaceDN w:val="0"/>
        <w:spacing w:before="70" w:after="0" w:line="262" w:lineRule="auto"/>
        <w:rPr>
          <w:lang w:val="ru-RU"/>
        </w:rPr>
      </w:pPr>
      <w:r w:rsidRPr="00BB7497">
        <w:rPr>
          <w:lang w:val="ru-RU"/>
        </w:rPr>
        <w:tab/>
      </w:r>
      <w:r w:rsidRPr="00BB7497">
        <w:rPr>
          <w:rFonts w:ascii="Times New Roman" w:eastAsia="Times New Roman" w:hAnsi="Times New Roman"/>
          <w:color w:val="000000"/>
          <w:sz w:val="24"/>
          <w:lang w:val="ru-RU"/>
        </w:rPr>
        <w:t>Осваивать приёмы соединения шрифта и векторного изображения при создании поздравительных открыток, афиши и др.</w:t>
      </w:r>
    </w:p>
    <w:p w14:paraId="4D5B4DE0" w14:textId="77777777" w:rsidR="00BB7497" w:rsidRPr="00BB7497" w:rsidRDefault="00BB7497" w:rsidP="00BB7497">
      <w:pPr>
        <w:autoSpaceDE w:val="0"/>
        <w:autoSpaceDN w:val="0"/>
        <w:spacing w:before="70" w:after="0" w:line="271" w:lineRule="auto"/>
        <w:ind w:firstLine="180"/>
        <w:rPr>
          <w:lang w:val="ru-RU"/>
        </w:rPr>
      </w:pPr>
      <w:r w:rsidRPr="00BB7497">
        <w:rPr>
          <w:rFonts w:ascii="Times New Roman" w:eastAsia="Times New Roman" w:hAnsi="Times New Roman"/>
          <w:color w:val="000000"/>
          <w:sz w:val="24"/>
          <w:lang w:val="ru-RU"/>
        </w:rPr>
        <w:t xml:space="preserve">Осваивать приёмы редактирования цифровых фотографий с помощью компьютерной программы </w:t>
      </w:r>
      <w:r>
        <w:rPr>
          <w:rFonts w:ascii="Times New Roman" w:eastAsia="Times New Roman" w:hAnsi="Times New Roman"/>
          <w:color w:val="000000"/>
          <w:sz w:val="24"/>
        </w:rPr>
        <w:t>Picture</w:t>
      </w:r>
      <w:r w:rsidRPr="00BB7497">
        <w:rPr>
          <w:rFonts w:ascii="Times New Roman" w:eastAsia="Times New Roman" w:hAnsi="Times New Roman"/>
          <w:color w:val="000000"/>
          <w:sz w:val="24"/>
          <w:lang w:val="ru-RU"/>
        </w:rPr>
        <w:t xml:space="preserve"> </w:t>
      </w:r>
      <w:r>
        <w:rPr>
          <w:rFonts w:ascii="Times New Roman" w:eastAsia="Times New Roman" w:hAnsi="Times New Roman"/>
          <w:color w:val="000000"/>
          <w:sz w:val="24"/>
        </w:rPr>
        <w:t>Manager</w:t>
      </w:r>
      <w:r w:rsidRPr="00BB7497">
        <w:rPr>
          <w:rFonts w:ascii="Times New Roman" w:eastAsia="Times New Roman" w:hAnsi="Times New Roman"/>
          <w:color w:val="000000"/>
          <w:sz w:val="24"/>
          <w:lang w:val="ru-RU"/>
        </w:rPr>
        <w:t xml:space="preserve"> (или другой): изменение яркости, контраста и насыщенности цвета; обрезка изображения, поворот, отражение.</w:t>
      </w:r>
    </w:p>
    <w:p w14:paraId="42C7754C" w14:textId="77777777" w:rsidR="00BB7497" w:rsidRPr="00BB7497" w:rsidRDefault="00BB7497" w:rsidP="00BB7497">
      <w:pPr>
        <w:autoSpaceDE w:val="0"/>
        <w:autoSpaceDN w:val="0"/>
        <w:spacing w:before="70" w:after="0" w:line="271" w:lineRule="auto"/>
        <w:ind w:right="288" w:firstLine="180"/>
        <w:rPr>
          <w:lang w:val="ru-RU"/>
        </w:rPr>
      </w:pPr>
      <w:r w:rsidRPr="00BB7497">
        <w:rPr>
          <w:rFonts w:ascii="Times New Roman" w:eastAsia="Times New Roman" w:hAnsi="Times New Roman"/>
          <w:color w:val="000000"/>
          <w:sz w:val="24"/>
          <w:lang w:val="ru-RU"/>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1020E69E" w14:textId="59A5DA57" w:rsidR="00BB7497" w:rsidRDefault="00BB7497">
      <w:pPr>
        <w:rPr>
          <w:rFonts w:ascii="Times New Roman" w:hAnsi="Times New Roman" w:cs="Times New Roman"/>
          <w:b/>
          <w:lang w:val="ru-RU"/>
        </w:rPr>
      </w:pPr>
    </w:p>
    <w:p w14:paraId="4AB6257B" w14:textId="2BC870F6" w:rsidR="00BB7497" w:rsidRDefault="00BB7497">
      <w:pPr>
        <w:rPr>
          <w:rFonts w:ascii="Times New Roman" w:hAnsi="Times New Roman" w:cs="Times New Roman"/>
          <w:b/>
          <w:lang w:val="ru-RU"/>
        </w:rPr>
      </w:pPr>
      <w:r>
        <w:rPr>
          <w:rFonts w:ascii="Times New Roman" w:hAnsi="Times New Roman" w:cs="Times New Roman"/>
          <w:b/>
          <w:lang w:val="ru-RU"/>
        </w:rPr>
        <w:t>4 класс</w:t>
      </w:r>
    </w:p>
    <w:p w14:paraId="43A25DD7" w14:textId="4E442C5F" w:rsidR="00BB7497" w:rsidRDefault="00BB7497">
      <w:pPr>
        <w:rPr>
          <w:rFonts w:ascii="Times New Roman" w:hAnsi="Times New Roman" w:cs="Times New Roman"/>
          <w:b/>
          <w:lang w:val="ru-RU"/>
        </w:rPr>
      </w:pPr>
    </w:p>
    <w:p w14:paraId="37EDEC0B" w14:textId="77777777" w:rsidR="00BB7497" w:rsidRPr="00BB7497" w:rsidRDefault="00BB7497" w:rsidP="00BB7497">
      <w:pPr>
        <w:autoSpaceDE w:val="0"/>
        <w:autoSpaceDN w:val="0"/>
        <w:spacing w:before="190" w:after="0" w:line="262" w:lineRule="auto"/>
        <w:ind w:left="180" w:right="576"/>
        <w:rPr>
          <w:lang w:val="ru-RU"/>
        </w:rPr>
      </w:pPr>
      <w:r w:rsidRPr="00BB7497">
        <w:rPr>
          <w:rFonts w:ascii="Times New Roman" w:eastAsia="Times New Roman" w:hAnsi="Times New Roman"/>
          <w:b/>
          <w:color w:val="000000"/>
          <w:sz w:val="24"/>
          <w:lang w:val="ru-RU"/>
        </w:rPr>
        <w:t>Модуль «Графика»</w:t>
      </w:r>
      <w:r w:rsidRPr="00BB7497">
        <w:rPr>
          <w:lang w:val="ru-RU"/>
        </w:rPr>
        <w:br/>
      </w:r>
      <w:r w:rsidRPr="00BB7497">
        <w:rPr>
          <w:rFonts w:ascii="Times New Roman" w:eastAsia="Times New Roman" w:hAnsi="Times New Roman"/>
          <w:color w:val="000000"/>
          <w:sz w:val="24"/>
          <w:lang w:val="ru-RU"/>
        </w:rPr>
        <w:t>Осваивать правила линейной и воздушной перспективы и применять их в своей практической</w:t>
      </w:r>
    </w:p>
    <w:p w14:paraId="3D854547" w14:textId="77777777" w:rsidR="00BB7497" w:rsidRPr="00BB7497" w:rsidRDefault="00BB7497" w:rsidP="00BB7497">
      <w:pPr>
        <w:rPr>
          <w:lang w:val="ru-RU"/>
        </w:rPr>
        <w:sectPr w:rsidR="00BB7497" w:rsidRPr="00BB7497">
          <w:pgSz w:w="11900" w:h="16840"/>
          <w:pgMar w:top="298" w:right="668" w:bottom="438" w:left="666" w:header="720" w:footer="720" w:gutter="0"/>
          <w:cols w:space="720" w:equalWidth="0">
            <w:col w:w="10566" w:space="0"/>
          </w:cols>
          <w:docGrid w:linePitch="360"/>
        </w:sectPr>
      </w:pPr>
    </w:p>
    <w:p w14:paraId="3CBF821F" w14:textId="77777777" w:rsidR="00BB7497" w:rsidRPr="00BB7497" w:rsidRDefault="00BB7497" w:rsidP="00BB7497">
      <w:pPr>
        <w:autoSpaceDE w:val="0"/>
        <w:autoSpaceDN w:val="0"/>
        <w:spacing w:after="66" w:line="220" w:lineRule="exact"/>
        <w:rPr>
          <w:lang w:val="ru-RU"/>
        </w:rPr>
      </w:pPr>
    </w:p>
    <w:p w14:paraId="19EFA420" w14:textId="77777777" w:rsidR="00BB7497" w:rsidRPr="00BB7497" w:rsidRDefault="00BB7497" w:rsidP="00BB7497">
      <w:pPr>
        <w:autoSpaceDE w:val="0"/>
        <w:autoSpaceDN w:val="0"/>
        <w:spacing w:after="0" w:line="230" w:lineRule="auto"/>
        <w:rPr>
          <w:lang w:val="ru-RU"/>
        </w:rPr>
      </w:pPr>
      <w:r w:rsidRPr="00BB7497">
        <w:rPr>
          <w:rFonts w:ascii="Times New Roman" w:eastAsia="Times New Roman" w:hAnsi="Times New Roman"/>
          <w:color w:val="000000"/>
          <w:sz w:val="24"/>
          <w:lang w:val="ru-RU"/>
        </w:rPr>
        <w:t>творческой деятельности.</w:t>
      </w:r>
    </w:p>
    <w:p w14:paraId="19781055" w14:textId="77777777" w:rsidR="00BB7497" w:rsidRPr="00BB7497" w:rsidRDefault="00BB7497" w:rsidP="00BB7497">
      <w:pPr>
        <w:tabs>
          <w:tab w:val="left" w:pos="180"/>
        </w:tabs>
        <w:autoSpaceDE w:val="0"/>
        <w:autoSpaceDN w:val="0"/>
        <w:spacing w:before="70" w:after="0" w:line="262" w:lineRule="auto"/>
        <w:ind w:right="288"/>
        <w:rPr>
          <w:lang w:val="ru-RU"/>
        </w:rPr>
      </w:pPr>
      <w:r w:rsidRPr="00BB7497">
        <w:rPr>
          <w:lang w:val="ru-RU"/>
        </w:rPr>
        <w:tab/>
      </w:r>
      <w:r w:rsidRPr="00BB7497">
        <w:rPr>
          <w:rFonts w:ascii="Times New Roman" w:eastAsia="Times New Roman" w:hAnsi="Times New Roman"/>
          <w:color w:val="000000"/>
          <w:sz w:val="24"/>
          <w:lang w:val="ru-RU"/>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E1742E7" w14:textId="77777777" w:rsidR="00BB7497" w:rsidRPr="00BB7497" w:rsidRDefault="00BB7497" w:rsidP="00BB7497">
      <w:pPr>
        <w:autoSpaceDE w:val="0"/>
        <w:autoSpaceDN w:val="0"/>
        <w:spacing w:before="70" w:after="0" w:line="271" w:lineRule="auto"/>
        <w:ind w:firstLine="180"/>
        <w:rPr>
          <w:lang w:val="ru-RU"/>
        </w:rPr>
      </w:pPr>
      <w:r w:rsidRPr="00BB7497">
        <w:rPr>
          <w:rFonts w:ascii="Times New Roman" w:eastAsia="Times New Roman" w:hAnsi="Times New Roman"/>
          <w:color w:val="000000"/>
          <w:sz w:val="24"/>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4D6E7055"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Создавать зарисовки памятников отечественной и мировой архитектуры.</w:t>
      </w:r>
    </w:p>
    <w:p w14:paraId="20D8539C" w14:textId="77777777" w:rsidR="00BB7497" w:rsidRPr="00BB7497" w:rsidRDefault="00BB7497" w:rsidP="00BB7497">
      <w:pPr>
        <w:tabs>
          <w:tab w:val="left" w:pos="180"/>
        </w:tabs>
        <w:autoSpaceDE w:val="0"/>
        <w:autoSpaceDN w:val="0"/>
        <w:spacing w:before="190" w:after="0" w:line="271" w:lineRule="auto"/>
        <w:ind w:right="576"/>
        <w:rPr>
          <w:lang w:val="ru-RU"/>
        </w:rPr>
      </w:pPr>
      <w:r w:rsidRPr="00BB7497">
        <w:rPr>
          <w:lang w:val="ru-RU"/>
        </w:rPr>
        <w:tab/>
      </w:r>
      <w:r w:rsidRPr="00BB7497">
        <w:rPr>
          <w:rFonts w:ascii="Times New Roman" w:eastAsia="Times New Roman" w:hAnsi="Times New Roman"/>
          <w:b/>
          <w:color w:val="000000"/>
          <w:sz w:val="24"/>
          <w:lang w:val="ru-RU"/>
        </w:rPr>
        <w:t>Модуль «Живопись»</w:t>
      </w:r>
      <w:r w:rsidRPr="00BB7497">
        <w:rPr>
          <w:lang w:val="ru-RU"/>
        </w:rPr>
        <w:br/>
      </w:r>
      <w:r w:rsidRPr="00BB7497">
        <w:rPr>
          <w:lang w:val="ru-RU"/>
        </w:rPr>
        <w:tab/>
      </w:r>
      <w:r w:rsidRPr="00BB7497">
        <w:rPr>
          <w:rFonts w:ascii="Times New Roman" w:eastAsia="Times New Roman" w:hAnsi="Times New Roman"/>
          <w:color w:val="000000"/>
          <w:sz w:val="24"/>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260C3C46" w14:textId="77777777" w:rsidR="00BB7497" w:rsidRPr="00BB7497" w:rsidRDefault="00BB7497" w:rsidP="00BB7497">
      <w:pPr>
        <w:tabs>
          <w:tab w:val="left" w:pos="180"/>
        </w:tabs>
        <w:autoSpaceDE w:val="0"/>
        <w:autoSpaceDN w:val="0"/>
        <w:spacing w:before="72" w:after="0" w:line="262" w:lineRule="auto"/>
        <w:rPr>
          <w:lang w:val="ru-RU"/>
        </w:rPr>
      </w:pPr>
      <w:r w:rsidRPr="00BB7497">
        <w:rPr>
          <w:lang w:val="ru-RU"/>
        </w:rPr>
        <w:tab/>
      </w:r>
      <w:r w:rsidRPr="00BB7497">
        <w:rPr>
          <w:rFonts w:ascii="Times New Roman" w:eastAsia="Times New Roman" w:hAnsi="Times New Roman"/>
          <w:color w:val="000000"/>
          <w:sz w:val="24"/>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3E711089" w14:textId="77777777" w:rsidR="00BB7497" w:rsidRPr="00BB7497" w:rsidRDefault="00BB7497" w:rsidP="00BB7497">
      <w:pPr>
        <w:tabs>
          <w:tab w:val="left" w:pos="180"/>
        </w:tabs>
        <w:autoSpaceDE w:val="0"/>
        <w:autoSpaceDN w:val="0"/>
        <w:spacing w:before="70" w:after="0" w:line="271" w:lineRule="auto"/>
        <w:rPr>
          <w:lang w:val="ru-RU"/>
        </w:rPr>
      </w:pPr>
      <w:r w:rsidRPr="00BB7497">
        <w:rPr>
          <w:lang w:val="ru-RU"/>
        </w:rPr>
        <w:tab/>
      </w:r>
      <w:r w:rsidRPr="00BB7497">
        <w:rPr>
          <w:rFonts w:ascii="Times New Roman" w:eastAsia="Times New Roman" w:hAnsi="Times New Roman"/>
          <w:color w:val="000000"/>
          <w:sz w:val="24"/>
          <w:lang w:val="ru-RU"/>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r w:rsidRPr="00BB7497">
        <w:rPr>
          <w:lang w:val="ru-RU"/>
        </w:rPr>
        <w:tab/>
      </w:r>
      <w:r w:rsidRPr="00BB7497">
        <w:rPr>
          <w:rFonts w:ascii="Times New Roman" w:eastAsia="Times New Roman" w:hAnsi="Times New Roman"/>
          <w:color w:val="000000"/>
          <w:sz w:val="24"/>
          <w:lang w:val="ru-RU"/>
        </w:rPr>
        <w:t>Создавать двойной портрет (например, портрет матери и ребёнка).</w:t>
      </w:r>
    </w:p>
    <w:p w14:paraId="12944013"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Приобретать опыт создания композиции на тему «Древнерусский город».</w:t>
      </w:r>
    </w:p>
    <w:p w14:paraId="5C6AC662" w14:textId="77777777" w:rsidR="00BB7497" w:rsidRPr="00BB7497" w:rsidRDefault="00BB7497" w:rsidP="00BB7497">
      <w:pPr>
        <w:autoSpaceDE w:val="0"/>
        <w:autoSpaceDN w:val="0"/>
        <w:spacing w:before="70" w:after="0"/>
        <w:ind w:right="144" w:firstLine="180"/>
        <w:rPr>
          <w:lang w:val="ru-RU"/>
        </w:rPr>
      </w:pPr>
      <w:r w:rsidRPr="00BB7497">
        <w:rPr>
          <w:rFonts w:ascii="Times New Roman" w:eastAsia="Times New Roman" w:hAnsi="Times New Roman"/>
          <w:color w:val="000000"/>
          <w:sz w:val="24"/>
          <w:lang w:val="ru-RU"/>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w:t>
      </w:r>
      <w:r w:rsidRPr="00BB7497">
        <w:rPr>
          <w:lang w:val="ru-RU"/>
        </w:rPr>
        <w:br/>
      </w:r>
      <w:r w:rsidRPr="00BB7497">
        <w:rPr>
          <w:rFonts w:ascii="Times New Roman" w:eastAsia="Times New Roman" w:hAnsi="Times New Roman"/>
          <w:color w:val="000000"/>
          <w:sz w:val="24"/>
          <w:lang w:val="ru-RU"/>
        </w:rPr>
        <w:t>национальной культуры.</w:t>
      </w:r>
    </w:p>
    <w:p w14:paraId="07498143" w14:textId="77777777" w:rsidR="00BB7497" w:rsidRPr="00BB7497" w:rsidRDefault="00BB7497" w:rsidP="00BB7497">
      <w:pPr>
        <w:tabs>
          <w:tab w:val="left" w:pos="180"/>
        </w:tabs>
        <w:autoSpaceDE w:val="0"/>
        <w:autoSpaceDN w:val="0"/>
        <w:spacing w:before="190" w:after="0"/>
        <w:rPr>
          <w:lang w:val="ru-RU"/>
        </w:rPr>
      </w:pPr>
      <w:r w:rsidRPr="00BB7497">
        <w:rPr>
          <w:lang w:val="ru-RU"/>
        </w:rPr>
        <w:tab/>
      </w:r>
      <w:r w:rsidRPr="00BB7497">
        <w:rPr>
          <w:rFonts w:ascii="Times New Roman" w:eastAsia="Times New Roman" w:hAnsi="Times New Roman"/>
          <w:b/>
          <w:color w:val="000000"/>
          <w:sz w:val="24"/>
          <w:lang w:val="ru-RU"/>
        </w:rPr>
        <w:t>Модуль «Скульптура»</w:t>
      </w:r>
      <w:r w:rsidRPr="00BB7497">
        <w:rPr>
          <w:lang w:val="ru-RU"/>
        </w:rPr>
        <w:br/>
      </w:r>
      <w:r w:rsidRPr="00BB7497">
        <w:rPr>
          <w:lang w:val="ru-RU"/>
        </w:rPr>
        <w:tab/>
      </w:r>
      <w:r w:rsidRPr="00BB7497">
        <w:rPr>
          <w:rFonts w:ascii="Times New Roman" w:eastAsia="Times New Roman" w:hAnsi="Times New Roman"/>
          <w:color w:val="000000"/>
          <w:sz w:val="24"/>
          <w:lang w:val="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29F08AC8" w14:textId="77777777" w:rsidR="00BB7497" w:rsidRPr="00BB7497" w:rsidRDefault="00BB7497" w:rsidP="00BB7497">
      <w:pPr>
        <w:tabs>
          <w:tab w:val="left" w:pos="180"/>
        </w:tabs>
        <w:autoSpaceDE w:val="0"/>
        <w:autoSpaceDN w:val="0"/>
        <w:spacing w:before="190" w:after="0" w:line="281" w:lineRule="auto"/>
        <w:rPr>
          <w:lang w:val="ru-RU"/>
        </w:rPr>
      </w:pPr>
      <w:r w:rsidRPr="00BB7497">
        <w:rPr>
          <w:lang w:val="ru-RU"/>
        </w:rPr>
        <w:tab/>
      </w:r>
      <w:r w:rsidRPr="00BB7497">
        <w:rPr>
          <w:rFonts w:ascii="Times New Roman" w:eastAsia="Times New Roman" w:hAnsi="Times New Roman"/>
          <w:b/>
          <w:color w:val="000000"/>
          <w:sz w:val="24"/>
          <w:lang w:val="ru-RU"/>
        </w:rPr>
        <w:t>Модуль «Декоративно-прикладное искусство»</w:t>
      </w:r>
      <w:r w:rsidRPr="00BB7497">
        <w:rPr>
          <w:lang w:val="ru-RU"/>
        </w:rPr>
        <w:br/>
      </w:r>
      <w:r w:rsidRPr="00BB7497">
        <w:rPr>
          <w:lang w:val="ru-RU"/>
        </w:rPr>
        <w:tab/>
      </w:r>
      <w:r w:rsidRPr="00BB7497">
        <w:rPr>
          <w:rFonts w:ascii="Times New Roman" w:eastAsia="Times New Roman" w:hAnsi="Times New Roman"/>
          <w:color w:val="000000"/>
          <w:sz w:val="24"/>
          <w:lang w:val="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0C08F147" w14:textId="77777777" w:rsidR="00BB7497" w:rsidRPr="00BB7497" w:rsidRDefault="00BB7497" w:rsidP="00BB7497">
      <w:pPr>
        <w:autoSpaceDE w:val="0"/>
        <w:autoSpaceDN w:val="0"/>
        <w:spacing w:before="70" w:after="0" w:line="271" w:lineRule="auto"/>
        <w:ind w:firstLine="180"/>
        <w:rPr>
          <w:lang w:val="ru-RU"/>
        </w:rPr>
      </w:pPr>
      <w:r w:rsidRPr="00BB7497">
        <w:rPr>
          <w:rFonts w:ascii="Times New Roman" w:eastAsia="Times New Roman" w:hAnsi="Times New Roman"/>
          <w:color w:val="000000"/>
          <w:sz w:val="24"/>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E1CE35E" w14:textId="77777777" w:rsidR="00BB7497" w:rsidRPr="00BB7497" w:rsidRDefault="00BB7497" w:rsidP="00BB7497">
      <w:pPr>
        <w:autoSpaceDE w:val="0"/>
        <w:autoSpaceDN w:val="0"/>
        <w:spacing w:before="72" w:after="0" w:line="271" w:lineRule="auto"/>
        <w:ind w:right="432" w:firstLine="180"/>
        <w:rPr>
          <w:lang w:val="ru-RU"/>
        </w:rPr>
      </w:pPr>
      <w:r w:rsidRPr="00BB7497">
        <w:rPr>
          <w:rFonts w:ascii="Times New Roman" w:eastAsia="Times New Roman" w:hAnsi="Times New Roman"/>
          <w:color w:val="000000"/>
          <w:sz w:val="24"/>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454B7E4A" w14:textId="77777777" w:rsidR="00BB7497" w:rsidRPr="00BB7497" w:rsidRDefault="00BB7497" w:rsidP="00BB7497">
      <w:pPr>
        <w:tabs>
          <w:tab w:val="left" w:pos="180"/>
        </w:tabs>
        <w:autoSpaceDE w:val="0"/>
        <w:autoSpaceDN w:val="0"/>
        <w:spacing w:before="70" w:after="0" w:line="262" w:lineRule="auto"/>
        <w:ind w:right="432"/>
        <w:rPr>
          <w:lang w:val="ru-RU"/>
        </w:rPr>
      </w:pPr>
      <w:r w:rsidRPr="00BB7497">
        <w:rPr>
          <w:lang w:val="ru-RU"/>
        </w:rPr>
        <w:tab/>
      </w:r>
      <w:r w:rsidRPr="00BB7497">
        <w:rPr>
          <w:rFonts w:ascii="Times New Roman" w:eastAsia="Times New Roman" w:hAnsi="Times New Roman"/>
          <w:color w:val="000000"/>
          <w:sz w:val="24"/>
          <w:lang w:val="ru-RU"/>
        </w:rPr>
        <w:t>Познакомиться с женским и мужским костюмами в традициях разных народов, со своеобразием одежды в разных культурах и в разные эпохи.</w:t>
      </w:r>
    </w:p>
    <w:p w14:paraId="7C38C15C" w14:textId="77777777" w:rsidR="00BB7497" w:rsidRPr="00BB7497" w:rsidRDefault="00BB7497" w:rsidP="00BB7497">
      <w:pPr>
        <w:tabs>
          <w:tab w:val="left" w:pos="180"/>
        </w:tabs>
        <w:autoSpaceDE w:val="0"/>
        <w:autoSpaceDN w:val="0"/>
        <w:spacing w:before="190" w:after="0" w:line="271" w:lineRule="auto"/>
        <w:ind w:right="576"/>
        <w:rPr>
          <w:lang w:val="ru-RU"/>
        </w:rPr>
      </w:pPr>
      <w:r w:rsidRPr="00BB7497">
        <w:rPr>
          <w:lang w:val="ru-RU"/>
        </w:rPr>
        <w:tab/>
      </w:r>
      <w:r w:rsidRPr="00BB7497">
        <w:rPr>
          <w:rFonts w:ascii="Times New Roman" w:eastAsia="Times New Roman" w:hAnsi="Times New Roman"/>
          <w:b/>
          <w:color w:val="000000"/>
          <w:sz w:val="24"/>
          <w:lang w:val="ru-RU"/>
        </w:rPr>
        <w:t>Модуль «Архитектура»</w:t>
      </w:r>
      <w:r w:rsidRPr="00BB7497">
        <w:rPr>
          <w:lang w:val="ru-RU"/>
        </w:rPr>
        <w:br/>
      </w:r>
      <w:r w:rsidRPr="00BB7497">
        <w:rPr>
          <w:lang w:val="ru-RU"/>
        </w:rPr>
        <w:tab/>
      </w:r>
      <w:r w:rsidRPr="00BB7497">
        <w:rPr>
          <w:rFonts w:ascii="Times New Roman" w:eastAsia="Times New Roman" w:hAnsi="Times New Roman"/>
          <w:color w:val="000000"/>
          <w:sz w:val="24"/>
          <w:lang w:val="ru-RU"/>
        </w:rPr>
        <w:t>Получить представление о конструкции традиционных жилищ у разных народов, об их связи с окружающей природой.</w:t>
      </w:r>
    </w:p>
    <w:p w14:paraId="285ED684" w14:textId="77777777" w:rsidR="00BB7497" w:rsidRPr="00BB7497" w:rsidRDefault="00BB7497" w:rsidP="00BB7497">
      <w:pPr>
        <w:autoSpaceDE w:val="0"/>
        <w:autoSpaceDN w:val="0"/>
        <w:spacing w:before="70" w:after="0"/>
        <w:ind w:right="144" w:firstLine="180"/>
        <w:rPr>
          <w:lang w:val="ru-RU"/>
        </w:rPr>
      </w:pPr>
      <w:r w:rsidRPr="00BB7497">
        <w:rPr>
          <w:rFonts w:ascii="Times New Roman" w:eastAsia="Times New Roman" w:hAnsi="Times New Roman"/>
          <w:color w:val="000000"/>
          <w:sz w:val="24"/>
          <w:lang w:val="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14:paraId="5958559A"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Иметь представления о конструктивных особенностях переносного жилища — юрты.</w:t>
      </w:r>
    </w:p>
    <w:p w14:paraId="2CD8D202" w14:textId="77777777" w:rsidR="00BB7497" w:rsidRPr="00BB7497" w:rsidRDefault="00BB7497" w:rsidP="00BB7497">
      <w:pPr>
        <w:rPr>
          <w:lang w:val="ru-RU"/>
        </w:rPr>
        <w:sectPr w:rsidR="00BB7497" w:rsidRPr="00BB7497">
          <w:pgSz w:w="11900" w:h="16840"/>
          <w:pgMar w:top="286" w:right="672" w:bottom="368" w:left="666" w:header="720" w:footer="720" w:gutter="0"/>
          <w:cols w:space="720" w:equalWidth="0">
            <w:col w:w="10562" w:space="0"/>
          </w:cols>
          <w:docGrid w:linePitch="360"/>
        </w:sectPr>
      </w:pPr>
    </w:p>
    <w:p w14:paraId="14FD6122" w14:textId="77777777" w:rsidR="00BB7497" w:rsidRPr="00BB7497" w:rsidRDefault="00BB7497" w:rsidP="00BB7497">
      <w:pPr>
        <w:autoSpaceDE w:val="0"/>
        <w:autoSpaceDN w:val="0"/>
        <w:spacing w:after="78" w:line="220" w:lineRule="exact"/>
        <w:rPr>
          <w:lang w:val="ru-RU"/>
        </w:rPr>
      </w:pPr>
    </w:p>
    <w:p w14:paraId="578416FD" w14:textId="77777777" w:rsidR="00BB7497" w:rsidRPr="00BB7497" w:rsidRDefault="00BB7497" w:rsidP="00BB7497">
      <w:pPr>
        <w:autoSpaceDE w:val="0"/>
        <w:autoSpaceDN w:val="0"/>
        <w:spacing w:after="0"/>
        <w:ind w:right="576" w:firstLine="180"/>
        <w:rPr>
          <w:lang w:val="ru-RU"/>
        </w:rPr>
      </w:pPr>
      <w:r w:rsidRPr="00BB7497">
        <w:rPr>
          <w:rFonts w:ascii="Times New Roman" w:eastAsia="Times New Roman" w:hAnsi="Times New Roman"/>
          <w:color w:val="000000"/>
          <w:sz w:val="24"/>
          <w:lang w:val="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0172C640" w14:textId="77777777" w:rsidR="00BB7497" w:rsidRPr="00BB7497" w:rsidRDefault="00BB7497" w:rsidP="00BB7497">
      <w:pPr>
        <w:tabs>
          <w:tab w:val="left" w:pos="180"/>
        </w:tabs>
        <w:autoSpaceDE w:val="0"/>
        <w:autoSpaceDN w:val="0"/>
        <w:spacing w:before="70" w:after="0" w:line="262" w:lineRule="auto"/>
        <w:rPr>
          <w:lang w:val="ru-RU"/>
        </w:rPr>
      </w:pPr>
      <w:r w:rsidRPr="00BB7497">
        <w:rPr>
          <w:lang w:val="ru-RU"/>
        </w:rPr>
        <w:tab/>
      </w:r>
      <w:r w:rsidRPr="00BB7497">
        <w:rPr>
          <w:rFonts w:ascii="Times New Roman" w:eastAsia="Times New Roman" w:hAnsi="Times New Roman"/>
          <w:color w:val="000000"/>
          <w:sz w:val="24"/>
          <w:lang w:val="ru-RU"/>
        </w:rPr>
        <w:t>Иметь представления об устройстве и красоте древнерусского города, его архитектурном устройстве и жизни в нём людей.</w:t>
      </w:r>
    </w:p>
    <w:p w14:paraId="2B2C2CAA" w14:textId="77777777" w:rsidR="00BB7497" w:rsidRPr="00BB7497" w:rsidRDefault="00BB7497" w:rsidP="00BB7497">
      <w:pPr>
        <w:tabs>
          <w:tab w:val="left" w:pos="180"/>
        </w:tabs>
        <w:autoSpaceDE w:val="0"/>
        <w:autoSpaceDN w:val="0"/>
        <w:spacing w:before="70" w:after="0" w:line="262" w:lineRule="auto"/>
        <w:rPr>
          <w:lang w:val="ru-RU"/>
        </w:rPr>
      </w:pPr>
      <w:r w:rsidRPr="00BB7497">
        <w:rPr>
          <w:lang w:val="ru-RU"/>
        </w:rPr>
        <w:tab/>
      </w:r>
      <w:r w:rsidRPr="00BB7497">
        <w:rPr>
          <w:rFonts w:ascii="Times New Roman" w:eastAsia="Times New Roman" w:hAnsi="Times New Roman"/>
          <w:color w:val="000000"/>
          <w:sz w:val="24"/>
          <w:lang w:val="ru-RU"/>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8BA3E10" w14:textId="77777777" w:rsidR="00BB7497" w:rsidRPr="00BB7497" w:rsidRDefault="00BB7497" w:rsidP="00BB7497">
      <w:pPr>
        <w:autoSpaceDE w:val="0"/>
        <w:autoSpaceDN w:val="0"/>
        <w:spacing w:before="70" w:after="0" w:line="271" w:lineRule="auto"/>
        <w:ind w:right="432" w:firstLine="180"/>
        <w:rPr>
          <w:lang w:val="ru-RU"/>
        </w:rPr>
      </w:pPr>
      <w:r w:rsidRPr="00BB7497">
        <w:rPr>
          <w:rFonts w:ascii="Times New Roman" w:eastAsia="Times New Roman" w:hAnsi="Times New Roman"/>
          <w:color w:val="000000"/>
          <w:sz w:val="24"/>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7BEBDC04" w14:textId="77777777" w:rsidR="00BB7497" w:rsidRPr="00BB7497" w:rsidRDefault="00BB7497" w:rsidP="00BB7497">
      <w:pPr>
        <w:tabs>
          <w:tab w:val="left" w:pos="180"/>
        </w:tabs>
        <w:autoSpaceDE w:val="0"/>
        <w:autoSpaceDN w:val="0"/>
        <w:spacing w:before="72" w:after="0" w:line="262" w:lineRule="auto"/>
        <w:ind w:right="288"/>
        <w:rPr>
          <w:lang w:val="ru-RU"/>
        </w:rPr>
      </w:pPr>
      <w:r w:rsidRPr="00BB7497">
        <w:rPr>
          <w:lang w:val="ru-RU"/>
        </w:rPr>
        <w:tab/>
      </w:r>
      <w:r w:rsidRPr="00BB7497">
        <w:rPr>
          <w:rFonts w:ascii="Times New Roman" w:eastAsia="Times New Roman" w:hAnsi="Times New Roman"/>
          <w:color w:val="000000"/>
          <w:sz w:val="24"/>
          <w:lang w:val="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226472B3" w14:textId="77777777" w:rsidR="00BB7497" w:rsidRPr="00BB7497" w:rsidRDefault="00BB7497" w:rsidP="00BB7497">
      <w:pPr>
        <w:tabs>
          <w:tab w:val="left" w:pos="180"/>
        </w:tabs>
        <w:autoSpaceDE w:val="0"/>
        <w:autoSpaceDN w:val="0"/>
        <w:spacing w:before="190" w:after="0" w:line="281" w:lineRule="auto"/>
        <w:ind w:right="432"/>
        <w:rPr>
          <w:lang w:val="ru-RU"/>
        </w:rPr>
      </w:pPr>
      <w:r w:rsidRPr="00BB7497">
        <w:rPr>
          <w:lang w:val="ru-RU"/>
        </w:rPr>
        <w:tab/>
      </w:r>
      <w:r w:rsidRPr="00BB7497">
        <w:rPr>
          <w:rFonts w:ascii="Times New Roman" w:eastAsia="Times New Roman" w:hAnsi="Times New Roman"/>
          <w:b/>
          <w:color w:val="000000"/>
          <w:sz w:val="24"/>
          <w:lang w:val="ru-RU"/>
        </w:rPr>
        <w:t>Модуль «Восприятие произведений искусства»</w:t>
      </w:r>
      <w:r w:rsidRPr="00BB7497">
        <w:rPr>
          <w:lang w:val="ru-RU"/>
        </w:rPr>
        <w:br/>
      </w:r>
      <w:r w:rsidRPr="00BB7497">
        <w:rPr>
          <w:lang w:val="ru-RU"/>
        </w:rPr>
        <w:tab/>
      </w:r>
      <w:r w:rsidRPr="00BB7497">
        <w:rPr>
          <w:rFonts w:ascii="Times New Roman" w:eastAsia="Times New Roman" w:hAnsi="Times New Roman"/>
          <w:color w:val="000000"/>
          <w:sz w:val="24"/>
          <w:lang w:val="ru-RU"/>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02911094" w14:textId="77777777" w:rsidR="00BB7497" w:rsidRPr="00BB7497" w:rsidRDefault="00BB7497" w:rsidP="00BB7497">
      <w:pPr>
        <w:autoSpaceDE w:val="0"/>
        <w:autoSpaceDN w:val="0"/>
        <w:spacing w:before="70" w:after="0"/>
        <w:ind w:right="864" w:firstLine="180"/>
        <w:rPr>
          <w:lang w:val="ru-RU"/>
        </w:rPr>
      </w:pPr>
      <w:r w:rsidRPr="00BB7497">
        <w:rPr>
          <w:rFonts w:ascii="Times New Roman" w:eastAsia="Times New Roman" w:hAnsi="Times New Roman"/>
          <w:color w:val="000000"/>
          <w:sz w:val="24"/>
          <w:lang w:val="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2359F30" w14:textId="77777777" w:rsidR="00BB7497" w:rsidRPr="00BB7497" w:rsidRDefault="00BB7497" w:rsidP="00BB7497">
      <w:pPr>
        <w:tabs>
          <w:tab w:val="left" w:pos="180"/>
        </w:tabs>
        <w:autoSpaceDE w:val="0"/>
        <w:autoSpaceDN w:val="0"/>
        <w:spacing w:before="70" w:after="0" w:line="262" w:lineRule="auto"/>
        <w:ind w:right="288"/>
        <w:rPr>
          <w:lang w:val="ru-RU"/>
        </w:rPr>
      </w:pPr>
      <w:r w:rsidRPr="00BB7497">
        <w:rPr>
          <w:lang w:val="ru-RU"/>
        </w:rPr>
        <w:tab/>
      </w:r>
      <w:r w:rsidRPr="00BB7497">
        <w:rPr>
          <w:rFonts w:ascii="Times New Roman" w:eastAsia="Times New Roman" w:hAnsi="Times New Roman"/>
          <w:color w:val="000000"/>
          <w:sz w:val="24"/>
          <w:lang w:val="ru-RU"/>
        </w:rPr>
        <w:t>Узнавать соборы Московского Кремля, Софийский собор в Великом Новгороде, храм Покрова на Нерли.</w:t>
      </w:r>
    </w:p>
    <w:p w14:paraId="2E28A85E" w14:textId="77777777" w:rsidR="00BB7497" w:rsidRPr="00BB7497" w:rsidRDefault="00BB7497" w:rsidP="00BB7497">
      <w:pPr>
        <w:tabs>
          <w:tab w:val="left" w:pos="180"/>
        </w:tabs>
        <w:autoSpaceDE w:val="0"/>
        <w:autoSpaceDN w:val="0"/>
        <w:spacing w:before="70" w:after="0" w:line="262" w:lineRule="auto"/>
        <w:ind w:right="144"/>
        <w:rPr>
          <w:lang w:val="ru-RU"/>
        </w:rPr>
      </w:pPr>
      <w:r w:rsidRPr="00BB7497">
        <w:rPr>
          <w:lang w:val="ru-RU"/>
        </w:rPr>
        <w:tab/>
      </w:r>
      <w:r w:rsidRPr="00BB7497">
        <w:rPr>
          <w:rFonts w:ascii="Times New Roman" w:eastAsia="Times New Roman" w:hAnsi="Times New Roman"/>
          <w:color w:val="000000"/>
          <w:sz w:val="24"/>
          <w:lang w:val="ru-RU"/>
        </w:rPr>
        <w:t>Уметь называть и объяснять содержание памятника К. Минину и Д. Пожарскому скульптора И. П. Мартоса в Москве.</w:t>
      </w:r>
    </w:p>
    <w:p w14:paraId="68CFE3E8" w14:textId="77777777" w:rsidR="00BB7497" w:rsidRPr="00BB7497" w:rsidRDefault="00BB7497" w:rsidP="00BB7497">
      <w:pPr>
        <w:autoSpaceDE w:val="0"/>
        <w:autoSpaceDN w:val="0"/>
        <w:spacing w:before="70" w:after="0" w:line="281" w:lineRule="auto"/>
        <w:ind w:right="288" w:firstLine="180"/>
        <w:rPr>
          <w:lang w:val="ru-RU"/>
        </w:rPr>
      </w:pPr>
      <w:r w:rsidRPr="00BB7497">
        <w:rPr>
          <w:rFonts w:ascii="Times New Roman" w:eastAsia="Times New Roman" w:hAnsi="Times New Roman"/>
          <w:color w:val="000000"/>
          <w:sz w:val="24"/>
          <w:lang w:val="ru-RU"/>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0A67193F" w14:textId="77777777" w:rsidR="00BB7497" w:rsidRPr="00BB7497" w:rsidRDefault="00BB7497" w:rsidP="00BB7497">
      <w:pPr>
        <w:autoSpaceDE w:val="0"/>
        <w:autoSpaceDN w:val="0"/>
        <w:spacing w:before="72" w:after="0" w:line="271" w:lineRule="auto"/>
        <w:ind w:right="432" w:firstLine="180"/>
        <w:rPr>
          <w:lang w:val="ru-RU"/>
        </w:rPr>
      </w:pPr>
      <w:r w:rsidRPr="00BB7497">
        <w:rPr>
          <w:rFonts w:ascii="Times New Roman" w:eastAsia="Times New Roman" w:hAnsi="Times New Roman"/>
          <w:color w:val="000000"/>
          <w:sz w:val="24"/>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304030D2" w14:textId="77777777" w:rsidR="00BB7497" w:rsidRPr="00BB7497" w:rsidRDefault="00BB7497" w:rsidP="00BB7497">
      <w:pPr>
        <w:autoSpaceDE w:val="0"/>
        <w:autoSpaceDN w:val="0"/>
        <w:spacing w:before="70" w:after="0" w:line="271" w:lineRule="auto"/>
        <w:ind w:right="288" w:firstLine="180"/>
        <w:rPr>
          <w:lang w:val="ru-RU"/>
        </w:rPr>
      </w:pPr>
      <w:r w:rsidRPr="00BB7497">
        <w:rPr>
          <w:rFonts w:ascii="Times New Roman" w:eastAsia="Times New Roman" w:hAnsi="Times New Roman"/>
          <w:color w:val="000000"/>
          <w:sz w:val="24"/>
          <w:lang w:val="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299DC534" w14:textId="77777777" w:rsidR="00BB7497" w:rsidRPr="00BB7497" w:rsidRDefault="00BB7497" w:rsidP="00BB7497">
      <w:pPr>
        <w:tabs>
          <w:tab w:val="left" w:pos="180"/>
        </w:tabs>
        <w:autoSpaceDE w:val="0"/>
        <w:autoSpaceDN w:val="0"/>
        <w:spacing w:before="70" w:after="0" w:line="262" w:lineRule="auto"/>
        <w:rPr>
          <w:lang w:val="ru-RU"/>
        </w:rPr>
      </w:pPr>
      <w:r w:rsidRPr="00BB7497">
        <w:rPr>
          <w:lang w:val="ru-RU"/>
        </w:rPr>
        <w:tab/>
      </w:r>
      <w:r w:rsidRPr="00BB7497">
        <w:rPr>
          <w:rFonts w:ascii="Times New Roman" w:eastAsia="Times New Roman" w:hAnsi="Times New Roman"/>
          <w:color w:val="000000"/>
          <w:sz w:val="24"/>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14:paraId="24A3185C" w14:textId="77777777" w:rsidR="00BB7497" w:rsidRPr="00BB7497" w:rsidRDefault="00BB7497" w:rsidP="00BB7497">
      <w:pPr>
        <w:tabs>
          <w:tab w:val="left" w:pos="180"/>
        </w:tabs>
        <w:autoSpaceDE w:val="0"/>
        <w:autoSpaceDN w:val="0"/>
        <w:spacing w:before="190" w:after="0"/>
        <w:ind w:right="144"/>
        <w:rPr>
          <w:lang w:val="ru-RU"/>
        </w:rPr>
      </w:pPr>
      <w:r w:rsidRPr="00BB7497">
        <w:rPr>
          <w:lang w:val="ru-RU"/>
        </w:rPr>
        <w:tab/>
      </w:r>
      <w:r w:rsidRPr="00BB7497">
        <w:rPr>
          <w:rFonts w:ascii="Times New Roman" w:eastAsia="Times New Roman" w:hAnsi="Times New Roman"/>
          <w:b/>
          <w:color w:val="000000"/>
          <w:sz w:val="24"/>
          <w:lang w:val="ru-RU"/>
        </w:rPr>
        <w:t>Модуль «Азбука цифровой графики»</w:t>
      </w:r>
      <w:r w:rsidRPr="00BB7497">
        <w:rPr>
          <w:lang w:val="ru-RU"/>
        </w:rPr>
        <w:br/>
      </w:r>
      <w:r w:rsidRPr="00BB7497">
        <w:rPr>
          <w:lang w:val="ru-RU"/>
        </w:rPr>
        <w:tab/>
      </w:r>
      <w:r w:rsidRPr="00BB7497">
        <w:rPr>
          <w:rFonts w:ascii="Times New Roman" w:eastAsia="Times New Roman" w:hAnsi="Times New Roman"/>
          <w:color w:val="000000"/>
          <w:sz w:val="24"/>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rFonts w:ascii="Times New Roman" w:eastAsia="Times New Roman" w:hAnsi="Times New Roman"/>
          <w:color w:val="000000"/>
          <w:sz w:val="24"/>
        </w:rPr>
        <w:t>Paint</w:t>
      </w:r>
      <w:r w:rsidRPr="00BB7497">
        <w:rPr>
          <w:rFonts w:ascii="Times New Roman" w:eastAsia="Times New Roman" w:hAnsi="Times New Roman"/>
          <w:color w:val="000000"/>
          <w:sz w:val="24"/>
          <w:lang w:val="ru-RU"/>
        </w:rPr>
        <w:t>: изображение линии горизонта и точки схода, перспективных сокращений, цветовых и тональных изменений.</w:t>
      </w:r>
    </w:p>
    <w:p w14:paraId="1FEA4B4E" w14:textId="77777777" w:rsidR="00BB7497" w:rsidRPr="00BB7497" w:rsidRDefault="00BB7497" w:rsidP="00BB7497">
      <w:pPr>
        <w:autoSpaceDE w:val="0"/>
        <w:autoSpaceDN w:val="0"/>
        <w:spacing w:before="70" w:after="0" w:line="271" w:lineRule="auto"/>
        <w:ind w:right="576" w:firstLine="180"/>
        <w:rPr>
          <w:lang w:val="ru-RU"/>
        </w:rPr>
      </w:pPr>
      <w:r w:rsidRPr="00BB7497">
        <w:rPr>
          <w:rFonts w:ascii="Times New Roman" w:eastAsia="Times New Roman" w:hAnsi="Times New Roman"/>
          <w:color w:val="000000"/>
          <w:sz w:val="24"/>
          <w:lang w:val="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7A57A68E" w14:textId="77777777" w:rsidR="00BB7497" w:rsidRPr="00BB7497" w:rsidRDefault="00BB7497" w:rsidP="00BB7497">
      <w:pPr>
        <w:rPr>
          <w:lang w:val="ru-RU"/>
        </w:rPr>
        <w:sectPr w:rsidR="00BB7497" w:rsidRPr="00BB7497">
          <w:pgSz w:w="11900" w:h="16840"/>
          <w:pgMar w:top="298" w:right="646" w:bottom="308" w:left="666" w:header="720" w:footer="720" w:gutter="0"/>
          <w:cols w:space="720" w:equalWidth="0">
            <w:col w:w="10588" w:space="0"/>
          </w:cols>
          <w:docGrid w:linePitch="360"/>
        </w:sectPr>
      </w:pPr>
    </w:p>
    <w:p w14:paraId="0F9D90C5" w14:textId="77777777" w:rsidR="00BB7497" w:rsidRPr="00BB7497" w:rsidRDefault="00BB7497" w:rsidP="00BB7497">
      <w:pPr>
        <w:autoSpaceDE w:val="0"/>
        <w:autoSpaceDN w:val="0"/>
        <w:spacing w:after="78" w:line="220" w:lineRule="exact"/>
        <w:rPr>
          <w:lang w:val="ru-RU"/>
        </w:rPr>
      </w:pPr>
    </w:p>
    <w:p w14:paraId="2AC7A0B9" w14:textId="77777777" w:rsidR="00BB7497" w:rsidRPr="00BB7497" w:rsidRDefault="00BB7497" w:rsidP="00BB7497">
      <w:pPr>
        <w:tabs>
          <w:tab w:val="left" w:pos="180"/>
        </w:tabs>
        <w:autoSpaceDE w:val="0"/>
        <w:autoSpaceDN w:val="0"/>
        <w:spacing w:after="0" w:line="262" w:lineRule="auto"/>
        <w:ind w:right="288"/>
        <w:rPr>
          <w:lang w:val="ru-RU"/>
        </w:rPr>
      </w:pPr>
      <w:r w:rsidRPr="00BB7497">
        <w:rPr>
          <w:lang w:val="ru-RU"/>
        </w:rPr>
        <w:tab/>
      </w:r>
      <w:r w:rsidRPr="00BB7497">
        <w:rPr>
          <w:rFonts w:ascii="Times New Roman" w:eastAsia="Times New Roman" w:hAnsi="Times New Roman"/>
          <w:color w:val="000000"/>
          <w:sz w:val="24"/>
          <w:lang w:val="ru-RU"/>
        </w:rPr>
        <w:t>Использовать поисковую систему для знакомства с разными видами деревянного дома на основе избы и традициями и её украшений.</w:t>
      </w:r>
    </w:p>
    <w:p w14:paraId="476D93CD" w14:textId="77777777" w:rsidR="00BB7497" w:rsidRPr="00BB7497" w:rsidRDefault="00BB7497" w:rsidP="00BB7497">
      <w:pPr>
        <w:autoSpaceDE w:val="0"/>
        <w:autoSpaceDN w:val="0"/>
        <w:spacing w:before="70" w:after="0" w:line="271" w:lineRule="auto"/>
        <w:ind w:firstLine="180"/>
        <w:rPr>
          <w:lang w:val="ru-RU"/>
        </w:rPr>
      </w:pPr>
      <w:r w:rsidRPr="00BB7497">
        <w:rPr>
          <w:rFonts w:ascii="Times New Roman" w:eastAsia="Times New Roman" w:hAnsi="Times New Roman"/>
          <w:color w:val="000000"/>
          <w:sz w:val="24"/>
          <w:lang w:val="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51CBFAF6" w14:textId="77777777" w:rsidR="00BB7497" w:rsidRPr="00BB7497" w:rsidRDefault="00BB7497" w:rsidP="00BB7497">
      <w:pPr>
        <w:autoSpaceDE w:val="0"/>
        <w:autoSpaceDN w:val="0"/>
        <w:spacing w:before="70" w:after="0" w:line="271" w:lineRule="auto"/>
        <w:ind w:right="576" w:firstLine="180"/>
        <w:rPr>
          <w:lang w:val="ru-RU"/>
        </w:rPr>
      </w:pPr>
      <w:r w:rsidRPr="00BB7497">
        <w:rPr>
          <w:rFonts w:ascii="Times New Roman" w:eastAsia="Times New Roman" w:hAnsi="Times New Roman"/>
          <w:color w:val="000000"/>
          <w:sz w:val="24"/>
          <w:lang w:val="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196780E4" w14:textId="77777777" w:rsidR="00BB7497" w:rsidRPr="00BB7497" w:rsidRDefault="00BB7497" w:rsidP="00BB7497">
      <w:pPr>
        <w:tabs>
          <w:tab w:val="left" w:pos="180"/>
        </w:tabs>
        <w:autoSpaceDE w:val="0"/>
        <w:autoSpaceDN w:val="0"/>
        <w:spacing w:before="70" w:after="0" w:line="281" w:lineRule="auto"/>
        <w:rPr>
          <w:lang w:val="ru-RU"/>
        </w:rPr>
      </w:pPr>
      <w:r w:rsidRPr="00BB7497">
        <w:rPr>
          <w:lang w:val="ru-RU"/>
        </w:rPr>
        <w:tab/>
      </w:r>
      <w:r w:rsidRPr="00BB7497">
        <w:rPr>
          <w:rFonts w:ascii="Times New Roman" w:eastAsia="Times New Roman" w:hAnsi="Times New Roman"/>
          <w:color w:val="000000"/>
          <w:sz w:val="24"/>
          <w:lang w:val="ru-RU"/>
        </w:rP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w:t>
      </w:r>
      <w:r w:rsidRPr="00BB7497">
        <w:rPr>
          <w:lang w:val="ru-RU"/>
        </w:rPr>
        <w:br/>
      </w:r>
      <w:r w:rsidRPr="00BB7497">
        <w:rPr>
          <w:rFonts w:ascii="Times New Roman" w:eastAsia="Times New Roman" w:hAnsi="Times New Roman"/>
          <w:color w:val="000000"/>
          <w:sz w:val="24"/>
          <w:lang w:val="ru-RU"/>
        </w:rPr>
        <w:t xml:space="preserve">соответствующих технических условиях создать анимацию схематического движения человека). </w:t>
      </w:r>
      <w:r w:rsidRPr="00BB7497">
        <w:rPr>
          <w:lang w:val="ru-RU"/>
        </w:rPr>
        <w:tab/>
      </w:r>
      <w:r w:rsidRPr="00BB7497">
        <w:rPr>
          <w:rFonts w:ascii="Times New Roman" w:eastAsia="Times New Roman" w:hAnsi="Times New Roman"/>
          <w:color w:val="000000"/>
          <w:sz w:val="24"/>
          <w:lang w:val="ru-RU"/>
        </w:rPr>
        <w:t xml:space="preserve">Освоить анимацию простого повторяющегося движения изображения в виртуальном редакторе </w:t>
      </w:r>
      <w:r>
        <w:rPr>
          <w:rFonts w:ascii="Times New Roman" w:eastAsia="Times New Roman" w:hAnsi="Times New Roman"/>
          <w:color w:val="000000"/>
          <w:sz w:val="24"/>
        </w:rPr>
        <w:t>GIF</w:t>
      </w:r>
      <w:r w:rsidRPr="00BB7497">
        <w:rPr>
          <w:rFonts w:ascii="Times New Roman" w:eastAsia="Times New Roman" w:hAnsi="Times New Roman"/>
          <w:color w:val="000000"/>
          <w:sz w:val="24"/>
          <w:lang w:val="ru-RU"/>
        </w:rPr>
        <w:t>-анимации.</w:t>
      </w:r>
    </w:p>
    <w:p w14:paraId="32C87648" w14:textId="77777777" w:rsidR="00BB7497" w:rsidRPr="00BB7497" w:rsidRDefault="00BB7497" w:rsidP="00BB7497">
      <w:pPr>
        <w:autoSpaceDE w:val="0"/>
        <w:autoSpaceDN w:val="0"/>
        <w:spacing w:before="70" w:after="0"/>
        <w:ind w:firstLine="180"/>
        <w:rPr>
          <w:lang w:val="ru-RU"/>
        </w:rPr>
      </w:pPr>
      <w:r w:rsidRPr="00BB7497">
        <w:rPr>
          <w:rFonts w:ascii="Times New Roman" w:eastAsia="Times New Roman" w:hAnsi="Times New Roman"/>
          <w:color w:val="000000"/>
          <w:sz w:val="24"/>
          <w:lang w:val="ru-RU"/>
        </w:rPr>
        <w:t xml:space="preserve">Освоить и проводить компьютерные презентации в программе </w:t>
      </w:r>
      <w:r>
        <w:rPr>
          <w:rFonts w:ascii="Times New Roman" w:eastAsia="Times New Roman" w:hAnsi="Times New Roman"/>
          <w:color w:val="000000"/>
          <w:sz w:val="24"/>
        </w:rPr>
        <w:t>PowerPoint</w:t>
      </w:r>
      <w:r w:rsidRPr="00BB7497">
        <w:rPr>
          <w:rFonts w:ascii="Times New Roman" w:eastAsia="Times New Roman" w:hAnsi="Times New Roman"/>
          <w:color w:val="000000"/>
          <w:sz w:val="24"/>
          <w:lang w:val="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4F6E7E9F" w14:textId="77777777" w:rsidR="00BB7497" w:rsidRPr="00BB7497" w:rsidRDefault="00BB7497" w:rsidP="00BB7497">
      <w:pPr>
        <w:autoSpaceDE w:val="0"/>
        <w:autoSpaceDN w:val="0"/>
        <w:spacing w:before="70" w:after="0" w:line="230" w:lineRule="auto"/>
        <w:ind w:left="180"/>
        <w:rPr>
          <w:lang w:val="ru-RU"/>
        </w:rPr>
      </w:pPr>
      <w:r w:rsidRPr="00BB7497">
        <w:rPr>
          <w:rFonts w:ascii="Times New Roman" w:eastAsia="Times New Roman" w:hAnsi="Times New Roman"/>
          <w:color w:val="000000"/>
          <w:sz w:val="24"/>
          <w:lang w:val="ru-RU"/>
        </w:rPr>
        <w:t>Совершать виртуальные тематические путешествия по художественным музеям мира.</w:t>
      </w:r>
    </w:p>
    <w:p w14:paraId="2867278F" w14:textId="77777777" w:rsidR="00BB7497" w:rsidRPr="00BB7497" w:rsidRDefault="00BB7497">
      <w:pPr>
        <w:rPr>
          <w:rFonts w:ascii="Times New Roman" w:hAnsi="Times New Roman" w:cs="Times New Roman"/>
          <w:b/>
          <w:lang w:val="ru-RU"/>
        </w:rPr>
        <w:sectPr w:rsidR="00BB7497" w:rsidRPr="00BB7497" w:rsidSect="003E10B7">
          <w:pgSz w:w="11900" w:h="16840"/>
          <w:pgMar w:top="709" w:right="648" w:bottom="1440" w:left="666" w:header="720" w:footer="720" w:gutter="0"/>
          <w:cols w:space="720" w:equalWidth="0">
            <w:col w:w="10586" w:space="0"/>
          </w:cols>
          <w:docGrid w:linePitch="360"/>
        </w:sectPr>
      </w:pPr>
    </w:p>
    <w:p w14:paraId="13BD68A5" w14:textId="16486601" w:rsidR="00083BFC" w:rsidRPr="003E10B7" w:rsidRDefault="003E10B7">
      <w:pPr>
        <w:autoSpaceDE w:val="0"/>
        <w:autoSpaceDN w:val="0"/>
        <w:spacing w:after="258" w:line="233" w:lineRule="auto"/>
        <w:rPr>
          <w:lang w:val="ru-RU"/>
        </w:rPr>
      </w:pPr>
      <w:r>
        <w:rPr>
          <w:rFonts w:ascii="Times New Roman" w:eastAsia="Times New Roman" w:hAnsi="Times New Roman"/>
          <w:b/>
          <w:color w:val="000000"/>
          <w:w w:val="101"/>
          <w:sz w:val="19"/>
        </w:rPr>
        <w:t>IV</w:t>
      </w:r>
      <w:r w:rsidRPr="003E10B7">
        <w:rPr>
          <w:rFonts w:ascii="Times New Roman" w:eastAsia="Times New Roman" w:hAnsi="Times New Roman"/>
          <w:b/>
          <w:color w:val="000000"/>
          <w:w w:val="101"/>
          <w:sz w:val="19"/>
          <w:lang w:val="ru-RU"/>
        </w:rPr>
        <w:t xml:space="preserve">. </w:t>
      </w:r>
      <w:r w:rsidR="0045250B" w:rsidRPr="003E10B7">
        <w:rPr>
          <w:rFonts w:ascii="Times New Roman" w:eastAsia="Times New Roman" w:hAnsi="Times New Roman"/>
          <w:b/>
          <w:color w:val="000000"/>
          <w:w w:val="101"/>
          <w:sz w:val="19"/>
          <w:lang w:val="ru-RU"/>
        </w:rPr>
        <w:t xml:space="preserve">ТЕМАТИЧЕСКОЕ ПЛАНИРОВАНИЕ </w:t>
      </w:r>
      <w:r w:rsidR="00BB7497">
        <w:rPr>
          <w:rFonts w:ascii="Times New Roman" w:eastAsia="Times New Roman" w:hAnsi="Times New Roman"/>
          <w:b/>
          <w:color w:val="000000"/>
          <w:w w:val="101"/>
          <w:sz w:val="19"/>
          <w:lang w:val="ru-RU"/>
        </w:rPr>
        <w:t xml:space="preserve"> 1 класс</w:t>
      </w:r>
    </w:p>
    <w:tbl>
      <w:tblPr>
        <w:tblW w:w="15623" w:type="dxa"/>
        <w:tblInd w:w="6" w:type="dxa"/>
        <w:tblLayout w:type="fixed"/>
        <w:tblLook w:val="04A0" w:firstRow="1" w:lastRow="0" w:firstColumn="1" w:lastColumn="0" w:noHBand="0" w:noVBand="1"/>
      </w:tblPr>
      <w:tblGrid>
        <w:gridCol w:w="472"/>
        <w:gridCol w:w="4089"/>
        <w:gridCol w:w="534"/>
        <w:gridCol w:w="1113"/>
        <w:gridCol w:w="1149"/>
        <w:gridCol w:w="871"/>
        <w:gridCol w:w="2675"/>
        <w:gridCol w:w="1088"/>
        <w:gridCol w:w="3632"/>
      </w:tblGrid>
      <w:tr w:rsidR="00083BFC" w14:paraId="40A97E38" w14:textId="77777777" w:rsidTr="00851803">
        <w:trPr>
          <w:trHeight w:hRule="exact" w:val="390"/>
        </w:trPr>
        <w:tc>
          <w:tcPr>
            <w:tcW w:w="47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4643EB5" w14:textId="77777777" w:rsidR="00083BFC" w:rsidRPr="003E10B7" w:rsidRDefault="0045250B">
            <w:pPr>
              <w:autoSpaceDE w:val="0"/>
              <w:autoSpaceDN w:val="0"/>
              <w:spacing w:before="78" w:after="0" w:line="245" w:lineRule="auto"/>
              <w:ind w:right="144"/>
              <w:jc w:val="center"/>
              <w:rPr>
                <w:lang w:val="ru-RU"/>
              </w:rPr>
            </w:pPr>
            <w:r w:rsidRPr="003E10B7">
              <w:rPr>
                <w:rFonts w:ascii="Times New Roman" w:eastAsia="Times New Roman" w:hAnsi="Times New Roman"/>
                <w:b/>
                <w:color w:val="000000"/>
                <w:w w:val="97"/>
                <w:sz w:val="16"/>
                <w:lang w:val="ru-RU"/>
              </w:rPr>
              <w:t>№</w:t>
            </w:r>
            <w:r w:rsidRPr="003E10B7">
              <w:rPr>
                <w:lang w:val="ru-RU"/>
              </w:rPr>
              <w:br/>
            </w:r>
            <w:r w:rsidRPr="003E10B7">
              <w:rPr>
                <w:rFonts w:ascii="Times New Roman" w:eastAsia="Times New Roman" w:hAnsi="Times New Roman"/>
                <w:b/>
                <w:color w:val="000000"/>
                <w:w w:val="97"/>
                <w:sz w:val="16"/>
                <w:lang w:val="ru-RU"/>
              </w:rPr>
              <w:t>п/п</w:t>
            </w:r>
          </w:p>
        </w:tc>
        <w:tc>
          <w:tcPr>
            <w:tcW w:w="408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4C68B81" w14:textId="77777777" w:rsidR="00083BFC" w:rsidRPr="005F2B85" w:rsidRDefault="0045250B">
            <w:pPr>
              <w:autoSpaceDE w:val="0"/>
              <w:autoSpaceDN w:val="0"/>
              <w:spacing w:before="78" w:after="0" w:line="230" w:lineRule="auto"/>
              <w:ind w:left="72"/>
              <w:rPr>
                <w:lang w:val="ru-RU"/>
              </w:rPr>
            </w:pPr>
            <w:r w:rsidRPr="005F2B85">
              <w:rPr>
                <w:rFonts w:ascii="Times New Roman" w:eastAsia="Times New Roman" w:hAnsi="Times New Roman"/>
                <w:b/>
                <w:color w:val="000000"/>
                <w:w w:val="97"/>
                <w:sz w:val="16"/>
                <w:lang w:val="ru-RU"/>
              </w:rPr>
              <w:t>Наименование разделов и тем программы</w:t>
            </w:r>
          </w:p>
        </w:tc>
        <w:tc>
          <w:tcPr>
            <w:tcW w:w="279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7FE2C753" w14:textId="77777777" w:rsidR="00083BFC" w:rsidRPr="003E10B7" w:rsidRDefault="0045250B">
            <w:pPr>
              <w:autoSpaceDE w:val="0"/>
              <w:autoSpaceDN w:val="0"/>
              <w:spacing w:before="78" w:after="0" w:line="230" w:lineRule="auto"/>
              <w:ind w:left="72"/>
              <w:rPr>
                <w:lang w:val="ru-RU"/>
              </w:rPr>
            </w:pPr>
            <w:r w:rsidRPr="003E10B7">
              <w:rPr>
                <w:rFonts w:ascii="Times New Roman" w:eastAsia="Times New Roman" w:hAnsi="Times New Roman"/>
                <w:b/>
                <w:color w:val="000000"/>
                <w:w w:val="97"/>
                <w:sz w:val="16"/>
                <w:lang w:val="ru-RU"/>
              </w:rPr>
              <w:t>Количество часов</w:t>
            </w:r>
          </w:p>
        </w:tc>
        <w:tc>
          <w:tcPr>
            <w:tcW w:w="87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A05B7E9" w14:textId="77777777" w:rsidR="00083BFC" w:rsidRPr="003E10B7" w:rsidRDefault="0045250B">
            <w:pPr>
              <w:autoSpaceDE w:val="0"/>
              <w:autoSpaceDN w:val="0"/>
              <w:spacing w:before="78" w:after="0" w:line="245" w:lineRule="auto"/>
              <w:ind w:left="72"/>
              <w:rPr>
                <w:lang w:val="ru-RU"/>
              </w:rPr>
            </w:pPr>
            <w:r w:rsidRPr="003E10B7">
              <w:rPr>
                <w:rFonts w:ascii="Times New Roman" w:eastAsia="Times New Roman" w:hAnsi="Times New Roman"/>
                <w:b/>
                <w:color w:val="000000"/>
                <w:w w:val="97"/>
                <w:sz w:val="16"/>
                <w:lang w:val="ru-RU"/>
              </w:rPr>
              <w:t xml:space="preserve">Дата </w:t>
            </w:r>
            <w:r w:rsidRPr="003E10B7">
              <w:rPr>
                <w:lang w:val="ru-RU"/>
              </w:rPr>
              <w:br/>
            </w:r>
            <w:r w:rsidRPr="003E10B7">
              <w:rPr>
                <w:rFonts w:ascii="Times New Roman" w:eastAsia="Times New Roman" w:hAnsi="Times New Roman"/>
                <w:b/>
                <w:color w:val="000000"/>
                <w:w w:val="97"/>
                <w:sz w:val="16"/>
                <w:lang w:val="ru-RU"/>
              </w:rPr>
              <w:t>изучения</w:t>
            </w:r>
          </w:p>
        </w:tc>
        <w:tc>
          <w:tcPr>
            <w:tcW w:w="2675"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86D29C2" w14:textId="77777777" w:rsidR="00083BFC" w:rsidRPr="003E10B7" w:rsidRDefault="0045250B">
            <w:pPr>
              <w:autoSpaceDE w:val="0"/>
              <w:autoSpaceDN w:val="0"/>
              <w:spacing w:before="78" w:after="0" w:line="230" w:lineRule="auto"/>
              <w:ind w:left="72"/>
              <w:rPr>
                <w:lang w:val="ru-RU"/>
              </w:rPr>
            </w:pPr>
            <w:r w:rsidRPr="003E10B7">
              <w:rPr>
                <w:rFonts w:ascii="Times New Roman" w:eastAsia="Times New Roman" w:hAnsi="Times New Roman"/>
                <w:b/>
                <w:color w:val="000000"/>
                <w:w w:val="97"/>
                <w:sz w:val="16"/>
                <w:lang w:val="ru-RU"/>
              </w:rPr>
              <w:t>Виды деятельности</w:t>
            </w:r>
          </w:p>
        </w:tc>
        <w:tc>
          <w:tcPr>
            <w:tcW w:w="108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EE7AF39" w14:textId="77777777" w:rsidR="00083BFC" w:rsidRPr="003E10B7" w:rsidRDefault="0045250B">
            <w:pPr>
              <w:autoSpaceDE w:val="0"/>
              <w:autoSpaceDN w:val="0"/>
              <w:spacing w:before="78" w:after="0" w:line="247" w:lineRule="auto"/>
              <w:ind w:left="72" w:right="288"/>
              <w:rPr>
                <w:lang w:val="ru-RU"/>
              </w:rPr>
            </w:pPr>
            <w:r w:rsidRPr="003E10B7">
              <w:rPr>
                <w:rFonts w:ascii="Times New Roman" w:eastAsia="Times New Roman" w:hAnsi="Times New Roman"/>
                <w:b/>
                <w:color w:val="000000"/>
                <w:w w:val="97"/>
                <w:sz w:val="16"/>
                <w:lang w:val="ru-RU"/>
              </w:rPr>
              <w:t xml:space="preserve">Виды, </w:t>
            </w:r>
            <w:r w:rsidRPr="003E10B7">
              <w:rPr>
                <w:lang w:val="ru-RU"/>
              </w:rPr>
              <w:br/>
            </w:r>
            <w:r w:rsidRPr="003E10B7">
              <w:rPr>
                <w:rFonts w:ascii="Times New Roman" w:eastAsia="Times New Roman" w:hAnsi="Times New Roman"/>
                <w:b/>
                <w:color w:val="000000"/>
                <w:w w:val="97"/>
                <w:sz w:val="16"/>
                <w:lang w:val="ru-RU"/>
              </w:rPr>
              <w:t xml:space="preserve">формы </w:t>
            </w:r>
            <w:r w:rsidRPr="003E10B7">
              <w:rPr>
                <w:lang w:val="ru-RU"/>
              </w:rPr>
              <w:br/>
            </w:r>
            <w:r w:rsidRPr="003E10B7">
              <w:rPr>
                <w:rFonts w:ascii="Times New Roman" w:eastAsia="Times New Roman" w:hAnsi="Times New Roman"/>
                <w:b/>
                <w:color w:val="000000"/>
                <w:w w:val="97"/>
                <w:sz w:val="16"/>
                <w:lang w:val="ru-RU"/>
              </w:rPr>
              <w:t>контроля</w:t>
            </w:r>
          </w:p>
        </w:tc>
        <w:tc>
          <w:tcPr>
            <w:tcW w:w="363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939FCF0" w14:textId="77777777" w:rsidR="00083BFC" w:rsidRDefault="0045250B">
            <w:pPr>
              <w:autoSpaceDE w:val="0"/>
              <w:autoSpaceDN w:val="0"/>
              <w:spacing w:before="78" w:after="0" w:line="245" w:lineRule="auto"/>
              <w:ind w:left="72" w:right="288"/>
            </w:pPr>
            <w:r w:rsidRPr="003E10B7">
              <w:rPr>
                <w:rFonts w:ascii="Times New Roman" w:eastAsia="Times New Roman" w:hAnsi="Times New Roman"/>
                <w:b/>
                <w:color w:val="000000"/>
                <w:w w:val="97"/>
                <w:sz w:val="16"/>
                <w:lang w:val="ru-RU"/>
              </w:rPr>
              <w:t>Электронн</w:t>
            </w:r>
            <w:r>
              <w:rPr>
                <w:rFonts w:ascii="Times New Roman" w:eastAsia="Times New Roman" w:hAnsi="Times New Roman"/>
                <w:b/>
                <w:color w:val="000000"/>
                <w:w w:val="97"/>
                <w:sz w:val="16"/>
              </w:rPr>
              <w:t>ые (цифровые) образовательные ресурсы</w:t>
            </w:r>
          </w:p>
        </w:tc>
      </w:tr>
      <w:tr w:rsidR="00083BFC" w14:paraId="06BB56DD" w14:textId="77777777" w:rsidTr="003E10B7">
        <w:trPr>
          <w:trHeight w:hRule="exact" w:val="283"/>
        </w:trPr>
        <w:tc>
          <w:tcPr>
            <w:tcW w:w="472" w:type="dxa"/>
            <w:vMerge/>
            <w:tcBorders>
              <w:top w:val="single" w:sz="4" w:space="0" w:color="000000"/>
              <w:left w:val="single" w:sz="4" w:space="0" w:color="000000"/>
              <w:bottom w:val="single" w:sz="4" w:space="0" w:color="000000"/>
              <w:right w:val="single" w:sz="4" w:space="0" w:color="000000"/>
            </w:tcBorders>
          </w:tcPr>
          <w:p w14:paraId="415C0E13" w14:textId="77777777" w:rsidR="00083BFC" w:rsidRDefault="00083BFC"/>
        </w:tc>
        <w:tc>
          <w:tcPr>
            <w:tcW w:w="4089" w:type="dxa"/>
            <w:vMerge/>
            <w:tcBorders>
              <w:top w:val="single" w:sz="4" w:space="0" w:color="000000"/>
              <w:left w:val="single" w:sz="4" w:space="0" w:color="000000"/>
              <w:bottom w:val="single" w:sz="4" w:space="0" w:color="000000"/>
              <w:right w:val="single" w:sz="4" w:space="0" w:color="000000"/>
            </w:tcBorders>
          </w:tcPr>
          <w:p w14:paraId="0394BFAE" w14:textId="77777777" w:rsidR="00083BFC" w:rsidRDefault="00083BFC"/>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8A2257" w14:textId="77777777" w:rsidR="00083BFC" w:rsidRDefault="0045250B">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5A546348" w14:textId="77777777" w:rsidR="00083BFC" w:rsidRDefault="0045250B">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7271AEC6" w14:textId="77777777" w:rsidR="00083BFC" w:rsidRDefault="0045250B">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871" w:type="dxa"/>
            <w:vMerge/>
            <w:tcBorders>
              <w:top w:val="single" w:sz="4" w:space="0" w:color="000000"/>
              <w:left w:val="single" w:sz="4" w:space="0" w:color="000000"/>
              <w:bottom w:val="single" w:sz="4" w:space="0" w:color="000000"/>
              <w:right w:val="single" w:sz="4" w:space="0" w:color="000000"/>
            </w:tcBorders>
          </w:tcPr>
          <w:p w14:paraId="0E4AD82B" w14:textId="77777777" w:rsidR="00083BFC" w:rsidRDefault="00083BFC"/>
        </w:tc>
        <w:tc>
          <w:tcPr>
            <w:tcW w:w="2675" w:type="dxa"/>
            <w:vMerge/>
            <w:tcBorders>
              <w:top w:val="single" w:sz="4" w:space="0" w:color="000000"/>
              <w:left w:val="single" w:sz="4" w:space="0" w:color="000000"/>
              <w:bottom w:val="single" w:sz="4" w:space="0" w:color="000000"/>
              <w:right w:val="single" w:sz="4" w:space="0" w:color="000000"/>
            </w:tcBorders>
          </w:tcPr>
          <w:p w14:paraId="6853B55F" w14:textId="77777777" w:rsidR="00083BFC" w:rsidRDefault="00083BFC"/>
        </w:tc>
        <w:tc>
          <w:tcPr>
            <w:tcW w:w="1088" w:type="dxa"/>
            <w:vMerge/>
            <w:tcBorders>
              <w:top w:val="single" w:sz="4" w:space="0" w:color="000000"/>
              <w:left w:val="single" w:sz="4" w:space="0" w:color="000000"/>
              <w:bottom w:val="single" w:sz="4" w:space="0" w:color="000000"/>
              <w:right w:val="single" w:sz="4" w:space="0" w:color="000000"/>
            </w:tcBorders>
          </w:tcPr>
          <w:p w14:paraId="6E61EFDA" w14:textId="77777777" w:rsidR="00083BFC" w:rsidRDefault="00083BFC"/>
        </w:tc>
        <w:tc>
          <w:tcPr>
            <w:tcW w:w="3632" w:type="dxa"/>
            <w:vMerge/>
            <w:tcBorders>
              <w:top w:val="single" w:sz="4" w:space="0" w:color="000000"/>
              <w:left w:val="single" w:sz="4" w:space="0" w:color="000000"/>
              <w:bottom w:val="single" w:sz="4" w:space="0" w:color="000000"/>
              <w:right w:val="single" w:sz="4" w:space="0" w:color="000000"/>
            </w:tcBorders>
          </w:tcPr>
          <w:p w14:paraId="3E3B5F14" w14:textId="77777777" w:rsidR="00083BFC" w:rsidRDefault="00083BFC"/>
        </w:tc>
      </w:tr>
      <w:tr w:rsidR="00083BFC" w14:paraId="09D3D8BB" w14:textId="77777777" w:rsidTr="00851803">
        <w:trPr>
          <w:trHeight w:hRule="exact" w:val="285"/>
        </w:trPr>
        <w:tc>
          <w:tcPr>
            <w:tcW w:w="1562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C001288"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Модуль 1.</w:t>
            </w:r>
            <w:r>
              <w:rPr>
                <w:rFonts w:ascii="Times New Roman" w:eastAsia="Times New Roman" w:hAnsi="Times New Roman"/>
                <w:b/>
                <w:color w:val="000000"/>
                <w:w w:val="97"/>
                <w:sz w:val="16"/>
              </w:rPr>
              <w:t xml:space="preserve"> Восприятие произведений искусства</w:t>
            </w:r>
          </w:p>
        </w:tc>
      </w:tr>
      <w:tr w:rsidR="00083BFC" w14:paraId="658212D6" w14:textId="77777777" w:rsidTr="003E10B7">
        <w:trPr>
          <w:trHeight w:hRule="exact" w:val="887"/>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F2E31F0" w14:textId="77777777" w:rsidR="00083BFC" w:rsidRDefault="0045250B">
            <w:pPr>
              <w:autoSpaceDE w:val="0"/>
              <w:autoSpaceDN w:val="0"/>
              <w:spacing w:before="80" w:after="0" w:line="230" w:lineRule="auto"/>
              <w:jc w:val="center"/>
            </w:pPr>
            <w:r>
              <w:rPr>
                <w:rFonts w:ascii="Times New Roman" w:eastAsia="Times New Roman" w:hAnsi="Times New Roman"/>
                <w:color w:val="000000"/>
                <w:w w:val="97"/>
                <w:sz w:val="16"/>
              </w:rPr>
              <w:t>1.1.</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4A3E79E9" w14:textId="77777777" w:rsidR="00083BFC" w:rsidRPr="005F2B85" w:rsidRDefault="0045250B">
            <w:pPr>
              <w:autoSpaceDE w:val="0"/>
              <w:autoSpaceDN w:val="0"/>
              <w:spacing w:before="80" w:after="0" w:line="250" w:lineRule="auto"/>
              <w:ind w:left="72" w:right="304"/>
              <w:jc w:val="both"/>
              <w:rPr>
                <w:lang w:val="ru-RU"/>
              </w:rPr>
            </w:pPr>
            <w:r w:rsidRPr="005F2B85">
              <w:rPr>
                <w:rFonts w:ascii="Times New Roman" w:eastAsia="Times New Roman" w:hAnsi="Times New Roman"/>
                <w:b/>
                <w:color w:val="000000"/>
                <w:w w:val="97"/>
                <w:sz w:val="16"/>
                <w:lang w:val="ru-RU"/>
              </w:rPr>
              <w:t>Восприятие детских рисунков. Навыки восприятия произведений детского творчества и формирование зрительских умений.</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9D7C28C" w14:textId="77777777" w:rsidR="00083BFC" w:rsidRDefault="0045250B">
            <w:pPr>
              <w:autoSpaceDE w:val="0"/>
              <w:autoSpaceDN w:val="0"/>
              <w:spacing w:before="80" w:after="0" w:line="230"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454F6C12" w14:textId="77777777" w:rsidR="00083BFC" w:rsidRDefault="0045250B">
            <w:pPr>
              <w:autoSpaceDE w:val="0"/>
              <w:autoSpaceDN w:val="0"/>
              <w:spacing w:before="80" w:after="0" w:line="230"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12F1C802" w14:textId="77777777" w:rsidR="00083BFC" w:rsidRDefault="0045250B">
            <w:pPr>
              <w:autoSpaceDE w:val="0"/>
              <w:autoSpaceDN w:val="0"/>
              <w:spacing w:before="80" w:after="0" w:line="230" w:lineRule="auto"/>
              <w:ind w:left="72"/>
            </w:pPr>
            <w:r>
              <w:rPr>
                <w:rFonts w:ascii="Times New Roman" w:eastAsia="Times New Roman" w:hAnsi="Times New Roman"/>
                <w:color w:val="000000"/>
                <w:w w:val="97"/>
                <w:sz w:val="16"/>
              </w:rPr>
              <w:t>0</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6092A38E" w14:textId="76EDFA29" w:rsidR="00083BFC" w:rsidRDefault="00083BFC">
            <w:pPr>
              <w:autoSpaceDE w:val="0"/>
              <w:autoSpaceDN w:val="0"/>
              <w:spacing w:before="80" w:after="0" w:line="230" w:lineRule="auto"/>
              <w:jc w:val="center"/>
            </w:pPr>
          </w:p>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74996C94" w14:textId="77777777" w:rsidR="00083BFC" w:rsidRPr="005F2B85" w:rsidRDefault="0045250B">
            <w:pPr>
              <w:autoSpaceDE w:val="0"/>
              <w:autoSpaceDN w:val="0"/>
              <w:spacing w:before="80" w:after="0" w:line="254" w:lineRule="auto"/>
              <w:ind w:left="72" w:right="144"/>
              <w:rPr>
                <w:lang w:val="ru-RU"/>
              </w:rPr>
            </w:pPr>
            <w:r w:rsidRPr="005F2B85">
              <w:rPr>
                <w:rFonts w:ascii="Times New Roman" w:eastAsia="Times New Roman" w:hAnsi="Times New Roman"/>
                <w:color w:val="000000"/>
                <w:w w:val="97"/>
                <w:sz w:val="16"/>
                <w:lang w:val="ru-RU"/>
              </w:rPr>
              <w:t xml:space="preserve">Объяснять, какими </w:t>
            </w:r>
            <w:r w:rsidRPr="005F2B85">
              <w:rPr>
                <w:lang w:val="ru-RU"/>
              </w:rPr>
              <w:br/>
            </w:r>
            <w:r w:rsidRPr="005F2B85">
              <w:rPr>
                <w:rFonts w:ascii="Times New Roman" w:eastAsia="Times New Roman" w:hAnsi="Times New Roman"/>
                <w:color w:val="000000"/>
                <w:w w:val="97"/>
                <w:sz w:val="16"/>
                <w:lang w:val="ru-RU"/>
              </w:rPr>
              <w:t xml:space="preserve">художественными материалами </w:t>
            </w:r>
            <w:r w:rsidRPr="005F2B85">
              <w:rPr>
                <w:lang w:val="ru-RU"/>
              </w:rPr>
              <w:br/>
            </w:r>
            <w:r w:rsidRPr="005F2B85">
              <w:rPr>
                <w:rFonts w:ascii="Times New Roman" w:eastAsia="Times New Roman" w:hAnsi="Times New Roman"/>
                <w:color w:val="000000"/>
                <w:w w:val="97"/>
                <w:sz w:val="16"/>
                <w:lang w:val="ru-RU"/>
              </w:rPr>
              <w:t xml:space="preserve">(карандашами, мелками, красками и т. д.) сделан рисунок; </w:t>
            </w:r>
            <w:r w:rsidRPr="005F2B85">
              <w:rPr>
                <w:lang w:val="ru-RU"/>
              </w:rPr>
              <w:br/>
            </w:r>
            <w:r w:rsidRPr="005F2B85">
              <w:rPr>
                <w:rFonts w:ascii="Times New Roman" w:eastAsia="Times New Roman" w:hAnsi="Times New Roman"/>
                <w:color w:val="000000"/>
                <w:w w:val="97"/>
                <w:sz w:val="16"/>
                <w:lang w:val="ru-RU"/>
              </w:rPr>
              <w:t xml:space="preserve">Рисовать, выполнить рисунок на простую, всем доступную тему, </w:t>
            </w:r>
            <w:r w:rsidRPr="005F2B85">
              <w:rPr>
                <w:lang w:val="ru-RU"/>
              </w:rPr>
              <w:br/>
            </w:r>
            <w:r w:rsidRPr="005F2B85">
              <w:rPr>
                <w:rFonts w:ascii="Times New Roman" w:eastAsia="Times New Roman" w:hAnsi="Times New Roman"/>
                <w:color w:val="000000"/>
                <w:w w:val="97"/>
                <w:sz w:val="16"/>
                <w:lang w:val="ru-RU"/>
              </w:rPr>
              <w:t xml:space="preserve">например «Весёлое солнышко», </w:t>
            </w:r>
            <w:r w:rsidRPr="005F2B85">
              <w:rPr>
                <w:lang w:val="ru-RU"/>
              </w:rPr>
              <w:br/>
            </w:r>
            <w:r w:rsidRPr="005F2B85">
              <w:rPr>
                <w:rFonts w:ascii="Times New Roman" w:eastAsia="Times New Roman" w:hAnsi="Times New Roman"/>
                <w:color w:val="000000"/>
                <w:w w:val="97"/>
                <w:sz w:val="16"/>
                <w:lang w:val="ru-RU"/>
              </w:rPr>
              <w:t>карандашами или мелками;</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3CE75C7B" w14:textId="77777777" w:rsidR="00083BFC" w:rsidRDefault="0045250B">
            <w:pPr>
              <w:autoSpaceDE w:val="0"/>
              <w:autoSpaceDN w:val="0"/>
              <w:spacing w:before="80"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12D3B81F" w14:textId="77777777" w:rsidR="00083BFC" w:rsidRPr="005F2B85" w:rsidRDefault="0045250B">
            <w:pPr>
              <w:autoSpaceDE w:val="0"/>
              <w:autoSpaceDN w:val="0"/>
              <w:spacing w:before="80" w:after="0" w:line="250" w:lineRule="auto"/>
              <w:ind w:left="72" w:right="576"/>
              <w:rPr>
                <w:lang w:val="ru-RU"/>
              </w:rPr>
            </w:pPr>
            <w:r w:rsidRPr="005F2B85">
              <w:rPr>
                <w:rFonts w:ascii="Times New Roman" w:eastAsia="Times New Roman" w:hAnsi="Times New Roman"/>
                <w:color w:val="000000"/>
                <w:w w:val="97"/>
                <w:sz w:val="16"/>
                <w:lang w:val="ru-RU"/>
              </w:rPr>
              <w:t xml:space="preserve">Видео «Инструменты художника» (МЭШ)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 xml:space="preserve">_ </w:t>
            </w:r>
            <w:r w:rsidRPr="005F2B85">
              <w:rPr>
                <w:lang w:val="ru-RU"/>
              </w:rPr>
              <w:br/>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/7691977?</w:t>
            </w:r>
          </w:p>
          <w:p w14:paraId="5F4B4424" w14:textId="77777777" w:rsidR="00083BFC" w:rsidRDefault="0045250B">
            <w:pPr>
              <w:autoSpaceDE w:val="0"/>
              <w:autoSpaceDN w:val="0"/>
              <w:spacing w:before="18" w:after="0" w:line="233" w:lineRule="auto"/>
              <w:ind w:left="72"/>
            </w:pPr>
            <w:r>
              <w:rPr>
                <w:rFonts w:ascii="Times New Roman" w:eastAsia="Times New Roman" w:hAnsi="Times New Roman"/>
                <w:color w:val="000000"/>
                <w:w w:val="97"/>
                <w:sz w:val="16"/>
              </w:rPr>
              <w:t>menuReferrer=catalogue</w:t>
            </w:r>
          </w:p>
        </w:tc>
      </w:tr>
      <w:tr w:rsidR="00083BFC" w:rsidRPr="002F3886" w14:paraId="290BEE9F" w14:textId="77777777" w:rsidTr="003E10B7">
        <w:trPr>
          <w:trHeight w:hRule="exact" w:val="484"/>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4A197BF3"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1.2.</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4EB4FBCF" w14:textId="77777777" w:rsidR="00083BFC" w:rsidRDefault="0045250B">
            <w:pPr>
              <w:autoSpaceDE w:val="0"/>
              <w:autoSpaceDN w:val="0"/>
              <w:spacing w:before="76" w:after="0" w:line="250" w:lineRule="auto"/>
              <w:ind w:left="72" w:right="288"/>
            </w:pPr>
            <w:r w:rsidRPr="005F2B85">
              <w:rPr>
                <w:rFonts w:ascii="Times New Roman" w:eastAsia="Times New Roman" w:hAnsi="Times New Roman"/>
                <w:b/>
                <w:color w:val="000000"/>
                <w:w w:val="97"/>
                <w:sz w:val="16"/>
                <w:lang w:val="ru-RU"/>
              </w:rPr>
              <w:t xml:space="preserve">Первые представления о композиции: на уровне образного восприятия. </w:t>
            </w:r>
            <w:r>
              <w:rPr>
                <w:rFonts w:ascii="Times New Roman" w:eastAsia="Times New Roman" w:hAnsi="Times New Roman"/>
                <w:b/>
                <w:color w:val="000000"/>
                <w:w w:val="97"/>
                <w:sz w:val="16"/>
              </w:rPr>
              <w:t>Представление о различных художественных материалах.</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2D0892"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2AAE90BF"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05F3C2B6"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738172FE" w14:textId="77777777" w:rsidR="00083BFC" w:rsidRDefault="00083BFC"/>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482560ED" w14:textId="77777777" w:rsidR="00083BFC" w:rsidRPr="005F2B85" w:rsidRDefault="0045250B">
            <w:pPr>
              <w:autoSpaceDE w:val="0"/>
              <w:autoSpaceDN w:val="0"/>
              <w:spacing w:before="76" w:after="0" w:line="250" w:lineRule="auto"/>
              <w:ind w:left="72" w:right="144"/>
              <w:rPr>
                <w:lang w:val="ru-RU"/>
              </w:rPr>
            </w:pPr>
            <w:r w:rsidRPr="005F2B85">
              <w:rPr>
                <w:rFonts w:ascii="Times New Roman" w:eastAsia="Times New Roman" w:hAnsi="Times New Roman"/>
                <w:color w:val="000000"/>
                <w:w w:val="97"/>
                <w:sz w:val="16"/>
                <w:lang w:val="ru-RU"/>
              </w:rPr>
              <w:t xml:space="preserve">Наблюдать, рассматривать, </w:t>
            </w:r>
            <w:r w:rsidRPr="005F2B85">
              <w:rPr>
                <w:lang w:val="ru-RU"/>
              </w:rPr>
              <w:br/>
            </w:r>
            <w:r w:rsidRPr="005F2B85">
              <w:rPr>
                <w:rFonts w:ascii="Times New Roman" w:eastAsia="Times New Roman" w:hAnsi="Times New Roman"/>
                <w:color w:val="000000"/>
                <w:w w:val="97"/>
                <w:sz w:val="16"/>
                <w:lang w:val="ru-RU"/>
              </w:rPr>
              <w:t>анализировать детские рисунки с позиций их содержания и сюжета, настроения;</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5D04383E" w14:textId="77777777" w:rsidR="00083BFC" w:rsidRDefault="0045250B">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5EE7BB1" w14:textId="77777777" w:rsidR="00083BFC" w:rsidRPr="005F2B85" w:rsidRDefault="0045250B">
            <w:pPr>
              <w:autoSpaceDE w:val="0"/>
              <w:autoSpaceDN w:val="0"/>
              <w:spacing w:before="76" w:after="0" w:line="245" w:lineRule="auto"/>
              <w:ind w:right="1152"/>
              <w:jc w:val="center"/>
              <w:rPr>
                <w:lang w:val="ru-RU"/>
              </w:rPr>
            </w:pPr>
            <w:r w:rsidRPr="005F2B85">
              <w:rPr>
                <w:rFonts w:ascii="Times New Roman" w:eastAsia="Times New Roman" w:hAnsi="Times New Roman"/>
                <w:color w:val="000000"/>
                <w:w w:val="97"/>
                <w:sz w:val="16"/>
                <w:lang w:val="ru-RU"/>
              </w:rPr>
              <w:t>Урок «Изображения всюду вокруг нас»</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youtu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be</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NmtvYuVMXbI</w:t>
            </w:r>
          </w:p>
        </w:tc>
      </w:tr>
      <w:tr w:rsidR="00083BFC" w:rsidRPr="002F3886" w14:paraId="6947C7EF" w14:textId="77777777" w:rsidTr="003E10B7">
        <w:trPr>
          <w:trHeight w:hRule="exact" w:val="585"/>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49CE21E1"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1.3.</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03F67F98" w14:textId="77777777" w:rsidR="00083BFC" w:rsidRDefault="0045250B">
            <w:pPr>
              <w:autoSpaceDE w:val="0"/>
              <w:autoSpaceDN w:val="0"/>
              <w:spacing w:before="78" w:after="0" w:line="230" w:lineRule="auto"/>
              <w:ind w:left="72"/>
            </w:pPr>
            <w:r>
              <w:rPr>
                <w:rFonts w:ascii="Times New Roman" w:eastAsia="Times New Roman" w:hAnsi="Times New Roman"/>
                <w:b/>
                <w:color w:val="000000"/>
                <w:w w:val="97"/>
                <w:sz w:val="16"/>
              </w:rPr>
              <w:t>Обсуждение содержания рисунка.</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89AF4E"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171708F2"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69BEFBE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5ED3FFBA" w14:textId="501A94A1" w:rsidR="00083BFC" w:rsidRDefault="00083BFC">
            <w:pPr>
              <w:autoSpaceDE w:val="0"/>
              <w:autoSpaceDN w:val="0"/>
              <w:spacing w:before="78" w:after="0" w:line="230" w:lineRule="auto"/>
              <w:jc w:val="center"/>
            </w:pPr>
          </w:p>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06065EBC" w14:textId="77777777" w:rsidR="00083BFC" w:rsidRPr="005F2B85" w:rsidRDefault="0045250B">
            <w:pPr>
              <w:autoSpaceDE w:val="0"/>
              <w:autoSpaceDN w:val="0"/>
              <w:spacing w:before="78" w:after="0" w:line="250" w:lineRule="auto"/>
              <w:ind w:left="72" w:right="144"/>
              <w:rPr>
                <w:lang w:val="ru-RU"/>
              </w:rPr>
            </w:pPr>
            <w:r w:rsidRPr="005F2B85">
              <w:rPr>
                <w:rFonts w:ascii="Times New Roman" w:eastAsia="Times New Roman" w:hAnsi="Times New Roman"/>
                <w:color w:val="000000"/>
                <w:w w:val="97"/>
                <w:sz w:val="16"/>
                <w:lang w:val="ru-RU"/>
              </w:rPr>
              <w:t xml:space="preserve">Объяснять, какими </w:t>
            </w:r>
            <w:r w:rsidRPr="005F2B85">
              <w:rPr>
                <w:lang w:val="ru-RU"/>
              </w:rPr>
              <w:br/>
            </w:r>
            <w:r w:rsidRPr="005F2B85">
              <w:rPr>
                <w:rFonts w:ascii="Times New Roman" w:eastAsia="Times New Roman" w:hAnsi="Times New Roman"/>
                <w:color w:val="000000"/>
                <w:w w:val="97"/>
                <w:sz w:val="16"/>
                <w:lang w:val="ru-RU"/>
              </w:rPr>
              <w:t xml:space="preserve">художественными материалами </w:t>
            </w:r>
            <w:r w:rsidRPr="005F2B85">
              <w:rPr>
                <w:lang w:val="ru-RU"/>
              </w:rPr>
              <w:br/>
            </w:r>
            <w:r w:rsidRPr="005F2B85">
              <w:rPr>
                <w:rFonts w:ascii="Times New Roman" w:eastAsia="Times New Roman" w:hAnsi="Times New Roman"/>
                <w:color w:val="000000"/>
                <w:w w:val="97"/>
                <w:sz w:val="16"/>
                <w:lang w:val="ru-RU"/>
              </w:rPr>
              <w:t>(карандашами, мелками, красками и т. д.) сделан рисунок;</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3D6D15CF"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1CEA72EE" w14:textId="77777777" w:rsidR="00083BFC" w:rsidRPr="005F2B85" w:rsidRDefault="0045250B">
            <w:pPr>
              <w:autoSpaceDE w:val="0"/>
              <w:autoSpaceDN w:val="0"/>
              <w:spacing w:before="78" w:after="0" w:line="252" w:lineRule="auto"/>
              <w:ind w:left="72" w:right="288"/>
              <w:rPr>
                <w:lang w:val="ru-RU"/>
              </w:rPr>
            </w:pPr>
            <w:r w:rsidRPr="005F2B85">
              <w:rPr>
                <w:rFonts w:ascii="Times New Roman" w:eastAsia="Times New Roman" w:hAnsi="Times New Roman"/>
                <w:color w:val="000000"/>
                <w:w w:val="97"/>
                <w:sz w:val="16"/>
                <w:lang w:val="ru-RU"/>
              </w:rPr>
              <w:t xml:space="preserve">Художественные материалы (интерактивное задание) </w:t>
            </w:r>
            <w:r w:rsidRPr="005F2B85">
              <w:rPr>
                <w:lang w:val="ru-RU"/>
              </w:rPr>
              <w:br/>
            </w:r>
            <w:r w:rsidRPr="005F2B85">
              <w:rPr>
                <w:rFonts w:ascii="Times New Roman" w:eastAsia="Times New Roman" w:hAnsi="Times New Roman"/>
                <w:color w:val="000000"/>
                <w:w w:val="97"/>
                <w:sz w:val="16"/>
                <w:lang w:val="ru-RU"/>
              </w:rPr>
              <w:t xml:space="preserve">(МЭШ)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app</w:t>
            </w:r>
            <w:r w:rsidRPr="005F2B85">
              <w:rPr>
                <w:rFonts w:ascii="Times New Roman" w:eastAsia="Times New Roman" w:hAnsi="Times New Roman"/>
                <w:color w:val="000000"/>
                <w:w w:val="97"/>
                <w:sz w:val="16"/>
                <w:lang w:val="ru-RU"/>
              </w:rPr>
              <w:t>/328575?</w:t>
            </w:r>
            <w:r>
              <w:rPr>
                <w:rFonts w:ascii="Times New Roman" w:eastAsia="Times New Roman" w:hAnsi="Times New Roman"/>
                <w:color w:val="000000"/>
                <w:w w:val="97"/>
                <w:sz w:val="16"/>
              </w:rPr>
              <w:t>menu</w:t>
            </w:r>
            <w:r w:rsidRPr="005F2B85">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Referrer</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catalogue</w:t>
            </w:r>
          </w:p>
        </w:tc>
      </w:tr>
      <w:tr w:rsidR="00083BFC" w14:paraId="6B6030A3" w14:textId="77777777" w:rsidTr="003E10B7">
        <w:trPr>
          <w:trHeight w:hRule="exact" w:val="379"/>
        </w:trPr>
        <w:tc>
          <w:tcPr>
            <w:tcW w:w="456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1CE13DD"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Итого по модулю 1</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9DCB84F"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2</w:t>
            </w:r>
          </w:p>
        </w:tc>
        <w:tc>
          <w:tcPr>
            <w:tcW w:w="1052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0397A34B" w14:textId="77777777" w:rsidR="00083BFC" w:rsidRDefault="00083BFC"/>
        </w:tc>
      </w:tr>
      <w:tr w:rsidR="00083BFC" w14:paraId="24698B32" w14:textId="77777777" w:rsidTr="003E10B7">
        <w:trPr>
          <w:trHeight w:hRule="exact" w:val="285"/>
        </w:trPr>
        <w:tc>
          <w:tcPr>
            <w:tcW w:w="1562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6436C67D"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Модуль 2.</w:t>
            </w:r>
            <w:r>
              <w:rPr>
                <w:rFonts w:ascii="Times New Roman" w:eastAsia="Times New Roman" w:hAnsi="Times New Roman"/>
                <w:b/>
                <w:color w:val="000000"/>
                <w:w w:val="97"/>
                <w:sz w:val="16"/>
              </w:rPr>
              <w:t xml:space="preserve"> Графика</w:t>
            </w:r>
          </w:p>
        </w:tc>
      </w:tr>
      <w:tr w:rsidR="00083BFC" w:rsidRPr="002F3886" w14:paraId="79495CC4" w14:textId="77777777" w:rsidTr="003E10B7">
        <w:trPr>
          <w:trHeight w:hRule="exact" w:val="484"/>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000DB238"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2.1.</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287AB289" w14:textId="77777777" w:rsidR="00083BFC" w:rsidRDefault="0045250B">
            <w:pPr>
              <w:autoSpaceDE w:val="0"/>
              <w:autoSpaceDN w:val="0"/>
              <w:spacing w:before="76" w:after="0" w:line="233" w:lineRule="auto"/>
              <w:ind w:left="72"/>
            </w:pPr>
            <w:r>
              <w:rPr>
                <w:rFonts w:ascii="Times New Roman" w:eastAsia="Times New Roman" w:hAnsi="Times New Roman"/>
                <w:b/>
                <w:color w:val="000000"/>
                <w:w w:val="97"/>
                <w:sz w:val="16"/>
              </w:rPr>
              <w:t>Линейный рисунок.</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6200159"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14E070B4"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015053CE"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01ABB1F9" w14:textId="196E5342" w:rsidR="00083BFC" w:rsidRDefault="00083BFC">
            <w:pPr>
              <w:autoSpaceDE w:val="0"/>
              <w:autoSpaceDN w:val="0"/>
              <w:spacing w:before="76" w:after="0" w:line="233" w:lineRule="auto"/>
              <w:jc w:val="center"/>
            </w:pPr>
          </w:p>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32D75069" w14:textId="77777777" w:rsidR="00083BFC" w:rsidRPr="005F2B85" w:rsidRDefault="0045250B">
            <w:pPr>
              <w:autoSpaceDE w:val="0"/>
              <w:autoSpaceDN w:val="0"/>
              <w:spacing w:before="76" w:after="0" w:line="245" w:lineRule="auto"/>
              <w:ind w:left="72" w:right="576"/>
              <w:rPr>
                <w:lang w:val="ru-RU"/>
              </w:rPr>
            </w:pPr>
            <w:r w:rsidRPr="005F2B85">
              <w:rPr>
                <w:rFonts w:ascii="Times New Roman" w:eastAsia="Times New Roman" w:hAnsi="Times New Roman"/>
                <w:color w:val="000000"/>
                <w:w w:val="97"/>
                <w:sz w:val="16"/>
                <w:lang w:val="ru-RU"/>
              </w:rPr>
              <w:t>Осваивать навыки работы графическими материалами;</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349EE7"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2C0CB70" w14:textId="77777777" w:rsidR="00083BFC" w:rsidRPr="005F2B85" w:rsidRDefault="0045250B">
            <w:pPr>
              <w:autoSpaceDE w:val="0"/>
              <w:autoSpaceDN w:val="0"/>
              <w:spacing w:before="76" w:after="0" w:line="245" w:lineRule="auto"/>
              <w:ind w:left="72"/>
              <w:rPr>
                <w:lang w:val="ru-RU"/>
              </w:rPr>
            </w:pPr>
            <w:r w:rsidRPr="005F2B85">
              <w:rPr>
                <w:rFonts w:ascii="Times New Roman" w:eastAsia="Times New Roman" w:hAnsi="Times New Roman"/>
                <w:color w:val="000000"/>
                <w:w w:val="97"/>
                <w:sz w:val="16"/>
                <w:lang w:val="ru-RU"/>
              </w:rPr>
              <w:t xml:space="preserve">Урок «Зимнее дерево». Что такое графика? (РЭШ)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/4051/</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/189928/</w:t>
            </w:r>
          </w:p>
        </w:tc>
      </w:tr>
      <w:tr w:rsidR="00083BFC" w:rsidRPr="002F3886" w14:paraId="69B3390F" w14:textId="77777777" w:rsidTr="003E10B7">
        <w:trPr>
          <w:trHeight w:hRule="exact" w:val="484"/>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0E78C1E5"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2.2.</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49B316E1" w14:textId="77777777" w:rsidR="00083BFC" w:rsidRDefault="0045250B">
            <w:pPr>
              <w:autoSpaceDE w:val="0"/>
              <w:autoSpaceDN w:val="0"/>
              <w:spacing w:before="78" w:after="0" w:line="230" w:lineRule="auto"/>
              <w:ind w:left="72"/>
            </w:pPr>
            <w:r>
              <w:rPr>
                <w:rFonts w:ascii="Times New Roman" w:eastAsia="Times New Roman" w:hAnsi="Times New Roman"/>
                <w:b/>
                <w:color w:val="000000"/>
                <w:w w:val="97"/>
                <w:sz w:val="16"/>
              </w:rPr>
              <w:t>Разные виды линий.</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681816A"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614EAAE1"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21FE5ED2"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3688530A" w14:textId="77777777" w:rsidR="00083BFC" w:rsidRDefault="00083BFC"/>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26E67BAE" w14:textId="77777777" w:rsidR="00083BFC" w:rsidRPr="005F2B85" w:rsidRDefault="0045250B">
            <w:pPr>
              <w:autoSpaceDE w:val="0"/>
              <w:autoSpaceDN w:val="0"/>
              <w:spacing w:before="78" w:after="0" w:line="245" w:lineRule="auto"/>
              <w:ind w:left="72"/>
              <w:rPr>
                <w:lang w:val="ru-RU"/>
              </w:rPr>
            </w:pPr>
            <w:r w:rsidRPr="005F2B85">
              <w:rPr>
                <w:rFonts w:ascii="Times New Roman" w:eastAsia="Times New Roman" w:hAnsi="Times New Roman"/>
                <w:color w:val="000000"/>
                <w:w w:val="97"/>
                <w:sz w:val="16"/>
                <w:lang w:val="ru-RU"/>
              </w:rPr>
              <w:t>Наблюдать и анализировать характер линий в природе;</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73237BE7"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35547E0" w14:textId="77777777" w:rsidR="00083BFC" w:rsidRPr="005F2B85" w:rsidRDefault="0045250B">
            <w:pPr>
              <w:autoSpaceDE w:val="0"/>
              <w:autoSpaceDN w:val="0"/>
              <w:spacing w:before="78" w:after="0" w:line="245" w:lineRule="auto"/>
              <w:ind w:left="72" w:right="1152"/>
              <w:rPr>
                <w:lang w:val="ru-RU"/>
              </w:rPr>
            </w:pPr>
            <w:r w:rsidRPr="005F2B85">
              <w:rPr>
                <w:rFonts w:ascii="Times New Roman" w:eastAsia="Times New Roman" w:hAnsi="Times New Roman"/>
                <w:color w:val="000000"/>
                <w:w w:val="97"/>
                <w:sz w:val="16"/>
                <w:lang w:val="ru-RU"/>
              </w:rPr>
              <w:t>Урок «Изображать можно линией»</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youtu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be</w:t>
            </w:r>
            <w:r w:rsidRPr="005F2B85">
              <w:rPr>
                <w:rFonts w:ascii="Times New Roman" w:eastAsia="Times New Roman" w:hAnsi="Times New Roman"/>
                <w:color w:val="000000"/>
                <w:w w:val="97"/>
                <w:sz w:val="16"/>
                <w:lang w:val="ru-RU"/>
              </w:rPr>
              <w:t>/1</w:t>
            </w:r>
            <w:r>
              <w:rPr>
                <w:rFonts w:ascii="Times New Roman" w:eastAsia="Times New Roman" w:hAnsi="Times New Roman"/>
                <w:color w:val="000000"/>
                <w:w w:val="97"/>
                <w:sz w:val="16"/>
              </w:rPr>
              <w:t>qe</w:t>
            </w:r>
            <w:r w:rsidRPr="005F2B85">
              <w:rPr>
                <w:rFonts w:ascii="Times New Roman" w:eastAsia="Times New Roman" w:hAnsi="Times New Roman"/>
                <w:color w:val="000000"/>
                <w:w w:val="97"/>
                <w:sz w:val="16"/>
                <w:lang w:val="ru-RU"/>
              </w:rPr>
              <w:t>5</w:t>
            </w:r>
            <w:r>
              <w:rPr>
                <w:rFonts w:ascii="Times New Roman" w:eastAsia="Times New Roman" w:hAnsi="Times New Roman"/>
                <w:color w:val="000000"/>
                <w:w w:val="97"/>
                <w:sz w:val="16"/>
              </w:rPr>
              <w:t>lbl</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YVc</w:t>
            </w:r>
          </w:p>
        </w:tc>
      </w:tr>
      <w:tr w:rsidR="00083BFC" w:rsidRPr="002F3886" w14:paraId="4525E05B" w14:textId="77777777" w:rsidTr="003E10B7">
        <w:trPr>
          <w:trHeight w:hRule="exact" w:val="485"/>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BA0E8BE"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2.3.</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070D70E8" w14:textId="77777777" w:rsidR="00083BFC" w:rsidRPr="005F2B85" w:rsidRDefault="0045250B">
            <w:pPr>
              <w:autoSpaceDE w:val="0"/>
              <w:autoSpaceDN w:val="0"/>
              <w:spacing w:before="78" w:after="0" w:line="245" w:lineRule="auto"/>
              <w:ind w:left="72" w:right="144"/>
              <w:rPr>
                <w:lang w:val="ru-RU"/>
              </w:rPr>
            </w:pPr>
            <w:r w:rsidRPr="005F2B85">
              <w:rPr>
                <w:rFonts w:ascii="Times New Roman" w:eastAsia="Times New Roman" w:hAnsi="Times New Roman"/>
                <w:b/>
                <w:color w:val="000000"/>
                <w:w w:val="97"/>
                <w:sz w:val="16"/>
                <w:lang w:val="ru-RU"/>
              </w:rPr>
              <w:t>Линии в природе. Ветки (по фотографиям): тонкие —толстые, порывистые, угловатые, плавные и др.</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B12A62"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0CB3AAA0"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63A5785E"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5E07897C" w14:textId="6F4760AE" w:rsidR="00083BFC" w:rsidRDefault="00083BFC">
            <w:pPr>
              <w:autoSpaceDE w:val="0"/>
              <w:autoSpaceDN w:val="0"/>
              <w:spacing w:before="78" w:after="0" w:line="230" w:lineRule="auto"/>
              <w:jc w:val="center"/>
            </w:pPr>
          </w:p>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623243FE" w14:textId="77777777" w:rsidR="00083BFC" w:rsidRPr="005F2B85" w:rsidRDefault="0045250B">
            <w:pPr>
              <w:autoSpaceDE w:val="0"/>
              <w:autoSpaceDN w:val="0"/>
              <w:spacing w:before="78" w:after="0" w:line="245" w:lineRule="auto"/>
              <w:ind w:left="72"/>
              <w:rPr>
                <w:lang w:val="ru-RU"/>
              </w:rPr>
            </w:pPr>
            <w:r w:rsidRPr="005F2B85">
              <w:rPr>
                <w:rFonts w:ascii="Times New Roman" w:eastAsia="Times New Roman" w:hAnsi="Times New Roman"/>
                <w:color w:val="000000"/>
                <w:w w:val="97"/>
                <w:sz w:val="16"/>
                <w:lang w:val="ru-RU"/>
              </w:rPr>
              <w:t>Наблюдать и анализировать характер линий в природе;</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3D676155"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20DCF99" w14:textId="77777777" w:rsidR="00083BFC" w:rsidRPr="005F2B85" w:rsidRDefault="0045250B">
            <w:pPr>
              <w:autoSpaceDE w:val="0"/>
              <w:autoSpaceDN w:val="0"/>
              <w:spacing w:before="78" w:after="0" w:line="230" w:lineRule="auto"/>
              <w:ind w:left="72"/>
              <w:rPr>
                <w:lang w:val="ru-RU"/>
              </w:rPr>
            </w:pPr>
            <w:r w:rsidRPr="005F2B85">
              <w:rPr>
                <w:rFonts w:ascii="Times New Roman" w:eastAsia="Times New Roman" w:hAnsi="Times New Roman"/>
                <w:color w:val="000000"/>
                <w:w w:val="97"/>
                <w:sz w:val="16"/>
                <w:lang w:val="ru-RU"/>
              </w:rPr>
              <w:t xml:space="preserve">Тема: многообразие линий в природе. </w:t>
            </w:r>
          </w:p>
          <w:p w14:paraId="26E1F2A1" w14:textId="77777777" w:rsidR="00083BFC" w:rsidRPr="005F2B85" w:rsidRDefault="0045250B">
            <w:pPr>
              <w:autoSpaceDE w:val="0"/>
              <w:autoSpaceDN w:val="0"/>
              <w:spacing w:before="20" w:after="0" w:line="245" w:lineRule="auto"/>
              <w:ind w:left="72" w:right="432"/>
              <w:rPr>
                <w:lang w:val="ru-RU"/>
              </w:rPr>
            </w:pPr>
            <w:r w:rsidRPr="005F2B85">
              <w:rPr>
                <w:rFonts w:ascii="Times New Roman" w:eastAsia="Times New Roman" w:hAnsi="Times New Roman"/>
                <w:color w:val="000000"/>
                <w:w w:val="97"/>
                <w:sz w:val="16"/>
                <w:lang w:val="ru-RU"/>
              </w:rPr>
              <w:t xml:space="preserve">выразительные средства: пятно, точка, линия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youtu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be</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Q</w:t>
            </w:r>
            <w:r w:rsidRPr="005F2B85">
              <w:rPr>
                <w:rFonts w:ascii="Times New Roman" w:eastAsia="Times New Roman" w:hAnsi="Times New Roman"/>
                <w:color w:val="000000"/>
                <w:w w:val="97"/>
                <w:sz w:val="16"/>
                <w:lang w:val="ru-RU"/>
              </w:rPr>
              <w:t>0</w:t>
            </w:r>
            <w:r>
              <w:rPr>
                <w:rFonts w:ascii="Times New Roman" w:eastAsia="Times New Roman" w:hAnsi="Times New Roman"/>
                <w:color w:val="000000"/>
                <w:w w:val="97"/>
                <w:sz w:val="16"/>
              </w:rPr>
              <w:t>GAENTEJz</w:t>
            </w:r>
            <w:r w:rsidRPr="005F2B85">
              <w:rPr>
                <w:rFonts w:ascii="Times New Roman" w:eastAsia="Times New Roman" w:hAnsi="Times New Roman"/>
                <w:color w:val="000000"/>
                <w:w w:val="97"/>
                <w:sz w:val="16"/>
                <w:lang w:val="ru-RU"/>
              </w:rPr>
              <w:t>4</w:t>
            </w:r>
          </w:p>
        </w:tc>
      </w:tr>
      <w:tr w:rsidR="00083BFC" w14:paraId="702AB9AC" w14:textId="77777777" w:rsidTr="003E10B7">
        <w:trPr>
          <w:trHeight w:hRule="exact" w:val="484"/>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91CE30A" w14:textId="77777777" w:rsidR="00083BFC" w:rsidRDefault="0045250B">
            <w:pPr>
              <w:autoSpaceDE w:val="0"/>
              <w:autoSpaceDN w:val="0"/>
              <w:spacing w:before="76" w:after="0" w:line="230" w:lineRule="auto"/>
              <w:jc w:val="center"/>
            </w:pPr>
            <w:r>
              <w:rPr>
                <w:rFonts w:ascii="Times New Roman" w:eastAsia="Times New Roman" w:hAnsi="Times New Roman"/>
                <w:color w:val="000000"/>
                <w:w w:val="97"/>
                <w:sz w:val="16"/>
              </w:rPr>
              <w:t>2.4.</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443EEA9F" w14:textId="77777777" w:rsidR="00083BFC" w:rsidRDefault="0045250B">
            <w:pPr>
              <w:autoSpaceDE w:val="0"/>
              <w:autoSpaceDN w:val="0"/>
              <w:spacing w:before="76" w:after="0" w:line="245" w:lineRule="auto"/>
              <w:ind w:left="72" w:right="288"/>
            </w:pPr>
            <w:r w:rsidRPr="005F2B85">
              <w:rPr>
                <w:rFonts w:ascii="Times New Roman" w:eastAsia="Times New Roman" w:hAnsi="Times New Roman"/>
                <w:b/>
                <w:color w:val="000000"/>
                <w:w w:val="97"/>
                <w:sz w:val="16"/>
                <w:lang w:val="ru-RU"/>
              </w:rPr>
              <w:t xml:space="preserve">Графические материалы и их особенности. </w:t>
            </w:r>
            <w:r>
              <w:rPr>
                <w:rFonts w:ascii="Times New Roman" w:eastAsia="Times New Roman" w:hAnsi="Times New Roman"/>
                <w:b/>
                <w:color w:val="000000"/>
                <w:w w:val="97"/>
                <w:sz w:val="16"/>
              </w:rPr>
              <w:t>Приёмы рисования линией.</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CBBB67F"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0854ECB9"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3D0A2CBB"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4A62CC43" w14:textId="77777777" w:rsidR="00083BFC" w:rsidRDefault="00083BFC"/>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4B43075F" w14:textId="77777777" w:rsidR="00083BFC" w:rsidRPr="005F2B85" w:rsidRDefault="0045250B">
            <w:pPr>
              <w:autoSpaceDE w:val="0"/>
              <w:autoSpaceDN w:val="0"/>
              <w:spacing w:before="76" w:after="0" w:line="250" w:lineRule="auto"/>
              <w:ind w:left="72" w:right="288"/>
              <w:rPr>
                <w:lang w:val="ru-RU"/>
              </w:rPr>
            </w:pPr>
            <w:r w:rsidRPr="005F2B85">
              <w:rPr>
                <w:rFonts w:ascii="Times New Roman" w:eastAsia="Times New Roman" w:hAnsi="Times New Roman"/>
                <w:color w:val="000000"/>
                <w:w w:val="97"/>
                <w:sz w:val="16"/>
                <w:lang w:val="ru-RU"/>
              </w:rPr>
              <w:t>Создавать линейный рисунок —упражнение на разный характер линий;</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657EA9F7"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74B5C7F" w14:textId="77777777" w:rsidR="00083BFC" w:rsidRPr="005F2B85" w:rsidRDefault="0045250B">
            <w:pPr>
              <w:autoSpaceDE w:val="0"/>
              <w:autoSpaceDN w:val="0"/>
              <w:spacing w:before="76" w:after="0" w:line="245" w:lineRule="auto"/>
              <w:ind w:left="72" w:right="576"/>
              <w:rPr>
                <w:lang w:val="ru-RU"/>
              </w:rPr>
            </w:pPr>
            <w:r w:rsidRPr="005F2B85">
              <w:rPr>
                <w:rFonts w:ascii="Times New Roman" w:eastAsia="Times New Roman" w:hAnsi="Times New Roman"/>
                <w:color w:val="000000"/>
                <w:w w:val="97"/>
                <w:sz w:val="16"/>
                <w:lang w:val="ru-RU"/>
              </w:rPr>
              <w:t xml:space="preserve">Дом Деда Мороза (Графика)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app</w:t>
            </w:r>
            <w:r w:rsidRPr="005F2B85">
              <w:rPr>
                <w:rFonts w:ascii="Times New Roman" w:eastAsia="Times New Roman" w:hAnsi="Times New Roman"/>
                <w:color w:val="000000"/>
                <w:w w:val="97"/>
                <w:sz w:val="16"/>
                <w:lang w:val="ru-RU"/>
              </w:rPr>
              <w:t>/321766?</w:t>
            </w:r>
          </w:p>
          <w:p w14:paraId="31283FF7" w14:textId="77777777" w:rsidR="00083BFC" w:rsidRDefault="0045250B">
            <w:pPr>
              <w:autoSpaceDE w:val="0"/>
              <w:autoSpaceDN w:val="0"/>
              <w:spacing w:before="18" w:after="0" w:line="233" w:lineRule="auto"/>
              <w:ind w:left="72"/>
            </w:pPr>
            <w:r>
              <w:rPr>
                <w:rFonts w:ascii="Times New Roman" w:eastAsia="Times New Roman" w:hAnsi="Times New Roman"/>
                <w:color w:val="000000"/>
                <w:w w:val="97"/>
                <w:sz w:val="16"/>
              </w:rPr>
              <w:t>menuReferrer=catalogue</w:t>
            </w:r>
          </w:p>
        </w:tc>
      </w:tr>
      <w:tr w:rsidR="007323C9" w14:paraId="6C06FDD5" w14:textId="77777777" w:rsidTr="003E10B7">
        <w:trPr>
          <w:trHeight w:hRule="exact" w:val="484"/>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E26FD4B" w14:textId="77777777" w:rsidR="007323C9" w:rsidRDefault="007323C9">
            <w:pPr>
              <w:autoSpaceDE w:val="0"/>
              <w:autoSpaceDN w:val="0"/>
              <w:spacing w:before="76" w:after="0" w:line="230" w:lineRule="auto"/>
              <w:jc w:val="center"/>
              <w:rPr>
                <w:rFonts w:ascii="Times New Roman" w:eastAsia="Times New Roman" w:hAnsi="Times New Roman"/>
                <w:color w:val="000000"/>
                <w:w w:val="97"/>
                <w:sz w:val="16"/>
              </w:rPr>
            </w:pPr>
          </w:p>
          <w:p w14:paraId="7E9D3DCA" w14:textId="77777777" w:rsidR="007323C9" w:rsidRDefault="007323C9">
            <w:pPr>
              <w:autoSpaceDE w:val="0"/>
              <w:autoSpaceDN w:val="0"/>
              <w:spacing w:before="76" w:after="0" w:line="230" w:lineRule="auto"/>
              <w:jc w:val="center"/>
              <w:rPr>
                <w:rFonts w:ascii="Times New Roman" w:eastAsia="Times New Roman" w:hAnsi="Times New Roman"/>
                <w:color w:val="000000"/>
                <w:w w:val="97"/>
                <w:sz w:val="16"/>
              </w:rPr>
            </w:pPr>
          </w:p>
          <w:p w14:paraId="69241BD3" w14:textId="77777777" w:rsidR="007323C9" w:rsidRDefault="007323C9">
            <w:pPr>
              <w:autoSpaceDE w:val="0"/>
              <w:autoSpaceDN w:val="0"/>
              <w:spacing w:before="76" w:after="0" w:line="230" w:lineRule="auto"/>
              <w:jc w:val="center"/>
              <w:rPr>
                <w:rFonts w:ascii="Times New Roman" w:eastAsia="Times New Roman" w:hAnsi="Times New Roman"/>
                <w:color w:val="000000"/>
                <w:w w:val="97"/>
                <w:sz w:val="16"/>
              </w:rPr>
            </w:pPr>
          </w:p>
          <w:p w14:paraId="17165374" w14:textId="71587241" w:rsidR="007323C9" w:rsidRDefault="007323C9">
            <w:pPr>
              <w:autoSpaceDE w:val="0"/>
              <w:autoSpaceDN w:val="0"/>
              <w:spacing w:before="76" w:after="0" w:line="230" w:lineRule="auto"/>
              <w:jc w:val="center"/>
              <w:rPr>
                <w:rFonts w:ascii="Times New Roman" w:eastAsia="Times New Roman" w:hAnsi="Times New Roman"/>
                <w:color w:val="000000"/>
                <w:w w:val="97"/>
                <w:sz w:val="16"/>
              </w:rPr>
            </w:pP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4E8C4349" w14:textId="77777777" w:rsidR="007323C9" w:rsidRPr="005F2B85" w:rsidRDefault="007323C9">
            <w:pPr>
              <w:autoSpaceDE w:val="0"/>
              <w:autoSpaceDN w:val="0"/>
              <w:spacing w:before="76" w:after="0" w:line="245" w:lineRule="auto"/>
              <w:ind w:left="72" w:right="288"/>
              <w:rPr>
                <w:rFonts w:ascii="Times New Roman" w:eastAsia="Times New Roman" w:hAnsi="Times New Roman"/>
                <w:b/>
                <w:color w:val="000000"/>
                <w:w w:val="97"/>
                <w:sz w:val="16"/>
                <w:lang w:val="ru-RU"/>
              </w:rPr>
            </w:pP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5FE1F8F" w14:textId="77777777" w:rsidR="007323C9" w:rsidRDefault="007323C9">
            <w:pPr>
              <w:autoSpaceDE w:val="0"/>
              <w:autoSpaceDN w:val="0"/>
              <w:spacing w:before="76" w:after="0" w:line="230" w:lineRule="auto"/>
              <w:ind w:left="72"/>
              <w:rPr>
                <w:rFonts w:ascii="Times New Roman" w:eastAsia="Times New Roman" w:hAnsi="Times New Roman"/>
                <w:color w:val="000000"/>
                <w:w w:val="97"/>
                <w:sz w:val="16"/>
              </w:rPr>
            </w:pP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310D9B33" w14:textId="77777777" w:rsidR="007323C9" w:rsidRDefault="007323C9">
            <w:pPr>
              <w:autoSpaceDE w:val="0"/>
              <w:autoSpaceDN w:val="0"/>
              <w:spacing w:before="76" w:after="0" w:line="230" w:lineRule="auto"/>
              <w:ind w:left="72"/>
              <w:rPr>
                <w:rFonts w:ascii="Times New Roman" w:eastAsia="Times New Roman" w:hAnsi="Times New Roman"/>
                <w:color w:val="000000"/>
                <w:w w:val="97"/>
                <w:sz w:val="16"/>
              </w:rPr>
            </w:pP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7207BCE1" w14:textId="77777777" w:rsidR="007323C9" w:rsidRDefault="007323C9">
            <w:pPr>
              <w:autoSpaceDE w:val="0"/>
              <w:autoSpaceDN w:val="0"/>
              <w:spacing w:before="76" w:after="0" w:line="230" w:lineRule="auto"/>
              <w:ind w:left="72"/>
              <w:rPr>
                <w:rFonts w:ascii="Times New Roman" w:eastAsia="Times New Roman" w:hAnsi="Times New Roman"/>
                <w:color w:val="000000"/>
                <w:w w:val="97"/>
                <w:sz w:val="16"/>
              </w:rPr>
            </w:pP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2DE5FD46" w14:textId="77777777" w:rsidR="007323C9" w:rsidRDefault="007323C9"/>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6B3231E1" w14:textId="77777777" w:rsidR="007323C9" w:rsidRPr="005F2B85" w:rsidRDefault="007323C9">
            <w:pPr>
              <w:autoSpaceDE w:val="0"/>
              <w:autoSpaceDN w:val="0"/>
              <w:spacing w:before="76" w:after="0" w:line="250" w:lineRule="auto"/>
              <w:ind w:left="72" w:right="288"/>
              <w:rPr>
                <w:rFonts w:ascii="Times New Roman" w:eastAsia="Times New Roman" w:hAnsi="Times New Roman"/>
                <w:color w:val="000000"/>
                <w:w w:val="97"/>
                <w:sz w:val="16"/>
                <w:lang w:val="ru-RU"/>
              </w:rPr>
            </w:pP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7FB08191" w14:textId="77777777" w:rsidR="007323C9" w:rsidRDefault="007323C9">
            <w:pPr>
              <w:autoSpaceDE w:val="0"/>
              <w:autoSpaceDN w:val="0"/>
              <w:spacing w:before="76" w:after="0" w:line="250" w:lineRule="auto"/>
              <w:ind w:left="72"/>
              <w:rPr>
                <w:rFonts w:ascii="Times New Roman" w:eastAsia="Times New Roman" w:hAnsi="Times New Roman"/>
                <w:color w:val="000000"/>
                <w:w w:val="97"/>
                <w:sz w:val="16"/>
              </w:rPr>
            </w:pP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1678932" w14:textId="77777777" w:rsidR="007323C9" w:rsidRPr="005F2B85" w:rsidRDefault="007323C9">
            <w:pPr>
              <w:autoSpaceDE w:val="0"/>
              <w:autoSpaceDN w:val="0"/>
              <w:spacing w:before="76" w:after="0" w:line="245" w:lineRule="auto"/>
              <w:ind w:left="72" w:right="576"/>
              <w:rPr>
                <w:rFonts w:ascii="Times New Roman" w:eastAsia="Times New Roman" w:hAnsi="Times New Roman"/>
                <w:color w:val="000000"/>
                <w:w w:val="97"/>
                <w:sz w:val="16"/>
                <w:lang w:val="ru-RU"/>
              </w:rPr>
            </w:pPr>
          </w:p>
        </w:tc>
      </w:tr>
      <w:tr w:rsidR="00083BFC" w:rsidRPr="002F3886" w14:paraId="41ECB737" w14:textId="77777777" w:rsidTr="003E10B7">
        <w:trPr>
          <w:trHeight w:hRule="exact" w:val="473"/>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3221FE9C"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2.5.</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17BB7" w14:textId="77777777" w:rsidR="00083BFC" w:rsidRPr="005F2B85" w:rsidRDefault="0045250B">
            <w:pPr>
              <w:autoSpaceDE w:val="0"/>
              <w:autoSpaceDN w:val="0"/>
              <w:spacing w:before="76" w:after="0" w:line="245" w:lineRule="auto"/>
              <w:ind w:left="72" w:right="288"/>
              <w:rPr>
                <w:lang w:val="ru-RU"/>
              </w:rPr>
            </w:pPr>
            <w:r w:rsidRPr="005F2B85">
              <w:rPr>
                <w:rFonts w:ascii="Times New Roman" w:eastAsia="Times New Roman" w:hAnsi="Times New Roman"/>
                <w:b/>
                <w:color w:val="000000"/>
                <w:w w:val="97"/>
                <w:sz w:val="16"/>
                <w:lang w:val="ru-RU"/>
              </w:rPr>
              <w:t>Рисунок с натуры: рисунок листьев разной формы (треугольный, круглый, овальный, длинный).</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E63FB8A"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6CB5B1B9"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1170092F"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121D1709" w14:textId="5530DF08" w:rsidR="00083BFC" w:rsidRDefault="00083BFC">
            <w:pPr>
              <w:autoSpaceDE w:val="0"/>
              <w:autoSpaceDN w:val="0"/>
              <w:spacing w:before="76" w:after="0" w:line="233" w:lineRule="auto"/>
              <w:jc w:val="center"/>
            </w:pPr>
          </w:p>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01096846" w14:textId="77777777" w:rsidR="00083BFC" w:rsidRPr="005F2B85" w:rsidRDefault="0045250B">
            <w:pPr>
              <w:autoSpaceDE w:val="0"/>
              <w:autoSpaceDN w:val="0"/>
              <w:spacing w:before="76" w:after="0" w:line="250" w:lineRule="auto"/>
              <w:ind w:left="72"/>
              <w:rPr>
                <w:lang w:val="ru-RU"/>
              </w:rPr>
            </w:pPr>
            <w:r w:rsidRPr="005F2B85">
              <w:rPr>
                <w:rFonts w:ascii="Times New Roman" w:eastAsia="Times New Roman" w:hAnsi="Times New Roman"/>
                <w:color w:val="000000"/>
                <w:w w:val="97"/>
                <w:sz w:val="16"/>
                <w:lang w:val="ru-RU"/>
              </w:rPr>
              <w:t xml:space="preserve">Выполнять с натуры рисунок листа дерева; </w:t>
            </w:r>
            <w:r w:rsidRPr="005F2B85">
              <w:rPr>
                <w:lang w:val="ru-RU"/>
              </w:rPr>
              <w:br/>
            </w:r>
            <w:r w:rsidRPr="005F2B85">
              <w:rPr>
                <w:rFonts w:ascii="Times New Roman" w:eastAsia="Times New Roman" w:hAnsi="Times New Roman"/>
                <w:color w:val="000000"/>
                <w:w w:val="97"/>
                <w:sz w:val="16"/>
                <w:lang w:val="ru-RU"/>
              </w:rPr>
              <w:t>Рассматривать и обсуждать характер формы листа;</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60F1FB27"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E3CEA13" w14:textId="77777777" w:rsidR="00083BFC" w:rsidRPr="005F2B85" w:rsidRDefault="0045250B">
            <w:pPr>
              <w:autoSpaceDE w:val="0"/>
              <w:autoSpaceDN w:val="0"/>
              <w:spacing w:before="76" w:after="0" w:line="250" w:lineRule="auto"/>
              <w:ind w:left="72" w:right="432"/>
              <w:rPr>
                <w:lang w:val="ru-RU"/>
              </w:rPr>
            </w:pPr>
            <w:r w:rsidRPr="005F2B85">
              <w:rPr>
                <w:rFonts w:ascii="Times New Roman" w:eastAsia="Times New Roman" w:hAnsi="Times New Roman"/>
                <w:color w:val="000000"/>
                <w:w w:val="97"/>
                <w:sz w:val="16"/>
                <w:lang w:val="ru-RU"/>
              </w:rPr>
              <w:t xml:space="preserve">Видео «Осенний лес, где деревья похожи на разные по форме листья»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/9961287?</w:t>
            </w:r>
            <w:r>
              <w:rPr>
                <w:rFonts w:ascii="Times New Roman" w:eastAsia="Times New Roman" w:hAnsi="Times New Roman"/>
                <w:color w:val="000000"/>
                <w:w w:val="97"/>
                <w:sz w:val="16"/>
              </w:rPr>
              <w:t>menuReferrer</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catalogue</w:t>
            </w:r>
          </w:p>
        </w:tc>
      </w:tr>
      <w:tr w:rsidR="00083BFC" w14:paraId="39D0B980" w14:textId="77777777" w:rsidTr="003E10B7">
        <w:trPr>
          <w:trHeight w:hRule="exact" w:val="786"/>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C5919FE"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2.6.</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61470554" w14:textId="77777777" w:rsidR="00083BFC" w:rsidRDefault="0045250B">
            <w:pPr>
              <w:autoSpaceDE w:val="0"/>
              <w:autoSpaceDN w:val="0"/>
              <w:spacing w:before="78" w:after="0" w:line="230" w:lineRule="auto"/>
              <w:ind w:left="72"/>
            </w:pPr>
            <w:r>
              <w:rPr>
                <w:rFonts w:ascii="Times New Roman" w:eastAsia="Times New Roman" w:hAnsi="Times New Roman"/>
                <w:b/>
                <w:color w:val="000000"/>
                <w:w w:val="97"/>
                <w:sz w:val="16"/>
              </w:rPr>
              <w:t>Последовательность рисунка.</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A46278"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49629891"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6683DFFE"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6C3513FF" w14:textId="77777777" w:rsidR="00083BFC" w:rsidRDefault="00083BFC"/>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4B4D2016"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Осваивать последовательность выполнения рисунка;</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68D4CEF8"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714FE46" w14:textId="77777777" w:rsidR="00083BFC" w:rsidRPr="005F2B85" w:rsidRDefault="0045250B">
            <w:pPr>
              <w:autoSpaceDE w:val="0"/>
              <w:autoSpaceDN w:val="0"/>
              <w:spacing w:before="78" w:after="0" w:line="252" w:lineRule="auto"/>
              <w:ind w:left="72" w:right="432"/>
              <w:rPr>
                <w:lang w:val="ru-RU"/>
              </w:rPr>
            </w:pPr>
            <w:r w:rsidRPr="005F2B85">
              <w:rPr>
                <w:rFonts w:ascii="Times New Roman" w:eastAsia="Times New Roman" w:hAnsi="Times New Roman"/>
                <w:color w:val="000000"/>
                <w:w w:val="97"/>
                <w:sz w:val="16"/>
                <w:lang w:val="ru-RU"/>
              </w:rPr>
              <w:t>Урок «Натюрморт "Ваза с фруктами"»</w:t>
            </w:r>
            <w:r w:rsidRPr="005F2B85">
              <w:rPr>
                <w:lang w:val="ru-RU"/>
              </w:rPr>
              <w:br/>
            </w:r>
            <w:r w:rsidRPr="005F2B85">
              <w:rPr>
                <w:rFonts w:ascii="Times New Roman" w:eastAsia="Times New Roman" w:hAnsi="Times New Roman"/>
                <w:color w:val="000000"/>
                <w:w w:val="97"/>
                <w:sz w:val="16"/>
                <w:lang w:val="ru-RU"/>
              </w:rPr>
              <w:t xml:space="preserve">(сюжетная композиция графическими </w:t>
            </w:r>
            <w:r w:rsidRPr="005F2B85">
              <w:rPr>
                <w:lang w:val="ru-RU"/>
              </w:rPr>
              <w:br/>
            </w:r>
            <w:r w:rsidRPr="005F2B85">
              <w:rPr>
                <w:rFonts w:ascii="Times New Roman" w:eastAsia="Times New Roman" w:hAnsi="Times New Roman"/>
                <w:color w:val="000000"/>
                <w:w w:val="97"/>
                <w:sz w:val="16"/>
                <w:lang w:val="ru-RU"/>
              </w:rPr>
              <w:t xml:space="preserve">материалами) </w:t>
            </w:r>
            <w:r w:rsidRPr="005F2B85">
              <w:rPr>
                <w:lang w:val="ru-RU"/>
              </w:rPr>
              <w:br/>
            </w:r>
            <w:r w:rsidRPr="005F2B85">
              <w:rPr>
                <w:rFonts w:ascii="Times New Roman" w:eastAsia="Times New Roman" w:hAnsi="Times New Roman"/>
                <w:color w:val="000000"/>
                <w:w w:val="97"/>
                <w:sz w:val="16"/>
                <w:lang w:val="ru-RU"/>
              </w:rPr>
              <w:t xml:space="preserve">(МЭШ)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/7458105?</w:t>
            </w:r>
          </w:p>
          <w:p w14:paraId="0B6B98C7" w14:textId="77777777" w:rsidR="00083BFC" w:rsidRDefault="0045250B">
            <w:pPr>
              <w:autoSpaceDE w:val="0"/>
              <w:autoSpaceDN w:val="0"/>
              <w:spacing w:before="20" w:after="0" w:line="233" w:lineRule="auto"/>
              <w:ind w:left="72"/>
            </w:pPr>
            <w:r>
              <w:rPr>
                <w:rFonts w:ascii="Times New Roman" w:eastAsia="Times New Roman" w:hAnsi="Times New Roman"/>
                <w:color w:val="000000"/>
                <w:w w:val="97"/>
                <w:sz w:val="16"/>
              </w:rPr>
              <w:t>menuReferrer=catalogue</w:t>
            </w:r>
          </w:p>
        </w:tc>
      </w:tr>
      <w:tr w:rsidR="00083BFC" w14:paraId="06ADB50D" w14:textId="77777777" w:rsidTr="003E10B7">
        <w:trPr>
          <w:trHeight w:hRule="exact" w:val="685"/>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769279D"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2.7.</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382169C8" w14:textId="77777777" w:rsidR="00083BFC" w:rsidRPr="005F2B85" w:rsidRDefault="0045250B">
            <w:pPr>
              <w:autoSpaceDE w:val="0"/>
              <w:autoSpaceDN w:val="0"/>
              <w:spacing w:before="76" w:after="0" w:line="250" w:lineRule="auto"/>
              <w:ind w:left="72" w:right="144"/>
              <w:rPr>
                <w:lang w:val="ru-RU"/>
              </w:rPr>
            </w:pPr>
            <w:r w:rsidRPr="005F2B85">
              <w:rPr>
                <w:rFonts w:ascii="Times New Roman" w:eastAsia="Times New Roman" w:hAnsi="Times New Roman"/>
                <w:b/>
                <w:color w:val="000000"/>
                <w:w w:val="97"/>
                <w:sz w:val="16"/>
                <w:lang w:val="ru-RU"/>
              </w:rPr>
              <w:t xml:space="preserve">Первичные навыки определения пропорций и </w:t>
            </w:r>
            <w:r w:rsidRPr="005F2B85">
              <w:rPr>
                <w:lang w:val="ru-RU"/>
              </w:rPr>
              <w:br/>
            </w:r>
            <w:r w:rsidRPr="005F2B85">
              <w:rPr>
                <w:rFonts w:ascii="Times New Roman" w:eastAsia="Times New Roman" w:hAnsi="Times New Roman"/>
                <w:b/>
                <w:color w:val="000000"/>
                <w:w w:val="97"/>
                <w:sz w:val="16"/>
                <w:lang w:val="ru-RU"/>
              </w:rPr>
              <w:t>понимания их значения. От одного пятна — «тела», меняя пропорции «лап» и «шеи», получаем рисунки разных животных.</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4E3FCE3"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69698B7F"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11196ADF"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1725976D" w14:textId="58DFC0DC" w:rsidR="00083BFC" w:rsidRDefault="00083BFC">
            <w:pPr>
              <w:autoSpaceDE w:val="0"/>
              <w:autoSpaceDN w:val="0"/>
              <w:spacing w:before="76" w:after="0" w:line="233" w:lineRule="auto"/>
              <w:jc w:val="center"/>
            </w:pPr>
          </w:p>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182EDCBC" w14:textId="77777777" w:rsidR="00083BFC" w:rsidRPr="005F2B85" w:rsidRDefault="0045250B">
            <w:pPr>
              <w:autoSpaceDE w:val="0"/>
              <w:autoSpaceDN w:val="0"/>
              <w:spacing w:before="76" w:after="0" w:line="252" w:lineRule="auto"/>
              <w:ind w:left="72" w:right="144"/>
              <w:rPr>
                <w:lang w:val="ru-RU"/>
              </w:rPr>
            </w:pPr>
            <w:r w:rsidRPr="005F2B85">
              <w:rPr>
                <w:rFonts w:ascii="Times New Roman" w:eastAsia="Times New Roman" w:hAnsi="Times New Roman"/>
                <w:color w:val="000000"/>
                <w:w w:val="97"/>
                <w:sz w:val="16"/>
                <w:lang w:val="ru-RU"/>
              </w:rPr>
              <w:t xml:space="preserve">Анализировать и сравнивать </w:t>
            </w:r>
            <w:r w:rsidRPr="005F2B85">
              <w:rPr>
                <w:lang w:val="ru-RU"/>
              </w:rPr>
              <w:br/>
            </w:r>
            <w:r w:rsidRPr="005F2B85">
              <w:rPr>
                <w:rFonts w:ascii="Times New Roman" w:eastAsia="Times New Roman" w:hAnsi="Times New Roman"/>
                <w:color w:val="000000"/>
                <w:w w:val="97"/>
                <w:sz w:val="16"/>
                <w:lang w:val="ru-RU"/>
              </w:rPr>
              <w:t xml:space="preserve">соотношение частей, составляющих одно целое, рассматривать </w:t>
            </w:r>
            <w:r w:rsidRPr="005F2B85">
              <w:rPr>
                <w:lang w:val="ru-RU"/>
              </w:rPr>
              <w:br/>
            </w:r>
            <w:r w:rsidRPr="005F2B85">
              <w:rPr>
                <w:rFonts w:ascii="Times New Roman" w:eastAsia="Times New Roman" w:hAnsi="Times New Roman"/>
                <w:color w:val="000000"/>
                <w:w w:val="97"/>
                <w:sz w:val="16"/>
                <w:lang w:val="ru-RU"/>
              </w:rPr>
              <w:t xml:space="preserve">изображения животных с </w:t>
            </w:r>
            <w:r w:rsidRPr="005F2B85">
              <w:rPr>
                <w:lang w:val="ru-RU"/>
              </w:rPr>
              <w:br/>
            </w:r>
            <w:r w:rsidRPr="005F2B85">
              <w:rPr>
                <w:rFonts w:ascii="Times New Roman" w:eastAsia="Times New Roman" w:hAnsi="Times New Roman"/>
                <w:color w:val="000000"/>
                <w:w w:val="97"/>
                <w:sz w:val="16"/>
                <w:lang w:val="ru-RU"/>
              </w:rPr>
              <w:t>контрастными пропорциями;</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D6CB3F"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3401D82" w14:textId="77777777" w:rsidR="00083BFC" w:rsidRPr="005F2B85" w:rsidRDefault="0045250B">
            <w:pPr>
              <w:autoSpaceDE w:val="0"/>
              <w:autoSpaceDN w:val="0"/>
              <w:spacing w:before="76" w:after="0" w:line="252" w:lineRule="auto"/>
              <w:ind w:left="72" w:right="1152"/>
              <w:rPr>
                <w:lang w:val="ru-RU"/>
              </w:rPr>
            </w:pPr>
            <w:r w:rsidRPr="005F2B85">
              <w:rPr>
                <w:rFonts w:ascii="Times New Roman" w:eastAsia="Times New Roman" w:hAnsi="Times New Roman"/>
                <w:color w:val="000000"/>
                <w:w w:val="97"/>
                <w:sz w:val="16"/>
                <w:lang w:val="ru-RU"/>
              </w:rPr>
              <w:t xml:space="preserve">Урок «Пейзаж "Птицы на закате"» (с использованием силуэтной </w:t>
            </w:r>
            <w:r w:rsidRPr="005F2B85">
              <w:rPr>
                <w:lang w:val="ru-RU"/>
              </w:rPr>
              <w:br/>
            </w:r>
            <w:r w:rsidRPr="005F2B85">
              <w:rPr>
                <w:rFonts w:ascii="Times New Roman" w:eastAsia="Times New Roman" w:hAnsi="Times New Roman"/>
                <w:color w:val="000000"/>
                <w:w w:val="97"/>
                <w:sz w:val="16"/>
                <w:lang w:val="ru-RU"/>
              </w:rPr>
              <w:t xml:space="preserve">техники)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 xml:space="preserve">_ </w:t>
            </w:r>
            <w:r w:rsidRPr="005F2B85">
              <w:rPr>
                <w:lang w:val="ru-RU"/>
              </w:rPr>
              <w:br/>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/7720745?</w:t>
            </w:r>
          </w:p>
          <w:p w14:paraId="0DB8D41B" w14:textId="77777777" w:rsidR="00083BFC" w:rsidRDefault="0045250B">
            <w:pPr>
              <w:autoSpaceDE w:val="0"/>
              <w:autoSpaceDN w:val="0"/>
              <w:spacing w:before="18" w:after="0" w:line="233" w:lineRule="auto"/>
              <w:ind w:left="72"/>
            </w:pPr>
            <w:r>
              <w:rPr>
                <w:rFonts w:ascii="Times New Roman" w:eastAsia="Times New Roman" w:hAnsi="Times New Roman"/>
                <w:color w:val="000000"/>
                <w:w w:val="97"/>
                <w:sz w:val="16"/>
              </w:rPr>
              <w:t>menuReferrer=catalogue</w:t>
            </w:r>
          </w:p>
        </w:tc>
      </w:tr>
      <w:tr w:rsidR="00083BFC" w14:paraId="72320D9E" w14:textId="77777777" w:rsidTr="003E10B7">
        <w:trPr>
          <w:trHeight w:hRule="exact" w:val="1132"/>
        </w:trPr>
        <w:tc>
          <w:tcPr>
            <w:tcW w:w="472" w:type="dxa"/>
            <w:tcBorders>
              <w:top w:val="single" w:sz="4" w:space="0" w:color="000000"/>
              <w:left w:val="single" w:sz="4" w:space="0" w:color="000000"/>
              <w:bottom w:val="single" w:sz="5" w:space="0" w:color="000000"/>
              <w:right w:val="single" w:sz="4" w:space="0" w:color="000000"/>
            </w:tcBorders>
            <w:tcMar>
              <w:left w:w="0" w:type="dxa"/>
              <w:right w:w="0" w:type="dxa"/>
            </w:tcMar>
          </w:tcPr>
          <w:p w14:paraId="510771C3"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2.8.</w:t>
            </w:r>
          </w:p>
        </w:tc>
        <w:tc>
          <w:tcPr>
            <w:tcW w:w="4089" w:type="dxa"/>
            <w:tcBorders>
              <w:top w:val="single" w:sz="4" w:space="0" w:color="000000"/>
              <w:left w:val="single" w:sz="4" w:space="0" w:color="000000"/>
              <w:bottom w:val="single" w:sz="5" w:space="0" w:color="000000"/>
              <w:right w:val="single" w:sz="4" w:space="0" w:color="000000"/>
            </w:tcBorders>
            <w:tcMar>
              <w:left w:w="0" w:type="dxa"/>
              <w:right w:w="0" w:type="dxa"/>
            </w:tcMar>
          </w:tcPr>
          <w:p w14:paraId="25A42EF7" w14:textId="77777777" w:rsidR="00083BFC" w:rsidRPr="005F2B85" w:rsidRDefault="0045250B">
            <w:pPr>
              <w:autoSpaceDE w:val="0"/>
              <w:autoSpaceDN w:val="0"/>
              <w:spacing w:before="78" w:after="0" w:line="250" w:lineRule="auto"/>
              <w:ind w:left="72"/>
              <w:rPr>
                <w:lang w:val="ru-RU"/>
              </w:rPr>
            </w:pPr>
            <w:r w:rsidRPr="005F2B85">
              <w:rPr>
                <w:rFonts w:ascii="Times New Roman" w:eastAsia="Times New Roman" w:hAnsi="Times New Roman"/>
                <w:b/>
                <w:color w:val="000000"/>
                <w:w w:val="97"/>
                <w:sz w:val="16"/>
                <w:lang w:val="ru-RU"/>
              </w:rPr>
              <w:t>Линейный тематический рисунок (линия-</w:t>
            </w:r>
            <w:r w:rsidRPr="005F2B85">
              <w:rPr>
                <w:lang w:val="ru-RU"/>
              </w:rPr>
              <w:br/>
            </w:r>
            <w:r w:rsidRPr="005F2B85">
              <w:rPr>
                <w:rFonts w:ascii="Times New Roman" w:eastAsia="Times New Roman" w:hAnsi="Times New Roman"/>
                <w:b/>
                <w:color w:val="000000"/>
                <w:w w:val="97"/>
                <w:sz w:val="16"/>
                <w:lang w:val="ru-RU"/>
              </w:rPr>
              <w:t>рассказчица) на сюжет стихотворения или сюжет из жизни детей (игры во дворе, в походе и др.) с простым и весёлым повествовательным сюжетом.</w:t>
            </w:r>
          </w:p>
        </w:tc>
        <w:tc>
          <w:tcPr>
            <w:tcW w:w="534" w:type="dxa"/>
            <w:tcBorders>
              <w:top w:val="single" w:sz="4" w:space="0" w:color="000000"/>
              <w:left w:val="single" w:sz="4" w:space="0" w:color="000000"/>
              <w:bottom w:val="single" w:sz="5" w:space="0" w:color="000000"/>
              <w:right w:val="single" w:sz="4" w:space="0" w:color="000000"/>
            </w:tcBorders>
            <w:tcMar>
              <w:left w:w="0" w:type="dxa"/>
              <w:right w:w="0" w:type="dxa"/>
            </w:tcMar>
          </w:tcPr>
          <w:p w14:paraId="26AA8D81"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5" w:space="0" w:color="000000"/>
              <w:right w:val="single" w:sz="4" w:space="0" w:color="000000"/>
            </w:tcBorders>
            <w:tcMar>
              <w:left w:w="0" w:type="dxa"/>
              <w:right w:w="0" w:type="dxa"/>
            </w:tcMar>
          </w:tcPr>
          <w:p w14:paraId="7803442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5" w:space="0" w:color="000000"/>
              <w:right w:val="single" w:sz="4" w:space="0" w:color="000000"/>
            </w:tcBorders>
            <w:tcMar>
              <w:left w:w="0" w:type="dxa"/>
              <w:right w:w="0" w:type="dxa"/>
            </w:tcMar>
          </w:tcPr>
          <w:p w14:paraId="305BB35D"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5" w:space="0" w:color="000000"/>
              <w:right w:val="single" w:sz="4" w:space="0" w:color="000000"/>
            </w:tcBorders>
            <w:tcMar>
              <w:left w:w="0" w:type="dxa"/>
              <w:right w:w="0" w:type="dxa"/>
            </w:tcMar>
          </w:tcPr>
          <w:p w14:paraId="48FCCD07" w14:textId="77777777" w:rsidR="00083BFC" w:rsidRDefault="00083BFC"/>
        </w:tc>
        <w:tc>
          <w:tcPr>
            <w:tcW w:w="2675" w:type="dxa"/>
            <w:tcBorders>
              <w:top w:val="single" w:sz="4" w:space="0" w:color="000000"/>
              <w:left w:val="single" w:sz="4" w:space="0" w:color="000000"/>
              <w:bottom w:val="single" w:sz="5" w:space="0" w:color="000000"/>
              <w:right w:val="single" w:sz="4" w:space="0" w:color="000000"/>
            </w:tcBorders>
            <w:tcMar>
              <w:left w:w="0" w:type="dxa"/>
              <w:right w:w="0" w:type="dxa"/>
            </w:tcMar>
          </w:tcPr>
          <w:p w14:paraId="25526202" w14:textId="77777777" w:rsidR="00083BFC" w:rsidRPr="005F2B85" w:rsidRDefault="0045250B">
            <w:pPr>
              <w:autoSpaceDE w:val="0"/>
              <w:autoSpaceDN w:val="0"/>
              <w:spacing w:before="78" w:after="0" w:line="252" w:lineRule="auto"/>
              <w:ind w:left="72" w:right="144"/>
              <w:rPr>
                <w:lang w:val="ru-RU"/>
              </w:rPr>
            </w:pPr>
            <w:r w:rsidRPr="005F2B85">
              <w:rPr>
                <w:rFonts w:ascii="Times New Roman" w:eastAsia="Times New Roman" w:hAnsi="Times New Roman"/>
                <w:color w:val="000000"/>
                <w:w w:val="97"/>
                <w:sz w:val="16"/>
                <w:lang w:val="ru-RU"/>
              </w:rPr>
              <w:t xml:space="preserve">Анализировать и сравнивать </w:t>
            </w:r>
            <w:r w:rsidRPr="005F2B85">
              <w:rPr>
                <w:lang w:val="ru-RU"/>
              </w:rPr>
              <w:br/>
            </w:r>
            <w:r w:rsidRPr="005F2B85">
              <w:rPr>
                <w:rFonts w:ascii="Times New Roman" w:eastAsia="Times New Roman" w:hAnsi="Times New Roman"/>
                <w:color w:val="000000"/>
                <w:w w:val="97"/>
                <w:sz w:val="16"/>
                <w:lang w:val="ru-RU"/>
              </w:rPr>
              <w:t xml:space="preserve">соотношение частей, составляющих одно целое, рассматривать </w:t>
            </w:r>
            <w:r w:rsidRPr="005F2B85">
              <w:rPr>
                <w:lang w:val="ru-RU"/>
              </w:rPr>
              <w:br/>
            </w:r>
            <w:r w:rsidRPr="005F2B85">
              <w:rPr>
                <w:rFonts w:ascii="Times New Roman" w:eastAsia="Times New Roman" w:hAnsi="Times New Roman"/>
                <w:color w:val="000000"/>
                <w:w w:val="97"/>
                <w:sz w:val="16"/>
                <w:lang w:val="ru-RU"/>
              </w:rPr>
              <w:t xml:space="preserve">изображения животных с </w:t>
            </w:r>
            <w:r w:rsidRPr="005F2B85">
              <w:rPr>
                <w:lang w:val="ru-RU"/>
              </w:rPr>
              <w:br/>
            </w:r>
            <w:r w:rsidRPr="005F2B85">
              <w:rPr>
                <w:rFonts w:ascii="Times New Roman" w:eastAsia="Times New Roman" w:hAnsi="Times New Roman"/>
                <w:color w:val="000000"/>
                <w:w w:val="97"/>
                <w:sz w:val="16"/>
                <w:lang w:val="ru-RU"/>
              </w:rPr>
              <w:t>контрастными пропорциями;</w:t>
            </w:r>
          </w:p>
        </w:tc>
        <w:tc>
          <w:tcPr>
            <w:tcW w:w="1088" w:type="dxa"/>
            <w:tcBorders>
              <w:top w:val="single" w:sz="4" w:space="0" w:color="000000"/>
              <w:left w:val="single" w:sz="4" w:space="0" w:color="000000"/>
              <w:bottom w:val="single" w:sz="5" w:space="0" w:color="000000"/>
              <w:right w:val="single" w:sz="4" w:space="0" w:color="000000"/>
            </w:tcBorders>
            <w:tcMar>
              <w:left w:w="0" w:type="dxa"/>
              <w:right w:w="0" w:type="dxa"/>
            </w:tcMar>
          </w:tcPr>
          <w:p w14:paraId="64869FBF"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5" w:space="0" w:color="000000"/>
              <w:right w:val="single" w:sz="4" w:space="0" w:color="000000"/>
            </w:tcBorders>
            <w:tcMar>
              <w:left w:w="0" w:type="dxa"/>
              <w:right w:w="0" w:type="dxa"/>
            </w:tcMar>
          </w:tcPr>
          <w:p w14:paraId="1BAB44FF" w14:textId="77777777" w:rsidR="00083BFC" w:rsidRPr="005F2B85" w:rsidRDefault="0045250B">
            <w:pPr>
              <w:autoSpaceDE w:val="0"/>
              <w:autoSpaceDN w:val="0"/>
              <w:spacing w:before="78" w:after="0" w:line="252" w:lineRule="auto"/>
              <w:ind w:left="72" w:right="432"/>
              <w:rPr>
                <w:lang w:val="ru-RU"/>
              </w:rPr>
            </w:pPr>
            <w:r w:rsidRPr="005F2B85">
              <w:rPr>
                <w:rFonts w:ascii="Times New Roman" w:eastAsia="Times New Roman" w:hAnsi="Times New Roman"/>
                <w:color w:val="000000"/>
                <w:w w:val="97"/>
                <w:sz w:val="16"/>
                <w:lang w:val="ru-RU"/>
              </w:rPr>
              <w:t xml:space="preserve">Урок «Натюрморт "Ваза с фруктами"» </w:t>
            </w:r>
            <w:r w:rsidRPr="005F2B85">
              <w:rPr>
                <w:lang w:val="ru-RU"/>
              </w:rPr>
              <w:br/>
            </w:r>
            <w:r w:rsidRPr="005F2B85">
              <w:rPr>
                <w:rFonts w:ascii="Times New Roman" w:eastAsia="Times New Roman" w:hAnsi="Times New Roman"/>
                <w:color w:val="000000"/>
                <w:w w:val="97"/>
                <w:sz w:val="16"/>
                <w:lang w:val="ru-RU"/>
              </w:rPr>
              <w:t xml:space="preserve">(сюжетная композиция графическими </w:t>
            </w:r>
            <w:r w:rsidRPr="005F2B85">
              <w:rPr>
                <w:lang w:val="ru-RU"/>
              </w:rPr>
              <w:br/>
            </w:r>
            <w:r w:rsidRPr="005F2B85">
              <w:rPr>
                <w:rFonts w:ascii="Times New Roman" w:eastAsia="Times New Roman" w:hAnsi="Times New Roman"/>
                <w:color w:val="000000"/>
                <w:w w:val="97"/>
                <w:sz w:val="16"/>
                <w:lang w:val="ru-RU"/>
              </w:rPr>
              <w:t xml:space="preserve">материалами) </w:t>
            </w:r>
            <w:r w:rsidRPr="005F2B85">
              <w:rPr>
                <w:lang w:val="ru-RU"/>
              </w:rPr>
              <w:br/>
            </w:r>
            <w:r w:rsidRPr="005F2B85">
              <w:rPr>
                <w:rFonts w:ascii="Times New Roman" w:eastAsia="Times New Roman" w:hAnsi="Times New Roman"/>
                <w:color w:val="000000"/>
                <w:w w:val="97"/>
                <w:sz w:val="16"/>
                <w:lang w:val="ru-RU"/>
              </w:rPr>
              <w:t xml:space="preserve">(МЭШ)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/7458105?</w:t>
            </w:r>
          </w:p>
          <w:p w14:paraId="14829F9D"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14:paraId="7321C6E3" w14:textId="77777777" w:rsidTr="00851803">
        <w:trPr>
          <w:trHeight w:hRule="exact" w:val="672"/>
        </w:trPr>
        <w:tc>
          <w:tcPr>
            <w:tcW w:w="472" w:type="dxa"/>
            <w:tcBorders>
              <w:top w:val="single" w:sz="5" w:space="0" w:color="000000"/>
              <w:left w:val="single" w:sz="4" w:space="0" w:color="000000"/>
              <w:bottom w:val="single" w:sz="4" w:space="0" w:color="000000"/>
              <w:right w:val="single" w:sz="4" w:space="0" w:color="000000"/>
            </w:tcBorders>
            <w:tcMar>
              <w:left w:w="0" w:type="dxa"/>
              <w:right w:w="0" w:type="dxa"/>
            </w:tcMar>
          </w:tcPr>
          <w:p w14:paraId="05416076" w14:textId="77777777" w:rsidR="00083BFC" w:rsidRDefault="0045250B">
            <w:pPr>
              <w:autoSpaceDE w:val="0"/>
              <w:autoSpaceDN w:val="0"/>
              <w:spacing w:before="76" w:after="0" w:line="230" w:lineRule="auto"/>
              <w:jc w:val="center"/>
            </w:pPr>
            <w:r>
              <w:rPr>
                <w:rFonts w:ascii="Times New Roman" w:eastAsia="Times New Roman" w:hAnsi="Times New Roman"/>
                <w:color w:val="000000"/>
                <w:w w:val="97"/>
                <w:sz w:val="16"/>
              </w:rPr>
              <w:t>2.9.</w:t>
            </w:r>
          </w:p>
        </w:tc>
        <w:tc>
          <w:tcPr>
            <w:tcW w:w="4089" w:type="dxa"/>
            <w:tcBorders>
              <w:top w:val="single" w:sz="5" w:space="0" w:color="000000"/>
              <w:left w:val="single" w:sz="4" w:space="0" w:color="000000"/>
              <w:bottom w:val="single" w:sz="4" w:space="0" w:color="000000"/>
              <w:right w:val="single" w:sz="4" w:space="0" w:color="000000"/>
            </w:tcBorders>
            <w:tcMar>
              <w:left w:w="0" w:type="dxa"/>
              <w:right w:w="0" w:type="dxa"/>
            </w:tcMar>
          </w:tcPr>
          <w:p w14:paraId="381E3E4C" w14:textId="77777777" w:rsidR="00083BFC" w:rsidRPr="005F2B85" w:rsidRDefault="0045250B">
            <w:pPr>
              <w:autoSpaceDE w:val="0"/>
              <w:autoSpaceDN w:val="0"/>
              <w:spacing w:before="76" w:after="0" w:line="245" w:lineRule="auto"/>
              <w:ind w:left="72" w:right="288"/>
              <w:rPr>
                <w:lang w:val="ru-RU"/>
              </w:rPr>
            </w:pPr>
            <w:r w:rsidRPr="005F2B85">
              <w:rPr>
                <w:rFonts w:ascii="Times New Roman" w:eastAsia="Times New Roman" w:hAnsi="Times New Roman"/>
                <w:b/>
                <w:color w:val="000000"/>
                <w:w w:val="97"/>
                <w:sz w:val="16"/>
                <w:lang w:val="ru-RU"/>
              </w:rPr>
              <w:t>Пятно-силуэт. Превращение случайного пятна в изображение зверушки или фантастического зверя.</w:t>
            </w:r>
          </w:p>
          <w:p w14:paraId="7B48C29F" w14:textId="77777777" w:rsidR="00083BFC" w:rsidRDefault="0045250B">
            <w:pPr>
              <w:autoSpaceDE w:val="0"/>
              <w:autoSpaceDN w:val="0"/>
              <w:spacing w:before="18" w:after="0" w:line="250" w:lineRule="auto"/>
              <w:ind w:left="72" w:right="144"/>
            </w:pPr>
            <w:r w:rsidRPr="005F2B85">
              <w:rPr>
                <w:rFonts w:ascii="Times New Roman" w:eastAsia="Times New Roman" w:hAnsi="Times New Roman"/>
                <w:b/>
                <w:color w:val="000000"/>
                <w:w w:val="97"/>
                <w:sz w:val="16"/>
                <w:lang w:val="ru-RU"/>
              </w:rPr>
              <w:t xml:space="preserve">Развитие образного видения и способности </w:t>
            </w:r>
            <w:r w:rsidRPr="005F2B85">
              <w:rPr>
                <w:lang w:val="ru-RU"/>
              </w:rPr>
              <w:br/>
            </w:r>
            <w:r w:rsidRPr="005F2B85">
              <w:rPr>
                <w:rFonts w:ascii="Times New Roman" w:eastAsia="Times New Roman" w:hAnsi="Times New Roman"/>
                <w:b/>
                <w:color w:val="000000"/>
                <w:w w:val="97"/>
                <w:sz w:val="16"/>
                <w:lang w:val="ru-RU"/>
              </w:rPr>
              <w:t xml:space="preserve">целостного, обобщённого видения. </w:t>
            </w:r>
            <w:r>
              <w:rPr>
                <w:rFonts w:ascii="Times New Roman" w:eastAsia="Times New Roman" w:hAnsi="Times New Roman"/>
                <w:b/>
                <w:color w:val="000000"/>
                <w:w w:val="97"/>
                <w:sz w:val="16"/>
              </w:rPr>
              <w:t>Пятно как основа графического изображения.</w:t>
            </w:r>
          </w:p>
        </w:tc>
        <w:tc>
          <w:tcPr>
            <w:tcW w:w="534" w:type="dxa"/>
            <w:tcBorders>
              <w:top w:val="single" w:sz="5" w:space="0" w:color="000000"/>
              <w:left w:val="single" w:sz="4" w:space="0" w:color="000000"/>
              <w:bottom w:val="single" w:sz="4" w:space="0" w:color="000000"/>
              <w:right w:val="single" w:sz="4" w:space="0" w:color="000000"/>
            </w:tcBorders>
            <w:tcMar>
              <w:left w:w="0" w:type="dxa"/>
              <w:right w:w="0" w:type="dxa"/>
            </w:tcMar>
          </w:tcPr>
          <w:p w14:paraId="315F45DF"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0.5</w:t>
            </w:r>
          </w:p>
        </w:tc>
        <w:tc>
          <w:tcPr>
            <w:tcW w:w="1113" w:type="dxa"/>
            <w:tcBorders>
              <w:top w:val="single" w:sz="5" w:space="0" w:color="000000"/>
              <w:left w:val="single" w:sz="4" w:space="0" w:color="000000"/>
              <w:bottom w:val="single" w:sz="4" w:space="0" w:color="000000"/>
              <w:right w:val="single" w:sz="4" w:space="0" w:color="000000"/>
            </w:tcBorders>
            <w:tcMar>
              <w:left w:w="0" w:type="dxa"/>
              <w:right w:w="0" w:type="dxa"/>
            </w:tcMar>
          </w:tcPr>
          <w:p w14:paraId="2F085C72"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w:t>
            </w:r>
          </w:p>
        </w:tc>
        <w:tc>
          <w:tcPr>
            <w:tcW w:w="1149" w:type="dxa"/>
            <w:tcBorders>
              <w:top w:val="single" w:sz="5" w:space="0" w:color="000000"/>
              <w:left w:val="single" w:sz="4" w:space="0" w:color="000000"/>
              <w:bottom w:val="single" w:sz="4" w:space="0" w:color="000000"/>
              <w:right w:val="single" w:sz="4" w:space="0" w:color="000000"/>
            </w:tcBorders>
            <w:tcMar>
              <w:left w:w="0" w:type="dxa"/>
              <w:right w:w="0" w:type="dxa"/>
            </w:tcMar>
          </w:tcPr>
          <w:p w14:paraId="6ECF527C"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0.5</w:t>
            </w:r>
          </w:p>
        </w:tc>
        <w:tc>
          <w:tcPr>
            <w:tcW w:w="871" w:type="dxa"/>
            <w:tcBorders>
              <w:top w:val="single" w:sz="5" w:space="0" w:color="000000"/>
              <w:left w:val="single" w:sz="4" w:space="0" w:color="000000"/>
              <w:bottom w:val="single" w:sz="4" w:space="0" w:color="000000"/>
              <w:right w:val="single" w:sz="4" w:space="0" w:color="000000"/>
            </w:tcBorders>
            <w:tcMar>
              <w:left w:w="0" w:type="dxa"/>
              <w:right w:w="0" w:type="dxa"/>
            </w:tcMar>
          </w:tcPr>
          <w:p w14:paraId="229C4D6B" w14:textId="4F1BA312" w:rsidR="00083BFC" w:rsidRDefault="00083BFC">
            <w:pPr>
              <w:autoSpaceDE w:val="0"/>
              <w:autoSpaceDN w:val="0"/>
              <w:spacing w:before="76" w:after="0" w:line="230" w:lineRule="auto"/>
              <w:jc w:val="center"/>
            </w:pPr>
          </w:p>
        </w:tc>
        <w:tc>
          <w:tcPr>
            <w:tcW w:w="2675" w:type="dxa"/>
            <w:tcBorders>
              <w:top w:val="single" w:sz="5" w:space="0" w:color="000000"/>
              <w:left w:val="single" w:sz="4" w:space="0" w:color="000000"/>
              <w:bottom w:val="single" w:sz="4" w:space="0" w:color="000000"/>
              <w:right w:val="single" w:sz="4" w:space="0" w:color="000000"/>
            </w:tcBorders>
            <w:tcMar>
              <w:left w:w="0" w:type="dxa"/>
              <w:right w:w="0" w:type="dxa"/>
            </w:tcMar>
          </w:tcPr>
          <w:p w14:paraId="6152CAC6" w14:textId="77777777" w:rsidR="00083BFC" w:rsidRPr="005F2B85" w:rsidRDefault="0045250B">
            <w:pPr>
              <w:autoSpaceDE w:val="0"/>
              <w:autoSpaceDN w:val="0"/>
              <w:spacing w:before="76" w:after="0" w:line="245" w:lineRule="auto"/>
              <w:ind w:left="72" w:right="432"/>
              <w:rPr>
                <w:lang w:val="ru-RU"/>
              </w:rPr>
            </w:pPr>
            <w:r w:rsidRPr="005F2B85">
              <w:rPr>
                <w:rFonts w:ascii="Times New Roman" w:eastAsia="Times New Roman" w:hAnsi="Times New Roman"/>
                <w:color w:val="000000"/>
                <w:w w:val="97"/>
                <w:sz w:val="16"/>
                <w:lang w:val="ru-RU"/>
              </w:rPr>
              <w:t>Приобретать опыт обобщения видимой формы предмета;</w:t>
            </w:r>
          </w:p>
        </w:tc>
        <w:tc>
          <w:tcPr>
            <w:tcW w:w="1088" w:type="dxa"/>
            <w:tcBorders>
              <w:top w:val="single" w:sz="5" w:space="0" w:color="000000"/>
              <w:left w:val="single" w:sz="4" w:space="0" w:color="000000"/>
              <w:bottom w:val="single" w:sz="4" w:space="0" w:color="000000"/>
              <w:right w:val="single" w:sz="4" w:space="0" w:color="000000"/>
            </w:tcBorders>
            <w:tcMar>
              <w:left w:w="0" w:type="dxa"/>
              <w:right w:w="0" w:type="dxa"/>
            </w:tcMar>
          </w:tcPr>
          <w:p w14:paraId="403A0404"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5" w:space="0" w:color="000000"/>
              <w:left w:val="single" w:sz="4" w:space="0" w:color="000000"/>
              <w:bottom w:val="single" w:sz="4" w:space="0" w:color="000000"/>
              <w:right w:val="single" w:sz="4" w:space="0" w:color="000000"/>
            </w:tcBorders>
            <w:tcMar>
              <w:left w:w="0" w:type="dxa"/>
              <w:right w:w="0" w:type="dxa"/>
            </w:tcMar>
          </w:tcPr>
          <w:p w14:paraId="0CB8F17C" w14:textId="77777777" w:rsidR="00083BFC" w:rsidRPr="005F2B85" w:rsidRDefault="0045250B">
            <w:pPr>
              <w:autoSpaceDE w:val="0"/>
              <w:autoSpaceDN w:val="0"/>
              <w:spacing w:before="76" w:after="0" w:line="250" w:lineRule="auto"/>
              <w:ind w:left="72" w:right="288"/>
              <w:rPr>
                <w:lang w:val="ru-RU"/>
              </w:rPr>
            </w:pPr>
            <w:r w:rsidRPr="005F2B85">
              <w:rPr>
                <w:rFonts w:ascii="Times New Roman" w:eastAsia="Times New Roman" w:hAnsi="Times New Roman"/>
                <w:color w:val="000000"/>
                <w:w w:val="97"/>
                <w:sz w:val="16"/>
                <w:lang w:val="ru-RU"/>
              </w:rPr>
              <w:t xml:space="preserve">"Пятно как средство выразительности" (МЭШ)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/10057973?</w:t>
            </w:r>
          </w:p>
          <w:p w14:paraId="2E14E855" w14:textId="77777777" w:rsidR="00083BFC" w:rsidRDefault="0045250B">
            <w:pPr>
              <w:autoSpaceDE w:val="0"/>
              <w:autoSpaceDN w:val="0"/>
              <w:spacing w:before="18" w:after="0" w:line="233" w:lineRule="auto"/>
              <w:ind w:left="72"/>
            </w:pPr>
            <w:r>
              <w:rPr>
                <w:rFonts w:ascii="Times New Roman" w:eastAsia="Times New Roman" w:hAnsi="Times New Roman"/>
                <w:color w:val="000000"/>
                <w:w w:val="97"/>
                <w:sz w:val="16"/>
              </w:rPr>
              <w:t>menuReferrer=catalogue</w:t>
            </w:r>
          </w:p>
        </w:tc>
      </w:tr>
      <w:tr w:rsidR="00083BFC" w14:paraId="4115A947" w14:textId="77777777" w:rsidTr="003E10B7">
        <w:trPr>
          <w:trHeight w:hRule="exact" w:val="685"/>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71D7F3A3"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2.10.</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04AABA1E" w14:textId="77777777" w:rsidR="00083BFC" w:rsidRDefault="0045250B">
            <w:pPr>
              <w:autoSpaceDE w:val="0"/>
              <w:autoSpaceDN w:val="0"/>
              <w:spacing w:before="76" w:after="0" w:line="233" w:lineRule="auto"/>
              <w:ind w:left="72"/>
            </w:pPr>
            <w:r w:rsidRPr="005F2B85">
              <w:rPr>
                <w:rFonts w:ascii="Times New Roman" w:eastAsia="Times New Roman" w:hAnsi="Times New Roman"/>
                <w:b/>
                <w:color w:val="000000"/>
                <w:w w:val="97"/>
                <w:sz w:val="16"/>
                <w:lang w:val="ru-RU"/>
              </w:rPr>
              <w:t xml:space="preserve">Тень как пример пятна. Теневой театр. </w:t>
            </w:r>
            <w:r>
              <w:rPr>
                <w:rFonts w:ascii="Times New Roman" w:eastAsia="Times New Roman" w:hAnsi="Times New Roman"/>
                <w:b/>
                <w:color w:val="000000"/>
                <w:w w:val="97"/>
                <w:sz w:val="16"/>
              </w:rPr>
              <w:t>Силуэт.</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B2B4CB"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76CE8372"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6B9592FD"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6434E75F" w14:textId="77777777" w:rsidR="00083BFC" w:rsidRDefault="00083BFC"/>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5C9D2444" w14:textId="77777777" w:rsidR="00083BFC" w:rsidRPr="005F2B85" w:rsidRDefault="0045250B">
            <w:pPr>
              <w:autoSpaceDE w:val="0"/>
              <w:autoSpaceDN w:val="0"/>
              <w:spacing w:before="76" w:after="0" w:line="245" w:lineRule="auto"/>
              <w:ind w:right="288"/>
              <w:jc w:val="center"/>
              <w:rPr>
                <w:lang w:val="ru-RU"/>
              </w:rPr>
            </w:pPr>
            <w:r w:rsidRPr="005F2B85">
              <w:rPr>
                <w:rFonts w:ascii="Times New Roman" w:eastAsia="Times New Roman" w:hAnsi="Times New Roman"/>
                <w:color w:val="000000"/>
                <w:w w:val="97"/>
                <w:sz w:val="16"/>
                <w:lang w:val="ru-RU"/>
              </w:rPr>
              <w:t>Развивать навыки рисования по представлению и воображению;</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13852F1B"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776CCF95" w14:textId="77777777" w:rsidR="00083BFC" w:rsidRPr="005F2B85" w:rsidRDefault="0045250B">
            <w:pPr>
              <w:autoSpaceDE w:val="0"/>
              <w:autoSpaceDN w:val="0"/>
              <w:spacing w:before="76" w:after="0" w:line="252" w:lineRule="auto"/>
              <w:ind w:left="72" w:right="432"/>
              <w:rPr>
                <w:lang w:val="ru-RU"/>
              </w:rPr>
            </w:pPr>
            <w:r w:rsidRPr="005F2B85">
              <w:rPr>
                <w:rFonts w:ascii="Times New Roman" w:eastAsia="Times New Roman" w:hAnsi="Times New Roman"/>
                <w:color w:val="000000"/>
                <w:w w:val="97"/>
                <w:sz w:val="16"/>
                <w:lang w:val="ru-RU"/>
              </w:rPr>
              <w:t xml:space="preserve">Урок «Пейзаж "Птицы на закате"» </w:t>
            </w:r>
            <w:r w:rsidRPr="005F2B85">
              <w:rPr>
                <w:lang w:val="ru-RU"/>
              </w:rPr>
              <w:br/>
            </w:r>
            <w:r w:rsidRPr="005F2B85">
              <w:rPr>
                <w:rFonts w:ascii="Times New Roman" w:eastAsia="Times New Roman" w:hAnsi="Times New Roman"/>
                <w:color w:val="000000"/>
                <w:w w:val="97"/>
                <w:sz w:val="16"/>
                <w:lang w:val="ru-RU"/>
              </w:rPr>
              <w:t xml:space="preserve">(с использованием силуэтной </w:t>
            </w:r>
            <w:r w:rsidRPr="005F2B85">
              <w:rPr>
                <w:lang w:val="ru-RU"/>
              </w:rPr>
              <w:br/>
            </w:r>
            <w:r w:rsidRPr="005F2B85">
              <w:rPr>
                <w:rFonts w:ascii="Times New Roman" w:eastAsia="Times New Roman" w:hAnsi="Times New Roman"/>
                <w:color w:val="000000"/>
                <w:w w:val="97"/>
                <w:sz w:val="16"/>
                <w:lang w:val="ru-RU"/>
              </w:rPr>
              <w:t xml:space="preserve">техники)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/7720745?</w:t>
            </w:r>
          </w:p>
          <w:p w14:paraId="246490D9"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rsidRPr="002F3886" w14:paraId="7A292122" w14:textId="77777777" w:rsidTr="003E10B7">
        <w:trPr>
          <w:trHeight w:hRule="exact" w:val="485"/>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770BD777"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2.11.</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1C55E5CC" w14:textId="77777777" w:rsidR="00083BFC" w:rsidRPr="005F2B85" w:rsidRDefault="0045250B">
            <w:pPr>
              <w:autoSpaceDE w:val="0"/>
              <w:autoSpaceDN w:val="0"/>
              <w:spacing w:before="78" w:after="0" w:line="245" w:lineRule="auto"/>
              <w:ind w:left="72"/>
              <w:rPr>
                <w:lang w:val="ru-RU"/>
              </w:rPr>
            </w:pPr>
            <w:r w:rsidRPr="005F2B85">
              <w:rPr>
                <w:rFonts w:ascii="Times New Roman" w:eastAsia="Times New Roman" w:hAnsi="Times New Roman"/>
                <w:b/>
                <w:color w:val="000000"/>
                <w:w w:val="97"/>
                <w:sz w:val="16"/>
                <w:lang w:val="ru-RU"/>
              </w:rPr>
              <w:t>Навыки работы на уроке с жидкой краской и кистью, уход за своим рабочим местом.</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65D7670"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6A956A6C"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012092D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59AF1C20" w14:textId="4522946D" w:rsidR="00083BFC" w:rsidRDefault="00083BFC">
            <w:pPr>
              <w:autoSpaceDE w:val="0"/>
              <w:autoSpaceDN w:val="0"/>
              <w:spacing w:before="78" w:after="0" w:line="230" w:lineRule="auto"/>
              <w:jc w:val="center"/>
            </w:pPr>
          </w:p>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2DD6CA6C" w14:textId="77777777" w:rsidR="00083BFC" w:rsidRPr="005F2B85" w:rsidRDefault="0045250B">
            <w:pPr>
              <w:autoSpaceDE w:val="0"/>
              <w:autoSpaceDN w:val="0"/>
              <w:spacing w:before="78" w:after="0" w:line="245" w:lineRule="auto"/>
              <w:ind w:right="288"/>
              <w:jc w:val="center"/>
              <w:rPr>
                <w:lang w:val="ru-RU"/>
              </w:rPr>
            </w:pPr>
            <w:r w:rsidRPr="005F2B85">
              <w:rPr>
                <w:rFonts w:ascii="Times New Roman" w:eastAsia="Times New Roman" w:hAnsi="Times New Roman"/>
                <w:color w:val="000000"/>
                <w:w w:val="97"/>
                <w:sz w:val="16"/>
                <w:lang w:val="ru-RU"/>
              </w:rPr>
              <w:t>Развивать навыки рисования по представлению и воображению;</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24206B86"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AC9C8CD" w14:textId="77777777" w:rsidR="00083BFC" w:rsidRPr="005F2B85" w:rsidRDefault="0045250B">
            <w:pPr>
              <w:autoSpaceDE w:val="0"/>
              <w:autoSpaceDN w:val="0"/>
              <w:spacing w:before="78" w:after="0" w:line="245" w:lineRule="auto"/>
              <w:ind w:left="72" w:right="144"/>
              <w:rPr>
                <w:lang w:val="ru-RU"/>
              </w:rPr>
            </w:pPr>
            <w:r w:rsidRPr="005F2B85">
              <w:rPr>
                <w:rFonts w:ascii="Times New Roman" w:eastAsia="Times New Roman" w:hAnsi="Times New Roman"/>
                <w:color w:val="000000"/>
                <w:w w:val="97"/>
                <w:sz w:val="16"/>
                <w:lang w:val="ru-RU"/>
              </w:rPr>
              <w:t xml:space="preserve">Урок «Какого цвета страна родная» (РЭШ)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/3758/</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/223200/</w:t>
            </w:r>
          </w:p>
        </w:tc>
      </w:tr>
      <w:tr w:rsidR="00083BFC" w:rsidRPr="002F3886" w14:paraId="26BB1F2F" w14:textId="77777777" w:rsidTr="003E10B7">
        <w:trPr>
          <w:trHeight w:hRule="exact" w:val="685"/>
        </w:trPr>
        <w:tc>
          <w:tcPr>
            <w:tcW w:w="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6E90C31" w14:textId="77777777" w:rsidR="00083BFC" w:rsidRDefault="0045250B">
            <w:pPr>
              <w:autoSpaceDE w:val="0"/>
              <w:autoSpaceDN w:val="0"/>
              <w:spacing w:before="76" w:after="0" w:line="230" w:lineRule="auto"/>
              <w:jc w:val="center"/>
            </w:pPr>
            <w:r>
              <w:rPr>
                <w:rFonts w:ascii="Times New Roman" w:eastAsia="Times New Roman" w:hAnsi="Times New Roman"/>
                <w:color w:val="000000"/>
                <w:w w:val="97"/>
                <w:sz w:val="16"/>
              </w:rPr>
              <w:t>2.12.</w:t>
            </w:r>
          </w:p>
        </w:tc>
        <w:tc>
          <w:tcPr>
            <w:tcW w:w="4089" w:type="dxa"/>
            <w:tcBorders>
              <w:top w:val="single" w:sz="4" w:space="0" w:color="000000"/>
              <w:left w:val="single" w:sz="4" w:space="0" w:color="000000"/>
              <w:bottom w:val="single" w:sz="4" w:space="0" w:color="000000"/>
              <w:right w:val="single" w:sz="4" w:space="0" w:color="000000"/>
            </w:tcBorders>
            <w:tcMar>
              <w:left w:w="0" w:type="dxa"/>
              <w:right w:w="0" w:type="dxa"/>
            </w:tcMar>
          </w:tcPr>
          <w:p w14:paraId="05856A94" w14:textId="77777777" w:rsidR="00083BFC" w:rsidRPr="005F2B85" w:rsidRDefault="0045250B">
            <w:pPr>
              <w:autoSpaceDE w:val="0"/>
              <w:autoSpaceDN w:val="0"/>
              <w:spacing w:before="76" w:after="0" w:line="250" w:lineRule="auto"/>
              <w:ind w:left="72"/>
              <w:rPr>
                <w:lang w:val="ru-RU"/>
              </w:rPr>
            </w:pPr>
            <w:r w:rsidRPr="005F2B85">
              <w:rPr>
                <w:rFonts w:ascii="Times New Roman" w:eastAsia="Times New Roman" w:hAnsi="Times New Roman"/>
                <w:b/>
                <w:color w:val="000000"/>
                <w:w w:val="97"/>
                <w:sz w:val="16"/>
                <w:lang w:val="ru-RU"/>
              </w:rPr>
              <w:t>Рассмотрение и анализ средств выражения — пятна и линии — в иллюстрациях художников к детским книгам.</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A565AC6"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0.5</w:t>
            </w:r>
          </w:p>
        </w:tc>
        <w:tc>
          <w:tcPr>
            <w:tcW w:w="1113" w:type="dxa"/>
            <w:tcBorders>
              <w:top w:val="single" w:sz="4" w:space="0" w:color="000000"/>
              <w:left w:val="single" w:sz="4" w:space="0" w:color="000000"/>
              <w:bottom w:val="single" w:sz="4" w:space="0" w:color="000000"/>
              <w:right w:val="single" w:sz="4" w:space="0" w:color="000000"/>
            </w:tcBorders>
            <w:tcMar>
              <w:left w:w="0" w:type="dxa"/>
              <w:right w:w="0" w:type="dxa"/>
            </w:tcMar>
          </w:tcPr>
          <w:p w14:paraId="0DE541D0"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w:t>
            </w:r>
          </w:p>
        </w:tc>
        <w:tc>
          <w:tcPr>
            <w:tcW w:w="1149" w:type="dxa"/>
            <w:tcBorders>
              <w:top w:val="single" w:sz="4" w:space="0" w:color="000000"/>
              <w:left w:val="single" w:sz="4" w:space="0" w:color="000000"/>
              <w:bottom w:val="single" w:sz="4" w:space="0" w:color="000000"/>
              <w:right w:val="single" w:sz="4" w:space="0" w:color="000000"/>
            </w:tcBorders>
            <w:tcMar>
              <w:left w:w="0" w:type="dxa"/>
              <w:right w:w="0" w:type="dxa"/>
            </w:tcMar>
          </w:tcPr>
          <w:p w14:paraId="2F1A80E9"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0.5</w:t>
            </w:r>
          </w:p>
        </w:tc>
        <w:tc>
          <w:tcPr>
            <w:tcW w:w="871" w:type="dxa"/>
            <w:tcBorders>
              <w:top w:val="single" w:sz="4" w:space="0" w:color="000000"/>
              <w:left w:val="single" w:sz="4" w:space="0" w:color="000000"/>
              <w:bottom w:val="single" w:sz="4" w:space="0" w:color="000000"/>
              <w:right w:val="single" w:sz="4" w:space="0" w:color="000000"/>
            </w:tcBorders>
            <w:tcMar>
              <w:left w:w="0" w:type="dxa"/>
              <w:right w:w="0" w:type="dxa"/>
            </w:tcMar>
          </w:tcPr>
          <w:p w14:paraId="26D034E6" w14:textId="77777777" w:rsidR="00083BFC" w:rsidRDefault="00083BFC"/>
        </w:tc>
        <w:tc>
          <w:tcPr>
            <w:tcW w:w="2675" w:type="dxa"/>
            <w:tcBorders>
              <w:top w:val="single" w:sz="4" w:space="0" w:color="000000"/>
              <w:left w:val="single" w:sz="4" w:space="0" w:color="000000"/>
              <w:bottom w:val="single" w:sz="4" w:space="0" w:color="000000"/>
              <w:right w:val="single" w:sz="4" w:space="0" w:color="000000"/>
            </w:tcBorders>
            <w:tcMar>
              <w:left w:w="0" w:type="dxa"/>
              <w:right w:w="0" w:type="dxa"/>
            </w:tcMar>
          </w:tcPr>
          <w:p w14:paraId="1C8A359F" w14:textId="77777777" w:rsidR="00083BFC" w:rsidRDefault="0045250B">
            <w:pPr>
              <w:autoSpaceDE w:val="0"/>
              <w:autoSpaceDN w:val="0"/>
              <w:spacing w:before="76" w:after="0" w:line="252" w:lineRule="auto"/>
              <w:ind w:left="72"/>
            </w:pPr>
            <w:r w:rsidRPr="005F2B85">
              <w:rPr>
                <w:rFonts w:ascii="Times New Roman" w:eastAsia="Times New Roman" w:hAnsi="Times New Roman"/>
                <w:color w:val="000000"/>
                <w:w w:val="97"/>
                <w:sz w:val="16"/>
                <w:lang w:val="ru-RU"/>
              </w:rPr>
              <w:t xml:space="preserve">Выполнить линейный рисунок на темы стихов С. Я. Маршака, А. Л. Барто, Д. Хармса, С. В. Михалкова и др. </w:t>
            </w:r>
            <w:r>
              <w:rPr>
                <w:rFonts w:ascii="Times New Roman" w:eastAsia="Times New Roman" w:hAnsi="Times New Roman"/>
                <w:color w:val="000000"/>
                <w:w w:val="97"/>
                <w:sz w:val="16"/>
              </w:rPr>
              <w:t xml:space="preserve">(по выбору учителя) с простым весёлым, озорным развитием </w:t>
            </w:r>
            <w:r>
              <w:br/>
            </w:r>
            <w:r>
              <w:rPr>
                <w:rFonts w:ascii="Times New Roman" w:eastAsia="Times New Roman" w:hAnsi="Times New Roman"/>
                <w:color w:val="000000"/>
                <w:w w:val="97"/>
                <w:sz w:val="16"/>
              </w:rPr>
              <w:t>сюжета;</w:t>
            </w:r>
          </w:p>
        </w:tc>
        <w:tc>
          <w:tcPr>
            <w:tcW w:w="1088" w:type="dxa"/>
            <w:tcBorders>
              <w:top w:val="single" w:sz="4" w:space="0" w:color="000000"/>
              <w:left w:val="single" w:sz="4" w:space="0" w:color="000000"/>
              <w:bottom w:val="single" w:sz="4" w:space="0" w:color="000000"/>
              <w:right w:val="single" w:sz="4" w:space="0" w:color="000000"/>
            </w:tcBorders>
            <w:tcMar>
              <w:left w:w="0" w:type="dxa"/>
              <w:right w:w="0" w:type="dxa"/>
            </w:tcMar>
          </w:tcPr>
          <w:p w14:paraId="7D37D4F9"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32" w:type="dxa"/>
            <w:tcBorders>
              <w:top w:val="single" w:sz="4" w:space="0" w:color="000000"/>
              <w:left w:val="single" w:sz="4" w:space="0" w:color="000000"/>
              <w:bottom w:val="single" w:sz="4" w:space="0" w:color="000000"/>
              <w:right w:val="single" w:sz="4" w:space="0" w:color="000000"/>
            </w:tcBorders>
            <w:tcMar>
              <w:left w:w="0" w:type="dxa"/>
              <w:right w:w="0" w:type="dxa"/>
            </w:tcMar>
          </w:tcPr>
          <w:p w14:paraId="61F247D8" w14:textId="77777777" w:rsidR="00083BFC" w:rsidRPr="005F2B85" w:rsidRDefault="0045250B">
            <w:pPr>
              <w:autoSpaceDE w:val="0"/>
              <w:autoSpaceDN w:val="0"/>
              <w:spacing w:before="76" w:after="0" w:line="245" w:lineRule="auto"/>
              <w:ind w:left="72" w:right="144"/>
              <w:rPr>
                <w:lang w:val="ru-RU"/>
              </w:rPr>
            </w:pPr>
            <w:r w:rsidRPr="005F2B85">
              <w:rPr>
                <w:rFonts w:ascii="Times New Roman" w:eastAsia="Times New Roman" w:hAnsi="Times New Roman"/>
                <w:color w:val="000000"/>
                <w:w w:val="97"/>
                <w:sz w:val="16"/>
                <w:lang w:val="ru-RU"/>
              </w:rPr>
              <w:t xml:space="preserve">Урок «Радуга-дуга» (РЭШ)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/4215/</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/182056/</w:t>
            </w:r>
          </w:p>
        </w:tc>
      </w:tr>
      <w:tr w:rsidR="00083BFC" w14:paraId="1872A055" w14:textId="77777777" w:rsidTr="00851803">
        <w:trPr>
          <w:trHeight w:hRule="exact" w:val="300"/>
        </w:trPr>
        <w:tc>
          <w:tcPr>
            <w:tcW w:w="456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3A80F42"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Итого по модулю 2</w:t>
            </w:r>
          </w:p>
        </w:tc>
        <w:tc>
          <w:tcPr>
            <w:tcW w:w="5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15E583B"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6</w:t>
            </w:r>
          </w:p>
        </w:tc>
        <w:tc>
          <w:tcPr>
            <w:tcW w:w="1052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6B6B8FA5" w14:textId="77777777" w:rsidR="00083BFC" w:rsidRDefault="00083BFC"/>
        </w:tc>
      </w:tr>
      <w:tr w:rsidR="00083BFC" w14:paraId="7045149E" w14:textId="77777777" w:rsidTr="00851803">
        <w:trPr>
          <w:trHeight w:hRule="exact" w:val="379"/>
        </w:trPr>
        <w:tc>
          <w:tcPr>
            <w:tcW w:w="1562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007DAC3B"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Модуль 3.</w:t>
            </w:r>
            <w:r>
              <w:rPr>
                <w:rFonts w:ascii="Times New Roman" w:eastAsia="Times New Roman" w:hAnsi="Times New Roman"/>
                <w:b/>
                <w:color w:val="000000"/>
                <w:w w:val="97"/>
                <w:sz w:val="16"/>
              </w:rPr>
              <w:t xml:space="preserve"> Живопись</w:t>
            </w:r>
          </w:p>
        </w:tc>
      </w:tr>
    </w:tbl>
    <w:p w14:paraId="39B2C3A6" w14:textId="77777777" w:rsidR="00083BFC" w:rsidRDefault="00083BF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4058"/>
        <w:gridCol w:w="530"/>
        <w:gridCol w:w="1104"/>
        <w:gridCol w:w="1140"/>
        <w:gridCol w:w="864"/>
        <w:gridCol w:w="2654"/>
        <w:gridCol w:w="1080"/>
        <w:gridCol w:w="3604"/>
      </w:tblGrid>
      <w:tr w:rsidR="00083BFC" w:rsidRPr="002F3886" w14:paraId="0F6AD2E5"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A0899D7"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3.1.</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7027B1C" w14:textId="77777777" w:rsidR="00083BFC" w:rsidRDefault="0045250B">
            <w:pPr>
              <w:autoSpaceDE w:val="0"/>
              <w:autoSpaceDN w:val="0"/>
              <w:spacing w:before="78" w:after="0" w:line="247" w:lineRule="auto"/>
              <w:ind w:left="72"/>
            </w:pPr>
            <w:r w:rsidRPr="005F2B85">
              <w:rPr>
                <w:rFonts w:ascii="Times New Roman" w:eastAsia="Times New Roman" w:hAnsi="Times New Roman"/>
                <w:b/>
                <w:color w:val="000000"/>
                <w:w w:val="97"/>
                <w:sz w:val="16"/>
                <w:lang w:val="ru-RU"/>
              </w:rPr>
              <w:t xml:space="preserve">Цвет как одно из главных средств выражения в </w:t>
            </w:r>
            <w:r w:rsidRPr="005F2B85">
              <w:rPr>
                <w:lang w:val="ru-RU"/>
              </w:rPr>
              <w:br/>
            </w:r>
            <w:r w:rsidRPr="005F2B85">
              <w:rPr>
                <w:rFonts w:ascii="Times New Roman" w:eastAsia="Times New Roman" w:hAnsi="Times New Roman"/>
                <w:b/>
                <w:color w:val="000000"/>
                <w:w w:val="97"/>
                <w:sz w:val="16"/>
                <w:lang w:val="ru-RU"/>
              </w:rPr>
              <w:t xml:space="preserve">изобразительном искусстве. </w:t>
            </w:r>
            <w:r>
              <w:rPr>
                <w:rFonts w:ascii="Times New Roman" w:eastAsia="Times New Roman" w:hAnsi="Times New Roman"/>
                <w:b/>
                <w:color w:val="000000"/>
                <w:w w:val="97"/>
                <w:sz w:val="16"/>
              </w:rPr>
              <w:t>Навыки работы гуашью в условиях урока.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539CF3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D050D7"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BA47B6"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C5DD168" w14:textId="30C7F142"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563756C6" w14:textId="77777777" w:rsidR="00083BFC" w:rsidRPr="005F2B85" w:rsidRDefault="0045250B">
            <w:pPr>
              <w:autoSpaceDE w:val="0"/>
              <w:autoSpaceDN w:val="0"/>
              <w:spacing w:before="78" w:after="0" w:line="245" w:lineRule="auto"/>
              <w:ind w:left="72" w:right="144"/>
              <w:rPr>
                <w:lang w:val="ru-RU"/>
              </w:rPr>
            </w:pPr>
            <w:r w:rsidRPr="005F2B85">
              <w:rPr>
                <w:rFonts w:ascii="Times New Roman" w:eastAsia="Times New Roman" w:hAnsi="Times New Roman"/>
                <w:color w:val="000000"/>
                <w:w w:val="97"/>
                <w:sz w:val="16"/>
                <w:lang w:val="ru-RU"/>
              </w:rPr>
              <w:t>Осваивать навыки работы гуашью в условиях школьного урока;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408DB86"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2DA653F" w14:textId="77777777" w:rsidR="00083BFC" w:rsidRPr="005F2B85" w:rsidRDefault="0045250B">
            <w:pPr>
              <w:autoSpaceDE w:val="0"/>
              <w:autoSpaceDN w:val="0"/>
              <w:spacing w:before="78" w:after="0" w:line="245" w:lineRule="auto"/>
              <w:ind w:left="72"/>
              <w:rPr>
                <w:lang w:val="ru-RU"/>
              </w:rPr>
            </w:pPr>
            <w:r w:rsidRPr="005F2B85">
              <w:rPr>
                <w:rFonts w:ascii="Times New Roman" w:eastAsia="Times New Roman" w:hAnsi="Times New Roman"/>
                <w:color w:val="000000"/>
                <w:w w:val="97"/>
                <w:sz w:val="16"/>
                <w:lang w:val="ru-RU"/>
              </w:rPr>
              <w:t xml:space="preserve">Урок «Какого цвета осень. Осенний букет» (РЭШ)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/6263/</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/160876</w:t>
            </w:r>
          </w:p>
        </w:tc>
      </w:tr>
      <w:tr w:rsidR="00083BFC" w:rsidRPr="002F3886" w14:paraId="6BFD2FB6" w14:textId="77777777">
        <w:trPr>
          <w:trHeight w:hRule="exact" w:val="9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02946BB"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3.2.</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1A8B2C82" w14:textId="77777777" w:rsidR="00083BFC" w:rsidRDefault="0045250B">
            <w:pPr>
              <w:autoSpaceDE w:val="0"/>
              <w:autoSpaceDN w:val="0"/>
              <w:spacing w:before="78" w:after="0" w:line="247" w:lineRule="auto"/>
              <w:ind w:left="72" w:right="144"/>
            </w:pPr>
            <w:r w:rsidRPr="005F2B85">
              <w:rPr>
                <w:rFonts w:ascii="Times New Roman" w:eastAsia="Times New Roman" w:hAnsi="Times New Roman"/>
                <w:b/>
                <w:color w:val="000000"/>
                <w:w w:val="97"/>
                <w:sz w:val="16"/>
                <w:lang w:val="ru-RU"/>
              </w:rPr>
              <w:t xml:space="preserve">Три основных цвета. Ассоциативные представления, связанные с каждым из цветов. </w:t>
            </w:r>
            <w:r>
              <w:rPr>
                <w:rFonts w:ascii="Times New Roman" w:eastAsia="Times New Roman" w:hAnsi="Times New Roman"/>
                <w:b/>
                <w:color w:val="000000"/>
                <w:w w:val="97"/>
                <w:sz w:val="16"/>
              </w:rPr>
              <w:t>Навыки смешения красок и получения нового цвета.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373005"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3A23E2"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7F5670"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523EF84" w14:textId="77777777" w:rsidR="00083BFC" w:rsidRDefault="00083BFC"/>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4EA852D9"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Знать три основных цвета;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A7F3C01"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2DBECA" w14:textId="77777777" w:rsidR="00083BFC" w:rsidRPr="005F2B85" w:rsidRDefault="0045250B">
            <w:pPr>
              <w:autoSpaceDE w:val="0"/>
              <w:autoSpaceDN w:val="0"/>
              <w:spacing w:before="78" w:after="0" w:line="245" w:lineRule="auto"/>
              <w:ind w:left="72" w:right="288"/>
              <w:rPr>
                <w:lang w:val="ru-RU"/>
              </w:rPr>
            </w:pPr>
            <w:r w:rsidRPr="005F2B85">
              <w:rPr>
                <w:rFonts w:ascii="Times New Roman" w:eastAsia="Times New Roman" w:hAnsi="Times New Roman"/>
                <w:color w:val="000000"/>
                <w:w w:val="97"/>
                <w:sz w:val="16"/>
                <w:lang w:val="ru-RU"/>
              </w:rPr>
              <w:t xml:space="preserve">Урок «Осенние перемены в природе» (РЭШ)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/5000/</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/189908</w:t>
            </w:r>
          </w:p>
        </w:tc>
      </w:tr>
      <w:tr w:rsidR="00083BFC" w14:paraId="56BA6349" w14:textId="7777777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B1C3B59" w14:textId="77777777" w:rsidR="00083BFC" w:rsidRDefault="0045250B">
            <w:pPr>
              <w:autoSpaceDE w:val="0"/>
              <w:autoSpaceDN w:val="0"/>
              <w:spacing w:before="76" w:after="0" w:line="230" w:lineRule="auto"/>
              <w:jc w:val="center"/>
            </w:pPr>
            <w:r>
              <w:rPr>
                <w:rFonts w:ascii="Times New Roman" w:eastAsia="Times New Roman" w:hAnsi="Times New Roman"/>
                <w:color w:val="000000"/>
                <w:w w:val="97"/>
                <w:sz w:val="16"/>
              </w:rPr>
              <w:t>3.3.</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351DA444" w14:textId="77777777" w:rsidR="00083BFC" w:rsidRDefault="0045250B">
            <w:pPr>
              <w:autoSpaceDE w:val="0"/>
              <w:autoSpaceDN w:val="0"/>
              <w:spacing w:before="76" w:after="0" w:line="230" w:lineRule="auto"/>
              <w:ind w:left="72"/>
            </w:pPr>
            <w:r>
              <w:rPr>
                <w:rFonts w:ascii="Times New Roman" w:eastAsia="Times New Roman" w:hAnsi="Times New Roman"/>
                <w:b/>
                <w:color w:val="000000"/>
                <w:w w:val="97"/>
                <w:sz w:val="16"/>
              </w:rPr>
              <w:t>Эмоциональная выразительность цвета.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33A3F0"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12502DB"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3EB6F24"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A137AEA" w14:textId="3D5D29A5" w:rsidR="00083BFC" w:rsidRDefault="00083BFC">
            <w:pPr>
              <w:autoSpaceDE w:val="0"/>
              <w:autoSpaceDN w:val="0"/>
              <w:spacing w:before="76"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5F3DBE" w14:textId="77777777" w:rsidR="00083BFC" w:rsidRPr="005F2B85" w:rsidRDefault="0045250B">
            <w:pPr>
              <w:autoSpaceDE w:val="0"/>
              <w:autoSpaceDN w:val="0"/>
              <w:spacing w:before="76" w:after="0" w:line="252" w:lineRule="auto"/>
              <w:ind w:left="72"/>
              <w:rPr>
                <w:lang w:val="ru-RU"/>
              </w:rPr>
            </w:pPr>
            <w:r w:rsidRPr="005F2B85">
              <w:rPr>
                <w:rFonts w:ascii="Times New Roman" w:eastAsia="Times New Roman" w:hAnsi="Times New Roman"/>
                <w:color w:val="000000"/>
                <w:w w:val="97"/>
                <w:sz w:val="16"/>
                <w:lang w:val="ru-RU"/>
              </w:rPr>
              <w:t>Осознавать эмоциональное звучание цвета, то, что разный цвет</w:t>
            </w:r>
            <w:r w:rsidRPr="005F2B85">
              <w:rPr>
                <w:lang w:val="ru-RU"/>
              </w:rPr>
              <w:br/>
            </w:r>
            <w:r w:rsidRPr="005F2B85">
              <w:rPr>
                <w:rFonts w:ascii="Times New Roman" w:eastAsia="Times New Roman" w:hAnsi="Times New Roman"/>
                <w:color w:val="000000"/>
                <w:w w:val="97"/>
                <w:sz w:val="16"/>
                <w:lang w:val="ru-RU"/>
              </w:rPr>
              <w:t xml:space="preserve">«рассказывает» о разном </w:t>
            </w:r>
            <w:r w:rsidRPr="005F2B85">
              <w:rPr>
                <w:lang w:val="ru-RU"/>
              </w:rPr>
              <w:br/>
            </w:r>
            <w:r w:rsidRPr="005F2B85">
              <w:rPr>
                <w:rFonts w:ascii="Times New Roman" w:eastAsia="Times New Roman" w:hAnsi="Times New Roman"/>
                <w:color w:val="000000"/>
                <w:w w:val="97"/>
                <w:sz w:val="16"/>
                <w:lang w:val="ru-RU"/>
              </w:rPr>
              <w:t>настроении — весёлом, задумчивом, грустном и др.;</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8D0A0F4" w14:textId="77777777" w:rsidR="00083BFC" w:rsidRDefault="0045250B">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6BB7EF0" w14:textId="77777777" w:rsidR="00083BFC" w:rsidRPr="005F2B85" w:rsidRDefault="0045250B">
            <w:pPr>
              <w:autoSpaceDE w:val="0"/>
              <w:autoSpaceDN w:val="0"/>
              <w:spacing w:before="76" w:after="0" w:line="250" w:lineRule="auto"/>
              <w:ind w:left="72" w:right="432"/>
              <w:rPr>
                <w:lang w:val="ru-RU"/>
              </w:rPr>
            </w:pPr>
            <w:r w:rsidRPr="005F2B85">
              <w:rPr>
                <w:rFonts w:ascii="Times New Roman" w:eastAsia="Times New Roman" w:hAnsi="Times New Roman"/>
                <w:color w:val="000000"/>
                <w:w w:val="97"/>
                <w:sz w:val="16"/>
                <w:lang w:val="ru-RU"/>
              </w:rPr>
              <w:t xml:space="preserve">Урок «Осенняя палитра. Листопад» (МЭШ)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templates</w:t>
            </w:r>
            <w:r w:rsidRPr="005F2B85">
              <w:rPr>
                <w:rFonts w:ascii="Times New Roman" w:eastAsia="Times New Roman" w:hAnsi="Times New Roman"/>
                <w:color w:val="000000"/>
                <w:w w:val="97"/>
                <w:sz w:val="16"/>
                <w:lang w:val="ru-RU"/>
              </w:rPr>
              <w:t>/1764726?</w:t>
            </w:r>
          </w:p>
          <w:p w14:paraId="4201B646" w14:textId="77777777" w:rsidR="00083BFC" w:rsidRDefault="0045250B">
            <w:pPr>
              <w:autoSpaceDE w:val="0"/>
              <w:autoSpaceDN w:val="0"/>
              <w:spacing w:before="18" w:after="0" w:line="233" w:lineRule="auto"/>
              <w:ind w:left="72"/>
            </w:pPr>
            <w:r>
              <w:rPr>
                <w:rFonts w:ascii="Times New Roman" w:eastAsia="Times New Roman" w:hAnsi="Times New Roman"/>
                <w:color w:val="000000"/>
                <w:w w:val="97"/>
                <w:sz w:val="16"/>
              </w:rPr>
              <w:t>menuReferrer=catalogue</w:t>
            </w:r>
          </w:p>
        </w:tc>
      </w:tr>
      <w:tr w:rsidR="00083BFC" w:rsidRPr="002F3886" w14:paraId="478259E1"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77FC8C7"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3.4.</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0C464B4B" w14:textId="77777777" w:rsidR="00083BFC" w:rsidRPr="005F2B85" w:rsidRDefault="0045250B">
            <w:pPr>
              <w:autoSpaceDE w:val="0"/>
              <w:autoSpaceDN w:val="0"/>
              <w:spacing w:before="76" w:after="0" w:line="245" w:lineRule="auto"/>
              <w:ind w:left="72" w:right="720"/>
              <w:rPr>
                <w:lang w:val="ru-RU"/>
              </w:rPr>
            </w:pPr>
            <w:r w:rsidRPr="005F2B85">
              <w:rPr>
                <w:rFonts w:ascii="Times New Roman" w:eastAsia="Times New Roman" w:hAnsi="Times New Roman"/>
                <w:b/>
                <w:color w:val="000000"/>
                <w:w w:val="97"/>
                <w:sz w:val="16"/>
                <w:lang w:val="ru-RU"/>
              </w:rPr>
              <w:t>Цвет как выражение настроения, душевного состояния.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C33D48"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012E67A"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207869"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B846CA" w14:textId="77777777" w:rsidR="00083BFC" w:rsidRDefault="00083BFC"/>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40807133" w14:textId="77777777" w:rsidR="00083BFC" w:rsidRPr="005F2B85" w:rsidRDefault="0045250B">
            <w:pPr>
              <w:autoSpaceDE w:val="0"/>
              <w:autoSpaceDN w:val="0"/>
              <w:spacing w:before="76" w:after="0" w:line="250" w:lineRule="auto"/>
              <w:ind w:left="72" w:right="144"/>
              <w:rPr>
                <w:lang w:val="ru-RU"/>
              </w:rPr>
            </w:pPr>
            <w:r w:rsidRPr="005F2B85">
              <w:rPr>
                <w:rFonts w:ascii="Times New Roman" w:eastAsia="Times New Roman" w:hAnsi="Times New Roman"/>
                <w:color w:val="000000"/>
                <w:w w:val="97"/>
                <w:sz w:val="16"/>
                <w:lang w:val="ru-RU"/>
              </w:rPr>
              <w:t xml:space="preserve">Обсуждать ассоциативные </w:t>
            </w:r>
            <w:r w:rsidRPr="005F2B85">
              <w:rPr>
                <w:lang w:val="ru-RU"/>
              </w:rPr>
              <w:br/>
            </w:r>
            <w:r w:rsidRPr="005F2B85">
              <w:rPr>
                <w:rFonts w:ascii="Times New Roman" w:eastAsia="Times New Roman" w:hAnsi="Times New Roman"/>
                <w:color w:val="000000"/>
                <w:w w:val="97"/>
                <w:sz w:val="16"/>
                <w:lang w:val="ru-RU"/>
              </w:rPr>
              <w:t>представления, связанные с каждым цветом;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A8385C0" w14:textId="77777777" w:rsidR="00083BFC" w:rsidRDefault="0045250B">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2AED085" w14:textId="77777777" w:rsidR="00083BFC" w:rsidRPr="005F2B85" w:rsidRDefault="0045250B">
            <w:pPr>
              <w:autoSpaceDE w:val="0"/>
              <w:autoSpaceDN w:val="0"/>
              <w:spacing w:before="76" w:after="0" w:line="250" w:lineRule="auto"/>
              <w:ind w:left="72" w:right="144"/>
              <w:rPr>
                <w:lang w:val="ru-RU"/>
              </w:rPr>
            </w:pPr>
            <w:r w:rsidRPr="005F2B85">
              <w:rPr>
                <w:rFonts w:ascii="Times New Roman" w:eastAsia="Times New Roman" w:hAnsi="Times New Roman"/>
                <w:color w:val="000000"/>
                <w:w w:val="97"/>
                <w:sz w:val="16"/>
                <w:lang w:val="ru-RU"/>
              </w:rPr>
              <w:t xml:space="preserve">Урок «Сюжетная композиция. Зимние забавы»(РЭШ)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/4997/</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/189948/</w:t>
            </w:r>
          </w:p>
        </w:tc>
      </w:tr>
      <w:tr w:rsidR="00083BFC" w:rsidRPr="002F3886" w14:paraId="60246A62" w14:textId="7777777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EBEE53A"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3.5.</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2C6CCFC4" w14:textId="77777777" w:rsidR="00083BFC" w:rsidRDefault="0045250B">
            <w:pPr>
              <w:autoSpaceDE w:val="0"/>
              <w:autoSpaceDN w:val="0"/>
              <w:spacing w:before="78" w:after="0" w:line="250" w:lineRule="auto"/>
              <w:ind w:left="72"/>
            </w:pPr>
            <w:r w:rsidRPr="005F2B85">
              <w:rPr>
                <w:rFonts w:ascii="Times New Roman" w:eastAsia="Times New Roman" w:hAnsi="Times New Roman"/>
                <w:b/>
                <w:color w:val="000000"/>
                <w:w w:val="97"/>
                <w:sz w:val="16"/>
                <w:lang w:val="ru-RU"/>
              </w:rPr>
              <w:t xml:space="preserve">Наш мир украшают цветы. Живописное изображение по представлению и восприятию разных по цвету и формам цветков. </w:t>
            </w:r>
            <w:r>
              <w:rPr>
                <w:rFonts w:ascii="Times New Roman" w:eastAsia="Times New Roman" w:hAnsi="Times New Roman"/>
                <w:b/>
                <w:color w:val="000000"/>
                <w:w w:val="97"/>
                <w:sz w:val="16"/>
              </w:rPr>
              <w:t>Развитие навыков работы гуашью и навыков наблюдения.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6B690B"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4A9B8D7"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E24F4E2"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AD367B4" w14:textId="7E45DF6E"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B3E49EC" w14:textId="77777777" w:rsidR="00083BFC" w:rsidRPr="005F2B85" w:rsidRDefault="0045250B">
            <w:pPr>
              <w:autoSpaceDE w:val="0"/>
              <w:autoSpaceDN w:val="0"/>
              <w:spacing w:before="78" w:after="0" w:line="252" w:lineRule="auto"/>
              <w:ind w:left="72"/>
              <w:rPr>
                <w:lang w:val="ru-RU"/>
              </w:rPr>
            </w:pPr>
            <w:r w:rsidRPr="005F2B85">
              <w:rPr>
                <w:rFonts w:ascii="Times New Roman" w:eastAsia="Times New Roman" w:hAnsi="Times New Roman"/>
                <w:color w:val="000000"/>
                <w:w w:val="97"/>
                <w:sz w:val="16"/>
                <w:lang w:val="ru-RU"/>
              </w:rPr>
              <w:t>Осознавать эмоциональное звучание цвета, то, что разный цвет</w:t>
            </w:r>
            <w:r w:rsidRPr="005F2B85">
              <w:rPr>
                <w:lang w:val="ru-RU"/>
              </w:rPr>
              <w:br/>
            </w:r>
            <w:r w:rsidRPr="005F2B85">
              <w:rPr>
                <w:rFonts w:ascii="Times New Roman" w:eastAsia="Times New Roman" w:hAnsi="Times New Roman"/>
                <w:color w:val="000000"/>
                <w:w w:val="97"/>
                <w:sz w:val="16"/>
                <w:lang w:val="ru-RU"/>
              </w:rPr>
              <w:t xml:space="preserve">«рассказывает» о разном </w:t>
            </w:r>
            <w:r w:rsidRPr="005F2B85">
              <w:rPr>
                <w:lang w:val="ru-RU"/>
              </w:rPr>
              <w:br/>
            </w:r>
            <w:r w:rsidRPr="005F2B85">
              <w:rPr>
                <w:rFonts w:ascii="Times New Roman" w:eastAsia="Times New Roman" w:hAnsi="Times New Roman"/>
                <w:color w:val="000000"/>
                <w:w w:val="97"/>
                <w:sz w:val="16"/>
                <w:lang w:val="ru-RU"/>
              </w:rPr>
              <w:t>настроении — весёлом, задумчивом, грустном и др.;</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A69AEF"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5927F25" w14:textId="77777777" w:rsidR="00083BFC" w:rsidRPr="005F2B85" w:rsidRDefault="0045250B">
            <w:pPr>
              <w:autoSpaceDE w:val="0"/>
              <w:autoSpaceDN w:val="0"/>
              <w:spacing w:before="78" w:after="0" w:line="245" w:lineRule="auto"/>
              <w:ind w:left="72" w:right="144"/>
              <w:rPr>
                <w:lang w:val="ru-RU"/>
              </w:rPr>
            </w:pPr>
            <w:r w:rsidRPr="005F2B85">
              <w:rPr>
                <w:rFonts w:ascii="Times New Roman" w:eastAsia="Times New Roman" w:hAnsi="Times New Roman"/>
                <w:color w:val="000000"/>
                <w:w w:val="97"/>
                <w:sz w:val="16"/>
                <w:lang w:val="ru-RU"/>
              </w:rPr>
              <w:t xml:space="preserve">Урок «Весенний пейзаж» (РЭШ)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/3746/</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/155359/</w:t>
            </w:r>
          </w:p>
        </w:tc>
      </w:tr>
      <w:tr w:rsidR="00083BFC" w:rsidRPr="002F3886" w14:paraId="47368378" w14:textId="7777777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012176D"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3.6.</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0119AB09" w14:textId="77777777" w:rsidR="00083BFC" w:rsidRPr="005F2B85" w:rsidRDefault="0045250B">
            <w:pPr>
              <w:autoSpaceDE w:val="0"/>
              <w:autoSpaceDN w:val="0"/>
              <w:spacing w:before="78" w:after="0" w:line="230" w:lineRule="auto"/>
              <w:ind w:left="72"/>
              <w:rPr>
                <w:lang w:val="ru-RU"/>
              </w:rPr>
            </w:pPr>
            <w:r w:rsidRPr="005F2B85">
              <w:rPr>
                <w:rFonts w:ascii="Times New Roman" w:eastAsia="Times New Roman" w:hAnsi="Times New Roman"/>
                <w:b/>
                <w:color w:val="000000"/>
                <w:w w:val="97"/>
                <w:sz w:val="16"/>
                <w:lang w:val="ru-RU"/>
              </w:rPr>
              <w:t>Тематическая композиция «Времена года».</w:t>
            </w:r>
          </w:p>
          <w:p w14:paraId="50C32440" w14:textId="77777777" w:rsidR="00083BFC" w:rsidRPr="005F2B85" w:rsidRDefault="0045250B">
            <w:pPr>
              <w:autoSpaceDE w:val="0"/>
              <w:autoSpaceDN w:val="0"/>
              <w:spacing w:before="20" w:after="0" w:line="247" w:lineRule="auto"/>
              <w:ind w:left="72"/>
              <w:rPr>
                <w:lang w:val="ru-RU"/>
              </w:rPr>
            </w:pPr>
            <w:r w:rsidRPr="005F2B85">
              <w:rPr>
                <w:rFonts w:ascii="Times New Roman" w:eastAsia="Times New Roman" w:hAnsi="Times New Roman"/>
                <w:b/>
                <w:color w:val="000000"/>
                <w:w w:val="97"/>
                <w:sz w:val="16"/>
                <w:lang w:val="ru-RU"/>
              </w:rPr>
              <w:t>Контрастные цветовые состояния времён года. Работа гуашью, в технике аппликации или в смешанной технике.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9529CFD"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15D973D"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E7FC645"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6E60701" w14:textId="4EB2C670"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61A78535" w14:textId="77777777" w:rsidR="00083BFC" w:rsidRPr="005F2B85" w:rsidRDefault="0045250B">
            <w:pPr>
              <w:autoSpaceDE w:val="0"/>
              <w:autoSpaceDN w:val="0"/>
              <w:spacing w:before="78" w:after="0" w:line="247" w:lineRule="auto"/>
              <w:ind w:left="72" w:right="288"/>
              <w:rPr>
                <w:lang w:val="ru-RU"/>
              </w:rPr>
            </w:pPr>
            <w:r w:rsidRPr="005F2B85">
              <w:rPr>
                <w:rFonts w:ascii="Times New Roman" w:eastAsia="Times New Roman" w:hAnsi="Times New Roman"/>
                <w:color w:val="000000"/>
                <w:w w:val="97"/>
                <w:sz w:val="16"/>
                <w:lang w:val="ru-RU"/>
              </w:rPr>
              <w:t>Объяснять, как разное настроение героев передано художником в иллюстрациях;</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AE25E8"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F12574" w14:textId="77777777" w:rsidR="00083BFC" w:rsidRPr="005F2B85" w:rsidRDefault="0045250B">
            <w:pPr>
              <w:autoSpaceDE w:val="0"/>
              <w:autoSpaceDN w:val="0"/>
              <w:spacing w:before="78" w:after="0" w:line="245" w:lineRule="auto"/>
              <w:ind w:left="72"/>
              <w:rPr>
                <w:lang w:val="ru-RU"/>
              </w:rPr>
            </w:pPr>
            <w:r w:rsidRPr="005F2B85">
              <w:rPr>
                <w:rFonts w:ascii="Times New Roman" w:eastAsia="Times New Roman" w:hAnsi="Times New Roman"/>
                <w:color w:val="000000"/>
                <w:w w:val="97"/>
                <w:sz w:val="16"/>
                <w:lang w:val="ru-RU"/>
              </w:rPr>
              <w:t xml:space="preserve">Урок «Весенняя декоративная композиция» (РЭШ)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/3736/</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/189968/</w:t>
            </w:r>
          </w:p>
        </w:tc>
      </w:tr>
      <w:tr w:rsidR="00083BFC" w14:paraId="5591A4C8"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5E7281"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3.7.</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6F5B8585" w14:textId="77777777" w:rsidR="00083BFC" w:rsidRDefault="0045250B">
            <w:pPr>
              <w:autoSpaceDE w:val="0"/>
              <w:autoSpaceDN w:val="0"/>
              <w:spacing w:before="76" w:after="0" w:line="245" w:lineRule="auto"/>
              <w:ind w:left="72" w:right="288"/>
            </w:pPr>
            <w:r w:rsidRPr="005F2B85">
              <w:rPr>
                <w:rFonts w:ascii="Times New Roman" w:eastAsia="Times New Roman" w:hAnsi="Times New Roman"/>
                <w:b/>
                <w:color w:val="000000"/>
                <w:w w:val="97"/>
                <w:sz w:val="16"/>
                <w:lang w:val="ru-RU"/>
              </w:rPr>
              <w:t xml:space="preserve">Техника монотипии. Представления о симметрии. </w:t>
            </w:r>
            <w:r>
              <w:rPr>
                <w:rFonts w:ascii="Times New Roman" w:eastAsia="Times New Roman" w:hAnsi="Times New Roman"/>
                <w:b/>
                <w:color w:val="000000"/>
                <w:w w:val="97"/>
                <w:sz w:val="16"/>
              </w:rPr>
              <w:t>Развитие ассоциативного воображения.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51E242C"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5E7258"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5562F4"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0C1DAF7" w14:textId="0A673A7C" w:rsidR="00083BFC" w:rsidRDefault="00083BFC">
            <w:pPr>
              <w:autoSpaceDE w:val="0"/>
              <w:autoSpaceDN w:val="0"/>
              <w:spacing w:before="76" w:after="0" w:line="233"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57FA3C00" w14:textId="77777777" w:rsidR="00083BFC" w:rsidRPr="005F2B85" w:rsidRDefault="0045250B">
            <w:pPr>
              <w:autoSpaceDE w:val="0"/>
              <w:autoSpaceDN w:val="0"/>
              <w:spacing w:before="76" w:after="0" w:line="250" w:lineRule="auto"/>
              <w:ind w:left="72" w:right="144"/>
              <w:rPr>
                <w:lang w:val="ru-RU"/>
              </w:rPr>
            </w:pPr>
            <w:r w:rsidRPr="005F2B85">
              <w:rPr>
                <w:rFonts w:ascii="Times New Roman" w:eastAsia="Times New Roman" w:hAnsi="Times New Roman"/>
                <w:color w:val="000000"/>
                <w:w w:val="97"/>
                <w:sz w:val="16"/>
                <w:lang w:val="ru-RU"/>
              </w:rPr>
              <w:t xml:space="preserve">Осваивать технику монотипии для развития живописных умений и воображения; </w:t>
            </w:r>
            <w:r w:rsidRPr="005F2B85">
              <w:rPr>
                <w:lang w:val="ru-RU"/>
              </w:rPr>
              <w:br/>
            </w:r>
            <w:r w:rsidRPr="005F2B85">
              <w:rPr>
                <w:rFonts w:ascii="Times New Roman" w:eastAsia="Times New Roman" w:hAnsi="Times New Roman"/>
                <w:color w:val="000000"/>
                <w:w w:val="97"/>
                <w:sz w:val="16"/>
                <w:lang w:val="ru-RU"/>
              </w:rPr>
              <w:t>Осваивать свойства симметрии;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DCB906"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B2D9AB" w14:textId="77777777" w:rsidR="00083BFC" w:rsidRPr="005F2B85" w:rsidRDefault="0045250B">
            <w:pPr>
              <w:autoSpaceDE w:val="0"/>
              <w:autoSpaceDN w:val="0"/>
              <w:spacing w:before="76" w:after="0" w:line="250" w:lineRule="auto"/>
              <w:ind w:left="72" w:right="432"/>
              <w:rPr>
                <w:lang w:val="ru-RU"/>
              </w:rPr>
            </w:pPr>
            <w:r w:rsidRPr="005F2B85">
              <w:rPr>
                <w:rFonts w:ascii="Times New Roman" w:eastAsia="Times New Roman" w:hAnsi="Times New Roman"/>
                <w:color w:val="000000"/>
                <w:w w:val="97"/>
                <w:sz w:val="16"/>
                <w:lang w:val="ru-RU"/>
              </w:rPr>
              <w:t xml:space="preserve">Цветочная поляна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/10535409?</w:t>
            </w:r>
          </w:p>
          <w:p w14:paraId="3B5561B1" w14:textId="77777777" w:rsidR="00083BFC" w:rsidRDefault="0045250B">
            <w:pPr>
              <w:autoSpaceDE w:val="0"/>
              <w:autoSpaceDN w:val="0"/>
              <w:spacing w:before="18" w:after="0" w:line="233" w:lineRule="auto"/>
              <w:ind w:left="72"/>
            </w:pPr>
            <w:r>
              <w:rPr>
                <w:rFonts w:ascii="Times New Roman" w:eastAsia="Times New Roman" w:hAnsi="Times New Roman"/>
                <w:color w:val="000000"/>
                <w:w w:val="97"/>
                <w:sz w:val="16"/>
              </w:rPr>
              <w:t>menuReferrer=catalogue</w:t>
            </w:r>
          </w:p>
        </w:tc>
      </w:tr>
      <w:tr w:rsidR="00083BFC" w14:paraId="4D04E4BA" w14:textId="77777777">
        <w:trPr>
          <w:trHeight w:hRule="exact" w:val="348"/>
        </w:trPr>
        <w:tc>
          <w:tcPr>
            <w:tcW w:w="45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F6B728F"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Итого по модулю 3</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16B2FC"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5</w:t>
            </w:r>
          </w:p>
        </w:tc>
        <w:tc>
          <w:tcPr>
            <w:tcW w:w="104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9DD61FC" w14:textId="77777777" w:rsidR="00083BFC" w:rsidRDefault="00083BFC"/>
        </w:tc>
      </w:tr>
      <w:tr w:rsidR="00083BFC" w14:paraId="34B13084" w14:textId="7777777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4FC787CA"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Модуль 4.</w:t>
            </w:r>
            <w:r>
              <w:rPr>
                <w:rFonts w:ascii="Times New Roman" w:eastAsia="Times New Roman" w:hAnsi="Times New Roman"/>
                <w:b/>
                <w:color w:val="000000"/>
                <w:w w:val="97"/>
                <w:sz w:val="16"/>
              </w:rPr>
              <w:t xml:space="preserve"> Скульптура</w:t>
            </w:r>
          </w:p>
        </w:tc>
      </w:tr>
      <w:tr w:rsidR="00083BFC" w14:paraId="795B43AC"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C9F1385"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4.1.</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DBC8771" w14:textId="77777777" w:rsidR="00083BFC" w:rsidRPr="005F2B85" w:rsidRDefault="0045250B">
            <w:pPr>
              <w:autoSpaceDE w:val="0"/>
              <w:autoSpaceDN w:val="0"/>
              <w:spacing w:before="78" w:after="0" w:line="245" w:lineRule="auto"/>
              <w:ind w:left="72" w:right="1008"/>
              <w:rPr>
                <w:lang w:val="ru-RU"/>
              </w:rPr>
            </w:pPr>
            <w:r w:rsidRPr="005F2B85">
              <w:rPr>
                <w:rFonts w:ascii="Times New Roman" w:eastAsia="Times New Roman" w:hAnsi="Times New Roman"/>
                <w:b/>
                <w:color w:val="000000"/>
                <w:w w:val="97"/>
                <w:sz w:val="16"/>
                <w:lang w:val="ru-RU"/>
              </w:rPr>
              <w:t>Изображение в объёме. Приёмы работы с пластилином; дощечка, стек, тряпочка.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4A4E7B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55B613A"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DADDBEB"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1DA84CA" w14:textId="57186118"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24F8A0" w14:textId="77777777" w:rsidR="00083BFC" w:rsidRPr="005F2B85" w:rsidRDefault="0045250B">
            <w:pPr>
              <w:autoSpaceDE w:val="0"/>
              <w:autoSpaceDN w:val="0"/>
              <w:spacing w:before="78" w:after="0" w:line="245" w:lineRule="auto"/>
              <w:ind w:left="72" w:right="288"/>
              <w:rPr>
                <w:lang w:val="ru-RU"/>
              </w:rPr>
            </w:pPr>
            <w:r w:rsidRPr="005F2B85">
              <w:rPr>
                <w:rFonts w:ascii="Times New Roman" w:eastAsia="Times New Roman" w:hAnsi="Times New Roman"/>
                <w:color w:val="000000"/>
                <w:w w:val="97"/>
                <w:sz w:val="16"/>
                <w:lang w:val="ru-RU"/>
              </w:rPr>
              <w:t>Осваивать первичные навыки лепки — изображения в объёме;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62D14B"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03F973" w14:textId="77777777" w:rsidR="00083BFC" w:rsidRPr="005F2B85" w:rsidRDefault="0045250B">
            <w:pPr>
              <w:autoSpaceDE w:val="0"/>
              <w:autoSpaceDN w:val="0"/>
              <w:spacing w:before="78" w:after="0" w:line="247" w:lineRule="auto"/>
              <w:ind w:left="72" w:right="432"/>
              <w:rPr>
                <w:lang w:val="ru-RU"/>
              </w:rPr>
            </w:pPr>
            <w:r w:rsidRPr="005F2B85">
              <w:rPr>
                <w:rFonts w:ascii="Times New Roman" w:eastAsia="Times New Roman" w:hAnsi="Times New Roman"/>
                <w:color w:val="000000"/>
                <w:w w:val="97"/>
                <w:sz w:val="16"/>
                <w:lang w:val="ru-RU"/>
              </w:rPr>
              <w:t xml:space="preserve">Видео «Пластилин»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/7393170?</w:t>
            </w:r>
          </w:p>
          <w:p w14:paraId="55856407"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14:paraId="028765D0" w14:textId="7777777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D40033D"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4.2.</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BC90869" w14:textId="77777777" w:rsidR="00083BFC" w:rsidRDefault="0045250B">
            <w:pPr>
              <w:autoSpaceDE w:val="0"/>
              <w:autoSpaceDN w:val="0"/>
              <w:spacing w:before="78" w:after="0" w:line="247" w:lineRule="auto"/>
              <w:ind w:left="72" w:right="432"/>
            </w:pPr>
            <w:r w:rsidRPr="005F2B85">
              <w:rPr>
                <w:rFonts w:ascii="Times New Roman" w:eastAsia="Times New Roman" w:hAnsi="Times New Roman"/>
                <w:b/>
                <w:color w:val="000000"/>
                <w:w w:val="97"/>
                <w:sz w:val="16"/>
                <w:lang w:val="ru-RU"/>
              </w:rPr>
              <w:t xml:space="preserve">Лепка зверушек из цельной формы (черепашки, ёжика, зайчика и т. д.). </w:t>
            </w:r>
            <w:r>
              <w:rPr>
                <w:rFonts w:ascii="Times New Roman" w:eastAsia="Times New Roman" w:hAnsi="Times New Roman"/>
                <w:b/>
                <w:color w:val="000000"/>
                <w:w w:val="97"/>
                <w:sz w:val="16"/>
              </w:rPr>
              <w:t>Приёмы вытягивания, вдавливания, сгибания, скручивания.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A548866"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018C3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E6E0289"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D641DB5" w14:textId="77777777" w:rsidR="00083BFC" w:rsidRDefault="00083BFC"/>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44D47DB9" w14:textId="77777777" w:rsidR="00083BFC" w:rsidRPr="005F2B85" w:rsidRDefault="0045250B">
            <w:pPr>
              <w:autoSpaceDE w:val="0"/>
              <w:autoSpaceDN w:val="0"/>
              <w:spacing w:before="78" w:after="0" w:line="247" w:lineRule="auto"/>
              <w:ind w:left="72"/>
              <w:rPr>
                <w:lang w:val="ru-RU"/>
              </w:rPr>
            </w:pPr>
            <w:r w:rsidRPr="005F2B85">
              <w:rPr>
                <w:rFonts w:ascii="Times New Roman" w:eastAsia="Times New Roman" w:hAnsi="Times New Roman"/>
                <w:color w:val="000000"/>
                <w:w w:val="97"/>
                <w:sz w:val="16"/>
                <w:lang w:val="ru-RU"/>
              </w:rPr>
              <w:t>Лепить из целого куска пластилина мелких зверушек путём вытягивания, вдавливания;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E7FB4C"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CA06B53" w14:textId="77777777" w:rsidR="00083BFC" w:rsidRPr="005F2B85" w:rsidRDefault="0045250B">
            <w:pPr>
              <w:autoSpaceDE w:val="0"/>
              <w:autoSpaceDN w:val="0"/>
              <w:spacing w:before="78" w:after="0" w:line="247" w:lineRule="auto"/>
              <w:ind w:left="72" w:right="432"/>
              <w:rPr>
                <w:lang w:val="ru-RU"/>
              </w:rPr>
            </w:pPr>
            <w:r w:rsidRPr="005F2B85">
              <w:rPr>
                <w:rFonts w:ascii="Times New Roman" w:eastAsia="Times New Roman" w:hAnsi="Times New Roman"/>
                <w:color w:val="000000"/>
                <w:w w:val="97"/>
                <w:sz w:val="16"/>
                <w:lang w:val="ru-RU"/>
              </w:rPr>
              <w:t xml:space="preserve">Видео «Панда из пластилина»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/7381889?</w:t>
            </w:r>
          </w:p>
          <w:p w14:paraId="21422B64"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14:paraId="631F941C" w14:textId="77777777">
        <w:trPr>
          <w:trHeight w:hRule="exact" w:val="109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F597ECF"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4.3.</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7627F0D" w14:textId="77777777" w:rsidR="00083BFC" w:rsidRPr="005F2B85" w:rsidRDefault="0045250B">
            <w:pPr>
              <w:autoSpaceDE w:val="0"/>
              <w:autoSpaceDN w:val="0"/>
              <w:spacing w:before="76" w:after="0" w:line="250" w:lineRule="auto"/>
              <w:ind w:left="72" w:right="144"/>
              <w:rPr>
                <w:lang w:val="ru-RU"/>
              </w:rPr>
            </w:pPr>
            <w:r w:rsidRPr="005F2B85">
              <w:rPr>
                <w:rFonts w:ascii="Times New Roman" w:eastAsia="Times New Roman" w:hAnsi="Times New Roman"/>
                <w:b/>
                <w:color w:val="000000"/>
                <w:w w:val="97"/>
                <w:sz w:val="16"/>
                <w:lang w:val="ru-RU"/>
              </w:rPr>
              <w:t xml:space="preserve">Бумажная пластика. Овладение первичными </w:t>
            </w:r>
            <w:r w:rsidRPr="005F2B85">
              <w:rPr>
                <w:lang w:val="ru-RU"/>
              </w:rPr>
              <w:br/>
            </w:r>
            <w:r w:rsidRPr="005F2B85">
              <w:rPr>
                <w:rFonts w:ascii="Times New Roman" w:eastAsia="Times New Roman" w:hAnsi="Times New Roman"/>
                <w:b/>
                <w:color w:val="000000"/>
                <w:w w:val="97"/>
                <w:sz w:val="16"/>
                <w:lang w:val="ru-RU"/>
              </w:rPr>
              <w:t>приёмами надрезания, закручивания, складывания в работе над объёмной аппликацией.</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8B0FAE1"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954575"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1966A6E"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27DB809" w14:textId="20602501" w:rsidR="00083BFC" w:rsidRDefault="00083BFC">
            <w:pPr>
              <w:autoSpaceDE w:val="0"/>
              <w:autoSpaceDN w:val="0"/>
              <w:spacing w:before="76" w:after="0" w:line="233"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C09DBFB" w14:textId="77777777" w:rsidR="00083BFC" w:rsidRPr="005F2B85" w:rsidRDefault="0045250B">
            <w:pPr>
              <w:autoSpaceDE w:val="0"/>
              <w:autoSpaceDN w:val="0"/>
              <w:spacing w:before="76" w:after="0" w:line="252" w:lineRule="auto"/>
              <w:ind w:left="72"/>
              <w:rPr>
                <w:lang w:val="ru-RU"/>
              </w:rPr>
            </w:pPr>
            <w:r w:rsidRPr="005F2B85">
              <w:rPr>
                <w:rFonts w:ascii="Times New Roman" w:eastAsia="Times New Roman" w:hAnsi="Times New Roman"/>
                <w:color w:val="000000"/>
                <w:w w:val="97"/>
                <w:sz w:val="16"/>
                <w:lang w:val="ru-RU"/>
              </w:rPr>
              <w:t xml:space="preserve">Осваивать навыки объёмной </w:t>
            </w:r>
            <w:r w:rsidRPr="005F2B85">
              <w:rPr>
                <w:lang w:val="ru-RU"/>
              </w:rPr>
              <w:br/>
            </w:r>
            <w:r w:rsidRPr="005F2B85">
              <w:rPr>
                <w:rFonts w:ascii="Times New Roman" w:eastAsia="Times New Roman" w:hAnsi="Times New Roman"/>
                <w:color w:val="000000"/>
                <w:w w:val="97"/>
                <w:sz w:val="16"/>
                <w:lang w:val="ru-RU"/>
              </w:rPr>
              <w:t xml:space="preserve">аппликации (например, изображение птицы — хвост, хохолок, крылья на основе простых приёмов работы </w:t>
            </w:r>
            <w:r w:rsidRPr="005F2B85">
              <w:rPr>
                <w:lang w:val="ru-RU"/>
              </w:rPr>
              <w:br/>
            </w:r>
            <w:r w:rsidRPr="005F2B85">
              <w:rPr>
                <w:rFonts w:ascii="Times New Roman" w:eastAsia="Times New Roman" w:hAnsi="Times New Roman"/>
                <w:color w:val="000000"/>
                <w:w w:val="97"/>
                <w:sz w:val="16"/>
                <w:lang w:val="ru-RU"/>
              </w:rPr>
              <w:t>с бумагой);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148FFB1"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885E9C7" w14:textId="77777777" w:rsidR="00083BFC" w:rsidRPr="005F2B85" w:rsidRDefault="0045250B">
            <w:pPr>
              <w:autoSpaceDE w:val="0"/>
              <w:autoSpaceDN w:val="0"/>
              <w:spacing w:before="76" w:after="0" w:line="250" w:lineRule="auto"/>
              <w:ind w:left="72" w:right="720"/>
              <w:rPr>
                <w:lang w:val="ru-RU"/>
              </w:rPr>
            </w:pPr>
            <w:r w:rsidRPr="005F2B85">
              <w:rPr>
                <w:rFonts w:ascii="Times New Roman" w:eastAsia="Times New Roman" w:hAnsi="Times New Roman"/>
                <w:color w:val="000000"/>
                <w:w w:val="97"/>
                <w:sz w:val="16"/>
                <w:lang w:val="ru-RU"/>
              </w:rPr>
              <w:t xml:space="preserve">Урок «Все имеет свое строение» (создаем аппликацию из </w:t>
            </w:r>
            <w:r w:rsidRPr="005F2B85">
              <w:rPr>
                <w:lang w:val="ru-RU"/>
              </w:rPr>
              <w:br/>
            </w:r>
            <w:r w:rsidRPr="005F2B85">
              <w:rPr>
                <w:rFonts w:ascii="Times New Roman" w:eastAsia="Times New Roman" w:hAnsi="Times New Roman"/>
                <w:color w:val="000000"/>
                <w:w w:val="97"/>
                <w:sz w:val="16"/>
                <w:lang w:val="ru-RU"/>
              </w:rPr>
              <w:t xml:space="preserve">геометрических форм: Пчелка)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youtube</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com</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watch</w:t>
            </w:r>
            <w:r w:rsidRPr="005F2B85">
              <w:rPr>
                <w:rFonts w:ascii="Times New Roman" w:eastAsia="Times New Roman" w:hAnsi="Times New Roman"/>
                <w:color w:val="000000"/>
                <w:w w:val="97"/>
                <w:sz w:val="16"/>
                <w:lang w:val="ru-RU"/>
              </w:rPr>
              <w:t>?</w:t>
            </w:r>
          </w:p>
          <w:p w14:paraId="04664988" w14:textId="77777777" w:rsidR="00083BFC" w:rsidRDefault="0045250B">
            <w:pPr>
              <w:autoSpaceDE w:val="0"/>
              <w:autoSpaceDN w:val="0"/>
              <w:spacing w:before="18" w:after="0" w:line="233" w:lineRule="auto"/>
              <w:ind w:left="72"/>
            </w:pPr>
            <w:r>
              <w:rPr>
                <w:rFonts w:ascii="Times New Roman" w:eastAsia="Times New Roman" w:hAnsi="Times New Roman"/>
                <w:color w:val="000000"/>
                <w:w w:val="97"/>
                <w:sz w:val="16"/>
              </w:rPr>
              <w:t>v=14tZe7akISM</w:t>
            </w:r>
          </w:p>
        </w:tc>
      </w:tr>
      <w:tr w:rsidR="00083BFC" w14:paraId="300D5A5E"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2EA16CC"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4.4.</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794370" w14:textId="77777777" w:rsidR="00083BFC" w:rsidRPr="005F2B85" w:rsidRDefault="0045250B">
            <w:pPr>
              <w:autoSpaceDE w:val="0"/>
              <w:autoSpaceDN w:val="0"/>
              <w:spacing w:before="78" w:after="0" w:line="250" w:lineRule="auto"/>
              <w:ind w:left="72" w:right="144"/>
              <w:rPr>
                <w:lang w:val="ru-RU"/>
              </w:rPr>
            </w:pPr>
            <w:r w:rsidRPr="005F2B85">
              <w:rPr>
                <w:rFonts w:ascii="Times New Roman" w:eastAsia="Times New Roman" w:hAnsi="Times New Roman"/>
                <w:b/>
                <w:color w:val="000000"/>
                <w:w w:val="97"/>
                <w:sz w:val="16"/>
                <w:lang w:val="ru-RU"/>
              </w:rPr>
              <w:t xml:space="preserve">Лепка игрушки по мотивам одного из наиболее </w:t>
            </w:r>
            <w:r w:rsidRPr="005F2B85">
              <w:rPr>
                <w:lang w:val="ru-RU"/>
              </w:rPr>
              <w:br/>
            </w:r>
            <w:r w:rsidRPr="005F2B85">
              <w:rPr>
                <w:rFonts w:ascii="Times New Roman" w:eastAsia="Times New Roman" w:hAnsi="Times New Roman"/>
                <w:b/>
                <w:color w:val="000000"/>
                <w:w w:val="97"/>
                <w:sz w:val="16"/>
                <w:lang w:val="ru-RU"/>
              </w:rPr>
              <w:t>известных народных художественных промыслов (дымковская, каргопольская игрушки или по выбору учителя с учётом местных промыслов).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C1CE36D"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B4D87DE"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8621D1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704276B" w14:textId="57CBE41B"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5692923" w14:textId="77777777" w:rsidR="00083BFC" w:rsidRPr="005F2B85" w:rsidRDefault="0045250B">
            <w:pPr>
              <w:autoSpaceDE w:val="0"/>
              <w:autoSpaceDN w:val="0"/>
              <w:spacing w:before="78" w:after="0" w:line="250" w:lineRule="auto"/>
              <w:ind w:left="72" w:right="288"/>
              <w:rPr>
                <w:lang w:val="ru-RU"/>
              </w:rPr>
            </w:pPr>
            <w:r w:rsidRPr="005F2B85">
              <w:rPr>
                <w:rFonts w:ascii="Times New Roman" w:eastAsia="Times New Roman" w:hAnsi="Times New Roman"/>
                <w:color w:val="000000"/>
                <w:w w:val="97"/>
                <w:sz w:val="16"/>
                <w:lang w:val="ru-RU"/>
              </w:rPr>
              <w:t xml:space="preserve">Рассматривать и характеризовать глиняные игрушки известных </w:t>
            </w:r>
            <w:r w:rsidRPr="005F2B85">
              <w:rPr>
                <w:lang w:val="ru-RU"/>
              </w:rPr>
              <w:br/>
            </w:r>
            <w:r w:rsidRPr="005F2B85">
              <w:rPr>
                <w:rFonts w:ascii="Times New Roman" w:eastAsia="Times New Roman" w:hAnsi="Times New Roman"/>
                <w:color w:val="000000"/>
                <w:w w:val="97"/>
                <w:sz w:val="16"/>
                <w:lang w:val="ru-RU"/>
              </w:rPr>
              <w:t xml:space="preserve">народных художественных </w:t>
            </w:r>
            <w:r w:rsidRPr="005F2B85">
              <w:rPr>
                <w:lang w:val="ru-RU"/>
              </w:rPr>
              <w:br/>
            </w:r>
            <w:r w:rsidRPr="005F2B85">
              <w:rPr>
                <w:rFonts w:ascii="Times New Roman" w:eastAsia="Times New Roman" w:hAnsi="Times New Roman"/>
                <w:color w:val="000000"/>
                <w:w w:val="97"/>
                <w:sz w:val="16"/>
                <w:lang w:val="ru-RU"/>
              </w:rPr>
              <w:t>промыслов;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E5BE175"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5E512C2"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https://resh.edu.ru/subject/lesson/4053/start/169492/</w:t>
            </w:r>
          </w:p>
        </w:tc>
      </w:tr>
      <w:tr w:rsidR="00083BFC" w14:paraId="589F34A9" w14:textId="77777777">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B50A357"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4.5.</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2F96F641" w14:textId="77777777" w:rsidR="00083BFC" w:rsidRPr="005F2B85" w:rsidRDefault="0045250B">
            <w:pPr>
              <w:autoSpaceDE w:val="0"/>
              <w:autoSpaceDN w:val="0"/>
              <w:spacing w:before="78" w:after="0" w:line="230" w:lineRule="auto"/>
              <w:ind w:left="72"/>
              <w:rPr>
                <w:lang w:val="ru-RU"/>
              </w:rPr>
            </w:pPr>
            <w:r w:rsidRPr="005F2B85">
              <w:rPr>
                <w:rFonts w:ascii="Times New Roman" w:eastAsia="Times New Roman" w:hAnsi="Times New Roman"/>
                <w:b/>
                <w:color w:val="000000"/>
                <w:w w:val="97"/>
                <w:sz w:val="16"/>
                <w:lang w:val="ru-RU"/>
              </w:rPr>
              <w:t>Объёмная аппликация из бумаги и картона.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71F78D"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32B131"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BC47DE4"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1E6C8A" w14:textId="344A6B11" w:rsidR="00083BFC" w:rsidRDefault="00083BFC" w:rsidP="00A34AAE">
            <w:pPr>
              <w:autoSpaceDE w:val="0"/>
              <w:autoSpaceDN w:val="0"/>
              <w:spacing w:before="78" w:after="0" w:line="230" w:lineRule="auto"/>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3636ECBC" w14:textId="77777777" w:rsidR="00083BFC" w:rsidRPr="005F2B85" w:rsidRDefault="0045250B">
            <w:pPr>
              <w:autoSpaceDE w:val="0"/>
              <w:autoSpaceDN w:val="0"/>
              <w:spacing w:before="78" w:after="0" w:line="252" w:lineRule="auto"/>
              <w:ind w:left="72" w:right="144"/>
              <w:rPr>
                <w:lang w:val="ru-RU"/>
              </w:rPr>
            </w:pPr>
            <w:r w:rsidRPr="005F2B85">
              <w:rPr>
                <w:rFonts w:ascii="Times New Roman" w:eastAsia="Times New Roman" w:hAnsi="Times New Roman"/>
                <w:color w:val="000000"/>
                <w:w w:val="97"/>
                <w:sz w:val="16"/>
                <w:lang w:val="ru-RU"/>
              </w:rPr>
              <w:t xml:space="preserve">Осваивать приёмы создания </w:t>
            </w:r>
            <w:r w:rsidRPr="005F2B85">
              <w:rPr>
                <w:lang w:val="ru-RU"/>
              </w:rPr>
              <w:br/>
            </w:r>
            <w:r w:rsidRPr="005F2B85">
              <w:rPr>
                <w:rFonts w:ascii="Times New Roman" w:eastAsia="Times New Roman" w:hAnsi="Times New Roman"/>
                <w:color w:val="000000"/>
                <w:w w:val="97"/>
                <w:sz w:val="16"/>
                <w:lang w:val="ru-RU"/>
              </w:rPr>
              <w:t xml:space="preserve">объёмных изображений из бумаги; Приобретать опыт коллективной работы по созданию в технике </w:t>
            </w:r>
            <w:r w:rsidRPr="005F2B85">
              <w:rPr>
                <w:lang w:val="ru-RU"/>
              </w:rPr>
              <w:br/>
            </w:r>
            <w:r w:rsidRPr="005F2B85">
              <w:rPr>
                <w:rFonts w:ascii="Times New Roman" w:eastAsia="Times New Roman" w:hAnsi="Times New Roman"/>
                <w:color w:val="000000"/>
                <w:w w:val="97"/>
                <w:sz w:val="16"/>
                <w:lang w:val="ru-RU"/>
              </w:rPr>
              <w:t xml:space="preserve">аппликации панно из работ </w:t>
            </w:r>
            <w:r w:rsidRPr="005F2B85">
              <w:rPr>
                <w:lang w:val="ru-RU"/>
              </w:rPr>
              <w:br/>
            </w:r>
            <w:r w:rsidRPr="005F2B85">
              <w:rPr>
                <w:rFonts w:ascii="Times New Roman" w:eastAsia="Times New Roman" w:hAnsi="Times New Roman"/>
                <w:color w:val="000000"/>
                <w:w w:val="97"/>
                <w:sz w:val="16"/>
                <w:lang w:val="ru-RU"/>
              </w:rPr>
              <w:t>учащихся;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24B2D9"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EEE24C5" w14:textId="77777777" w:rsidR="00083BFC" w:rsidRPr="005F2B85" w:rsidRDefault="0045250B">
            <w:pPr>
              <w:autoSpaceDE w:val="0"/>
              <w:autoSpaceDN w:val="0"/>
              <w:spacing w:before="78" w:after="0" w:line="250" w:lineRule="auto"/>
              <w:ind w:left="72" w:right="144"/>
              <w:rPr>
                <w:lang w:val="ru-RU"/>
              </w:rPr>
            </w:pPr>
            <w:r w:rsidRPr="005F2B85">
              <w:rPr>
                <w:rFonts w:ascii="Times New Roman" w:eastAsia="Times New Roman" w:hAnsi="Times New Roman"/>
                <w:color w:val="000000"/>
                <w:w w:val="97"/>
                <w:sz w:val="16"/>
                <w:lang w:val="ru-RU"/>
              </w:rPr>
              <w:t xml:space="preserve">Урок «Технологии работы с бумагой и картоном. Объёмные снежинки в технике оригами» (МЭШ)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composed</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documents</w:t>
            </w:r>
            <w:r w:rsidRPr="005F2B85">
              <w:rPr>
                <w:rFonts w:ascii="Times New Roman" w:eastAsia="Times New Roman" w:hAnsi="Times New Roman"/>
                <w:color w:val="000000"/>
                <w:w w:val="97"/>
                <w:sz w:val="16"/>
                <w:lang w:val="ru-RU"/>
              </w:rPr>
              <w:t>/72061107?</w:t>
            </w:r>
          </w:p>
          <w:p w14:paraId="51056FCF"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14:paraId="25ABA0C7" w14:textId="77777777">
        <w:trPr>
          <w:trHeight w:hRule="exact" w:val="348"/>
        </w:trPr>
        <w:tc>
          <w:tcPr>
            <w:tcW w:w="45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EB416C7"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Итого по модулю 4</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DDAB2E7"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4</w:t>
            </w:r>
          </w:p>
        </w:tc>
        <w:tc>
          <w:tcPr>
            <w:tcW w:w="104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1A0DFCE5" w14:textId="77777777" w:rsidR="00083BFC" w:rsidRDefault="00083BFC"/>
        </w:tc>
      </w:tr>
      <w:tr w:rsidR="00083BFC" w14:paraId="770F50A0" w14:textId="7777777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4443C5FD"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 xml:space="preserve">Модуль 5. </w:t>
            </w:r>
            <w:r>
              <w:rPr>
                <w:rFonts w:ascii="Times New Roman" w:eastAsia="Times New Roman" w:hAnsi="Times New Roman"/>
                <w:b/>
                <w:color w:val="000000"/>
                <w:w w:val="97"/>
                <w:sz w:val="16"/>
              </w:rPr>
              <w:t>Декоративно-прикладное искусство</w:t>
            </w:r>
          </w:p>
        </w:tc>
      </w:tr>
      <w:tr w:rsidR="00083BFC" w14:paraId="011F4319" w14:textId="77777777">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1950289"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5.1.</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6C8F17B6" w14:textId="77777777" w:rsidR="00083BFC" w:rsidRDefault="0045250B">
            <w:pPr>
              <w:autoSpaceDE w:val="0"/>
              <w:autoSpaceDN w:val="0"/>
              <w:spacing w:before="76" w:after="0" w:line="233" w:lineRule="auto"/>
              <w:ind w:left="72"/>
            </w:pPr>
            <w:r>
              <w:rPr>
                <w:rFonts w:ascii="Times New Roman" w:eastAsia="Times New Roman" w:hAnsi="Times New Roman"/>
                <w:b/>
                <w:color w:val="000000"/>
                <w:w w:val="97"/>
                <w:sz w:val="16"/>
              </w:rPr>
              <w:t>Узоры в природе.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88D8812"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8A9E431"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8A41AD9"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AA6B1CD" w14:textId="158CD81C" w:rsidR="00083BFC" w:rsidRDefault="00083BFC">
            <w:pPr>
              <w:autoSpaceDE w:val="0"/>
              <w:autoSpaceDN w:val="0"/>
              <w:spacing w:before="76" w:after="0" w:line="233"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7FFDD71" w14:textId="77777777" w:rsidR="00083BFC" w:rsidRPr="005F2B85" w:rsidRDefault="0045250B">
            <w:pPr>
              <w:autoSpaceDE w:val="0"/>
              <w:autoSpaceDN w:val="0"/>
              <w:spacing w:before="76" w:after="0" w:line="254" w:lineRule="auto"/>
              <w:ind w:left="72"/>
              <w:rPr>
                <w:lang w:val="ru-RU"/>
              </w:rPr>
            </w:pPr>
            <w:r w:rsidRPr="005F2B85">
              <w:rPr>
                <w:rFonts w:ascii="Times New Roman" w:eastAsia="Times New Roman" w:hAnsi="Times New Roman"/>
                <w:color w:val="000000"/>
                <w:w w:val="97"/>
                <w:sz w:val="16"/>
                <w:lang w:val="ru-RU"/>
              </w:rPr>
              <w:t xml:space="preserve">Рассматривать и эстетически </w:t>
            </w:r>
            <w:r w:rsidRPr="005F2B85">
              <w:rPr>
                <w:lang w:val="ru-RU"/>
              </w:rPr>
              <w:br/>
            </w:r>
            <w:r w:rsidRPr="005F2B85">
              <w:rPr>
                <w:rFonts w:ascii="Times New Roman" w:eastAsia="Times New Roman" w:hAnsi="Times New Roman"/>
                <w:color w:val="000000"/>
                <w:w w:val="97"/>
                <w:sz w:val="16"/>
                <w:lang w:val="ru-RU"/>
              </w:rPr>
              <w:t xml:space="preserve">характеризовать различные примеры узоров в природе (на основе </w:t>
            </w:r>
            <w:r w:rsidRPr="005F2B85">
              <w:rPr>
                <w:lang w:val="ru-RU"/>
              </w:rPr>
              <w:br/>
            </w:r>
            <w:r w:rsidRPr="005F2B85">
              <w:rPr>
                <w:rFonts w:ascii="Times New Roman" w:eastAsia="Times New Roman" w:hAnsi="Times New Roman"/>
                <w:color w:val="000000"/>
                <w:w w:val="97"/>
                <w:sz w:val="16"/>
                <w:lang w:val="ru-RU"/>
              </w:rPr>
              <w:t xml:space="preserve">фотографий); </w:t>
            </w:r>
            <w:r w:rsidRPr="005F2B85">
              <w:rPr>
                <w:lang w:val="ru-RU"/>
              </w:rPr>
              <w:br/>
            </w:r>
            <w:r w:rsidRPr="005F2B85">
              <w:rPr>
                <w:rFonts w:ascii="Times New Roman" w:eastAsia="Times New Roman" w:hAnsi="Times New Roman"/>
                <w:color w:val="000000"/>
                <w:w w:val="97"/>
                <w:sz w:val="16"/>
                <w:lang w:val="ru-RU"/>
              </w:rPr>
              <w:t xml:space="preserve">Приводить примеры и делать </w:t>
            </w:r>
            <w:r w:rsidRPr="005F2B85">
              <w:rPr>
                <w:lang w:val="ru-RU"/>
              </w:rPr>
              <w:br/>
            </w:r>
            <w:r w:rsidRPr="005F2B85">
              <w:rPr>
                <w:rFonts w:ascii="Times New Roman" w:eastAsia="Times New Roman" w:hAnsi="Times New Roman"/>
                <w:color w:val="000000"/>
                <w:w w:val="97"/>
                <w:sz w:val="16"/>
                <w:lang w:val="ru-RU"/>
              </w:rPr>
              <w:t xml:space="preserve">ассоциативные сопоставления с </w:t>
            </w:r>
            <w:r w:rsidRPr="005F2B85">
              <w:rPr>
                <w:lang w:val="ru-RU"/>
              </w:rPr>
              <w:br/>
            </w:r>
            <w:r w:rsidRPr="005F2B85">
              <w:rPr>
                <w:rFonts w:ascii="Times New Roman" w:eastAsia="Times New Roman" w:hAnsi="Times New Roman"/>
                <w:color w:val="000000"/>
                <w:w w:val="97"/>
                <w:sz w:val="16"/>
                <w:lang w:val="ru-RU"/>
              </w:rPr>
              <w:t xml:space="preserve">орнаментами в предметах </w:t>
            </w:r>
            <w:r w:rsidRPr="005F2B85">
              <w:rPr>
                <w:lang w:val="ru-RU"/>
              </w:rPr>
              <w:br/>
            </w:r>
            <w:r w:rsidRPr="005F2B85">
              <w:rPr>
                <w:rFonts w:ascii="Times New Roman" w:eastAsia="Times New Roman" w:hAnsi="Times New Roman"/>
                <w:color w:val="000000"/>
                <w:w w:val="97"/>
                <w:sz w:val="16"/>
                <w:lang w:val="ru-RU"/>
              </w:rPr>
              <w:t>декоративно-прикладного искусства;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DDEF4F8"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D689B6C" w14:textId="77777777" w:rsidR="00083BFC" w:rsidRDefault="0045250B">
            <w:pPr>
              <w:autoSpaceDE w:val="0"/>
              <w:autoSpaceDN w:val="0"/>
              <w:spacing w:before="76" w:after="0" w:line="250" w:lineRule="auto"/>
              <w:ind w:left="72" w:right="288"/>
            </w:pPr>
            <w:r>
              <w:rPr>
                <w:rFonts w:ascii="Times New Roman" w:eastAsia="Times New Roman" w:hAnsi="Times New Roman"/>
                <w:color w:val="000000"/>
                <w:w w:val="97"/>
                <w:sz w:val="16"/>
              </w:rPr>
              <w:t xml:space="preserve">Урок «Рисуем бабочку» (в технике монотипии) (МЭШ) </w:t>
            </w:r>
            <w:r>
              <w:br/>
            </w:r>
            <w:r>
              <w:rPr>
                <w:rFonts w:ascii="Times New Roman" w:eastAsia="Times New Roman" w:hAnsi="Times New Roman"/>
                <w:color w:val="000000"/>
                <w:w w:val="97"/>
                <w:sz w:val="16"/>
              </w:rPr>
              <w:t>https://uchebnik.mos.ru/material_view/atomic_ objects/8552438?menuReferrer=catalogue</w:t>
            </w:r>
          </w:p>
        </w:tc>
      </w:tr>
      <w:tr w:rsidR="00083BFC" w:rsidRPr="002F3886" w14:paraId="7A15C9C3" w14:textId="77777777">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75DC6CA"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5.2.</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9FE968" w14:textId="77777777" w:rsidR="00083BFC" w:rsidRPr="005F2B85" w:rsidRDefault="0045250B">
            <w:pPr>
              <w:autoSpaceDE w:val="0"/>
              <w:autoSpaceDN w:val="0"/>
              <w:spacing w:before="78" w:after="0" w:line="247" w:lineRule="auto"/>
              <w:ind w:left="72" w:right="144"/>
              <w:rPr>
                <w:lang w:val="ru-RU"/>
              </w:rPr>
            </w:pPr>
            <w:r w:rsidRPr="005F2B85">
              <w:rPr>
                <w:rFonts w:ascii="Times New Roman" w:eastAsia="Times New Roman" w:hAnsi="Times New Roman"/>
                <w:b/>
                <w:color w:val="000000"/>
                <w:w w:val="97"/>
                <w:sz w:val="16"/>
                <w:lang w:val="ru-RU"/>
              </w:rPr>
              <w:t>Наблюдение узоров в живой природе (в условиях урока на основе фотографий). Эмоционально-</w:t>
            </w:r>
            <w:r w:rsidRPr="005F2B85">
              <w:rPr>
                <w:lang w:val="ru-RU"/>
              </w:rPr>
              <w:br/>
            </w:r>
            <w:r w:rsidRPr="005F2B85">
              <w:rPr>
                <w:rFonts w:ascii="Times New Roman" w:eastAsia="Times New Roman" w:hAnsi="Times New Roman"/>
                <w:b/>
                <w:color w:val="000000"/>
                <w:w w:val="97"/>
                <w:sz w:val="16"/>
                <w:lang w:val="ru-RU"/>
              </w:rPr>
              <w:t>эстетическое восприятие объектов действительности.</w:t>
            </w:r>
          </w:p>
          <w:p w14:paraId="38CA1EB3" w14:textId="77777777" w:rsidR="00083BFC" w:rsidRPr="005F2B85" w:rsidRDefault="0045250B">
            <w:pPr>
              <w:autoSpaceDE w:val="0"/>
              <w:autoSpaceDN w:val="0"/>
              <w:spacing w:before="20" w:after="0" w:line="245" w:lineRule="auto"/>
              <w:ind w:right="432"/>
              <w:jc w:val="center"/>
              <w:rPr>
                <w:lang w:val="ru-RU"/>
              </w:rPr>
            </w:pPr>
            <w:r w:rsidRPr="005F2B85">
              <w:rPr>
                <w:rFonts w:ascii="Times New Roman" w:eastAsia="Times New Roman" w:hAnsi="Times New Roman"/>
                <w:b/>
                <w:color w:val="000000"/>
                <w:w w:val="97"/>
                <w:sz w:val="16"/>
                <w:lang w:val="ru-RU"/>
              </w:rPr>
              <w:t>Ассоциативное сопоставление с орнаментами в предметах декоративно-прикладного искусства.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D088801"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B565313"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9BDC909"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D61C89" w14:textId="67152B20"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41118B70" w14:textId="77777777" w:rsidR="00083BFC" w:rsidRPr="005F2B85" w:rsidRDefault="0045250B">
            <w:pPr>
              <w:autoSpaceDE w:val="0"/>
              <w:autoSpaceDN w:val="0"/>
              <w:spacing w:before="78" w:after="0" w:line="250" w:lineRule="auto"/>
              <w:ind w:left="72"/>
              <w:rPr>
                <w:lang w:val="ru-RU"/>
              </w:rPr>
            </w:pPr>
            <w:r w:rsidRPr="005F2B85">
              <w:rPr>
                <w:rFonts w:ascii="Times New Roman" w:eastAsia="Times New Roman" w:hAnsi="Times New Roman"/>
                <w:color w:val="000000"/>
                <w:w w:val="97"/>
                <w:sz w:val="16"/>
                <w:lang w:val="ru-RU"/>
              </w:rPr>
              <w:t xml:space="preserve">Приводить примеры и делать </w:t>
            </w:r>
            <w:r w:rsidRPr="005F2B85">
              <w:rPr>
                <w:lang w:val="ru-RU"/>
              </w:rPr>
              <w:br/>
            </w:r>
            <w:r w:rsidRPr="005F2B85">
              <w:rPr>
                <w:rFonts w:ascii="Times New Roman" w:eastAsia="Times New Roman" w:hAnsi="Times New Roman"/>
                <w:color w:val="000000"/>
                <w:w w:val="97"/>
                <w:sz w:val="16"/>
                <w:lang w:val="ru-RU"/>
              </w:rPr>
              <w:t xml:space="preserve">ассоциативные сопоставления с </w:t>
            </w:r>
            <w:r w:rsidRPr="005F2B85">
              <w:rPr>
                <w:lang w:val="ru-RU"/>
              </w:rPr>
              <w:br/>
            </w:r>
            <w:r w:rsidRPr="005F2B85">
              <w:rPr>
                <w:rFonts w:ascii="Times New Roman" w:eastAsia="Times New Roman" w:hAnsi="Times New Roman"/>
                <w:color w:val="000000"/>
                <w:w w:val="97"/>
                <w:sz w:val="16"/>
                <w:lang w:val="ru-RU"/>
              </w:rPr>
              <w:t xml:space="preserve">орнаментами в предметах </w:t>
            </w:r>
            <w:r w:rsidRPr="005F2B85">
              <w:rPr>
                <w:lang w:val="ru-RU"/>
              </w:rPr>
              <w:br/>
            </w:r>
            <w:r w:rsidRPr="005F2B85">
              <w:rPr>
                <w:rFonts w:ascii="Times New Roman" w:eastAsia="Times New Roman" w:hAnsi="Times New Roman"/>
                <w:color w:val="000000"/>
                <w:w w:val="97"/>
                <w:sz w:val="16"/>
                <w:lang w:val="ru-RU"/>
              </w:rPr>
              <w:t>декоративно-прикладного искусства;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1F0F18"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792E988" w14:textId="77777777" w:rsidR="00083BFC" w:rsidRPr="005F2B85" w:rsidRDefault="0045250B">
            <w:pPr>
              <w:autoSpaceDE w:val="0"/>
              <w:autoSpaceDN w:val="0"/>
              <w:spacing w:before="78" w:after="0" w:line="247" w:lineRule="auto"/>
              <w:ind w:left="72" w:right="144"/>
              <w:rPr>
                <w:lang w:val="ru-RU"/>
              </w:rPr>
            </w:pPr>
            <w:r w:rsidRPr="005F2B85">
              <w:rPr>
                <w:rFonts w:ascii="Times New Roman" w:eastAsia="Times New Roman" w:hAnsi="Times New Roman"/>
                <w:color w:val="000000"/>
                <w:w w:val="97"/>
                <w:sz w:val="16"/>
                <w:lang w:val="ru-RU"/>
              </w:rPr>
              <w:t xml:space="preserve">Урок «Орнамент народов России. Хохлома»(РЭШ)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/3716/</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/168876/</w:t>
            </w:r>
          </w:p>
        </w:tc>
      </w:tr>
      <w:tr w:rsidR="00083BFC" w:rsidRPr="002F3886" w14:paraId="4E6AB11E" w14:textId="77777777">
        <w:trPr>
          <w:trHeight w:hRule="exact" w:val="117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0EA495C"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5.3.</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270D0A4B" w14:textId="77777777" w:rsidR="00083BFC" w:rsidRPr="005F2B85" w:rsidRDefault="0045250B">
            <w:pPr>
              <w:autoSpaceDE w:val="0"/>
              <w:autoSpaceDN w:val="0"/>
              <w:spacing w:before="76" w:after="0" w:line="252" w:lineRule="auto"/>
              <w:ind w:left="72" w:right="288"/>
              <w:rPr>
                <w:lang w:val="ru-RU"/>
              </w:rPr>
            </w:pPr>
            <w:r w:rsidRPr="005F2B85">
              <w:rPr>
                <w:rFonts w:ascii="Times New Roman" w:eastAsia="Times New Roman" w:hAnsi="Times New Roman"/>
                <w:b/>
                <w:color w:val="000000"/>
                <w:w w:val="97"/>
                <w:sz w:val="16"/>
                <w:lang w:val="ru-RU"/>
              </w:rPr>
              <w:t xml:space="preserve">Представления о симметрии и наблюдение её в природе. Последовательное ведение работы над изображением бабочки по представлению, </w:t>
            </w:r>
            <w:r w:rsidRPr="005F2B85">
              <w:rPr>
                <w:lang w:val="ru-RU"/>
              </w:rPr>
              <w:br/>
            </w:r>
            <w:r w:rsidRPr="005F2B85">
              <w:rPr>
                <w:rFonts w:ascii="Times New Roman" w:eastAsia="Times New Roman" w:hAnsi="Times New Roman"/>
                <w:b/>
                <w:color w:val="000000"/>
                <w:w w:val="97"/>
                <w:sz w:val="16"/>
                <w:lang w:val="ru-RU"/>
              </w:rPr>
              <w:t>использование линии симметрии при составлении узора крыльев.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A5097BE"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0DA2C37"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CDF0BCE"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3D49ECC" w14:textId="16455993" w:rsidR="00083BFC" w:rsidRDefault="00083BFC">
            <w:pPr>
              <w:autoSpaceDE w:val="0"/>
              <w:autoSpaceDN w:val="0"/>
              <w:spacing w:before="76" w:after="0" w:line="233"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DCE474" w14:textId="77777777" w:rsidR="00083BFC" w:rsidRPr="005F2B85" w:rsidRDefault="0045250B">
            <w:pPr>
              <w:autoSpaceDE w:val="0"/>
              <w:autoSpaceDN w:val="0"/>
              <w:spacing w:before="76" w:after="0" w:line="250" w:lineRule="auto"/>
              <w:ind w:left="72" w:right="144"/>
              <w:rPr>
                <w:lang w:val="ru-RU"/>
              </w:rPr>
            </w:pPr>
            <w:r w:rsidRPr="005F2B85">
              <w:rPr>
                <w:rFonts w:ascii="Times New Roman" w:eastAsia="Times New Roman" w:hAnsi="Times New Roman"/>
                <w:color w:val="000000"/>
                <w:w w:val="97"/>
                <w:sz w:val="16"/>
                <w:lang w:val="ru-RU"/>
              </w:rPr>
              <w:t>Приобретать опыт использования правил симметрии при выполнении рисунка;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B352902"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172F6BD" w14:textId="77777777" w:rsidR="00083BFC" w:rsidRPr="005F2B85" w:rsidRDefault="0045250B">
            <w:pPr>
              <w:autoSpaceDE w:val="0"/>
              <w:autoSpaceDN w:val="0"/>
              <w:spacing w:before="76" w:after="0" w:line="233" w:lineRule="auto"/>
              <w:jc w:val="center"/>
              <w:rPr>
                <w:lang w:val="ru-RU"/>
              </w:rPr>
            </w:pPr>
            <w:r w:rsidRPr="005F2B85">
              <w:rPr>
                <w:rFonts w:ascii="Times New Roman" w:eastAsia="Times New Roman" w:hAnsi="Times New Roman"/>
                <w:color w:val="000000"/>
                <w:w w:val="97"/>
                <w:sz w:val="16"/>
                <w:lang w:val="ru-RU"/>
              </w:rPr>
              <w:t>Урок «Белоснежные узоры». Вологодское кружево.</w:t>
            </w:r>
          </w:p>
          <w:p w14:paraId="22706F4D" w14:textId="77777777" w:rsidR="00083BFC" w:rsidRPr="005F2B85" w:rsidRDefault="0045250B">
            <w:pPr>
              <w:autoSpaceDE w:val="0"/>
              <w:autoSpaceDN w:val="0"/>
              <w:spacing w:before="18" w:after="0" w:line="245" w:lineRule="auto"/>
              <w:ind w:left="72" w:right="144"/>
              <w:rPr>
                <w:lang w:val="ru-RU"/>
              </w:rPr>
            </w:pPr>
            <w:r w:rsidRPr="005F2B85">
              <w:rPr>
                <w:rFonts w:ascii="Times New Roman" w:eastAsia="Times New Roman" w:hAnsi="Times New Roman"/>
                <w:color w:val="000000"/>
                <w:w w:val="97"/>
                <w:sz w:val="16"/>
                <w:lang w:val="ru-RU"/>
              </w:rPr>
              <w:t xml:space="preserve">(РЭШ)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/4052/</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/160977/</w:t>
            </w:r>
          </w:p>
        </w:tc>
      </w:tr>
      <w:tr w:rsidR="00083BFC" w14:paraId="18417140" w14:textId="77777777">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E19A510"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5.4.</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68DE367E" w14:textId="77777777" w:rsidR="00083BFC" w:rsidRDefault="0045250B">
            <w:pPr>
              <w:autoSpaceDE w:val="0"/>
              <w:autoSpaceDN w:val="0"/>
              <w:spacing w:before="78" w:after="0" w:line="247" w:lineRule="auto"/>
              <w:ind w:left="72" w:right="144"/>
            </w:pPr>
            <w:r w:rsidRPr="005F2B85">
              <w:rPr>
                <w:rFonts w:ascii="Times New Roman" w:eastAsia="Times New Roman" w:hAnsi="Times New Roman"/>
                <w:b/>
                <w:color w:val="000000"/>
                <w:w w:val="97"/>
                <w:sz w:val="16"/>
                <w:lang w:val="ru-RU"/>
              </w:rPr>
              <w:t xml:space="preserve">Узоры и орнаменты, создаваемые людьми, и </w:t>
            </w:r>
            <w:r w:rsidRPr="005F2B85">
              <w:rPr>
                <w:lang w:val="ru-RU"/>
              </w:rPr>
              <w:br/>
            </w:r>
            <w:r w:rsidRPr="005F2B85">
              <w:rPr>
                <w:rFonts w:ascii="Times New Roman" w:eastAsia="Times New Roman" w:hAnsi="Times New Roman"/>
                <w:b/>
                <w:color w:val="000000"/>
                <w:w w:val="97"/>
                <w:sz w:val="16"/>
                <w:lang w:val="ru-RU"/>
              </w:rPr>
              <w:t xml:space="preserve">разнообразие их видов. </w:t>
            </w:r>
            <w:r>
              <w:rPr>
                <w:rFonts w:ascii="Times New Roman" w:eastAsia="Times New Roman" w:hAnsi="Times New Roman"/>
                <w:b/>
                <w:color w:val="000000"/>
                <w:w w:val="97"/>
                <w:sz w:val="16"/>
              </w:rPr>
              <w:t>Орнаменты геометрические и растительные.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FDD7E54"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F442E56"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B28091"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BFB2706" w14:textId="54399DB9"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D14DDAF" w14:textId="77777777" w:rsidR="00083BFC" w:rsidRPr="005F2B85" w:rsidRDefault="0045250B">
            <w:pPr>
              <w:autoSpaceDE w:val="0"/>
              <w:autoSpaceDN w:val="0"/>
              <w:spacing w:before="78" w:after="0" w:line="252" w:lineRule="auto"/>
              <w:ind w:left="72" w:right="144"/>
              <w:rPr>
                <w:lang w:val="ru-RU"/>
              </w:rPr>
            </w:pPr>
            <w:r w:rsidRPr="005F2B85">
              <w:rPr>
                <w:rFonts w:ascii="Times New Roman" w:eastAsia="Times New Roman" w:hAnsi="Times New Roman"/>
                <w:color w:val="000000"/>
                <w:w w:val="97"/>
                <w:sz w:val="16"/>
                <w:lang w:val="ru-RU"/>
              </w:rPr>
              <w:t xml:space="preserve">Приобретать опыт использования правил симметрии при выполнении рисунка; </w:t>
            </w:r>
            <w:r w:rsidRPr="005F2B85">
              <w:rPr>
                <w:lang w:val="ru-RU"/>
              </w:rPr>
              <w:br/>
            </w:r>
            <w:r w:rsidRPr="005F2B85">
              <w:rPr>
                <w:rFonts w:ascii="Times New Roman" w:eastAsia="Times New Roman" w:hAnsi="Times New Roman"/>
                <w:color w:val="000000"/>
                <w:w w:val="97"/>
                <w:sz w:val="16"/>
                <w:lang w:val="ru-RU"/>
              </w:rPr>
              <w:t xml:space="preserve">Рассматривать и характеризовать примеры художественно </w:t>
            </w:r>
            <w:r w:rsidRPr="005F2B85">
              <w:rPr>
                <w:lang w:val="ru-RU"/>
              </w:rPr>
              <w:br/>
            </w:r>
            <w:r w:rsidRPr="005F2B85">
              <w:rPr>
                <w:rFonts w:ascii="Times New Roman" w:eastAsia="Times New Roman" w:hAnsi="Times New Roman"/>
                <w:color w:val="000000"/>
                <w:w w:val="97"/>
                <w:sz w:val="16"/>
                <w:lang w:val="ru-RU"/>
              </w:rPr>
              <w:t>выполненных орнаментов;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4894783"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892442" w14:textId="77777777" w:rsidR="00083BFC" w:rsidRPr="005F2B85" w:rsidRDefault="0045250B">
            <w:pPr>
              <w:autoSpaceDE w:val="0"/>
              <w:autoSpaceDN w:val="0"/>
              <w:spacing w:before="78" w:after="0" w:line="247" w:lineRule="auto"/>
              <w:ind w:left="72" w:right="432"/>
              <w:rPr>
                <w:lang w:val="ru-RU"/>
              </w:rPr>
            </w:pPr>
            <w:r w:rsidRPr="005F2B85">
              <w:rPr>
                <w:rFonts w:ascii="Times New Roman" w:eastAsia="Times New Roman" w:hAnsi="Times New Roman"/>
                <w:color w:val="000000"/>
                <w:w w:val="97"/>
                <w:sz w:val="16"/>
                <w:lang w:val="ru-RU"/>
              </w:rPr>
              <w:t xml:space="preserve">Видео «Что такое орнамент?»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/9418620?</w:t>
            </w:r>
          </w:p>
          <w:p w14:paraId="3540F69B"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rsidRPr="002F3886" w14:paraId="08FD025A" w14:textId="77777777">
        <w:trPr>
          <w:trHeight w:hRule="exact" w:val="186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1A26F08"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5.5.</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6F8A4405" w14:textId="77777777" w:rsidR="00083BFC" w:rsidRPr="005F2B85" w:rsidRDefault="0045250B">
            <w:pPr>
              <w:autoSpaceDE w:val="0"/>
              <w:autoSpaceDN w:val="0"/>
              <w:spacing w:before="78" w:after="0" w:line="230" w:lineRule="auto"/>
              <w:ind w:left="72"/>
              <w:rPr>
                <w:lang w:val="ru-RU"/>
              </w:rPr>
            </w:pPr>
            <w:r w:rsidRPr="005F2B85">
              <w:rPr>
                <w:rFonts w:ascii="Times New Roman" w:eastAsia="Times New Roman" w:hAnsi="Times New Roman"/>
                <w:b/>
                <w:color w:val="000000"/>
                <w:w w:val="97"/>
                <w:sz w:val="16"/>
                <w:lang w:val="ru-RU"/>
              </w:rPr>
              <w:t>Декоративная композиция в круге или полосе.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6063E9"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AE5B14B"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8CF674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BB0C1B" w14:textId="44661BA4"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DCC2972" w14:textId="77777777" w:rsidR="00083BFC" w:rsidRPr="00A34AAE" w:rsidRDefault="0045250B">
            <w:pPr>
              <w:autoSpaceDE w:val="0"/>
              <w:autoSpaceDN w:val="0"/>
              <w:spacing w:before="78" w:after="0" w:line="254" w:lineRule="auto"/>
              <w:ind w:left="72"/>
              <w:rPr>
                <w:lang w:val="ru-RU"/>
              </w:rPr>
            </w:pPr>
            <w:r w:rsidRPr="005F2B85">
              <w:rPr>
                <w:rFonts w:ascii="Times New Roman" w:eastAsia="Times New Roman" w:hAnsi="Times New Roman"/>
                <w:color w:val="000000"/>
                <w:w w:val="97"/>
                <w:sz w:val="16"/>
                <w:lang w:val="ru-RU"/>
              </w:rPr>
              <w:t xml:space="preserve">Рассматривать орнаменты в круге, полосе, квадрате в соответствии с оформляемой предметной </w:t>
            </w:r>
            <w:r w:rsidRPr="005F2B85">
              <w:rPr>
                <w:lang w:val="ru-RU"/>
              </w:rPr>
              <w:br/>
            </w:r>
            <w:r w:rsidRPr="005F2B85">
              <w:rPr>
                <w:rFonts w:ascii="Times New Roman" w:eastAsia="Times New Roman" w:hAnsi="Times New Roman"/>
                <w:color w:val="000000"/>
                <w:w w:val="97"/>
                <w:sz w:val="16"/>
                <w:lang w:val="ru-RU"/>
              </w:rPr>
              <w:t xml:space="preserve">поверхностью; </w:t>
            </w:r>
            <w:r w:rsidRPr="005F2B85">
              <w:rPr>
                <w:lang w:val="ru-RU"/>
              </w:rPr>
              <w:br/>
            </w:r>
            <w:r w:rsidRPr="005F2B85">
              <w:rPr>
                <w:rFonts w:ascii="Times New Roman" w:eastAsia="Times New Roman" w:hAnsi="Times New Roman"/>
                <w:color w:val="000000"/>
                <w:w w:val="97"/>
                <w:sz w:val="16"/>
                <w:lang w:val="ru-RU"/>
              </w:rPr>
              <w:t xml:space="preserve">Выполнить гуашью творческое </w:t>
            </w:r>
            <w:r w:rsidRPr="005F2B85">
              <w:rPr>
                <w:lang w:val="ru-RU"/>
              </w:rPr>
              <w:br/>
            </w:r>
            <w:r w:rsidRPr="005F2B85">
              <w:rPr>
                <w:rFonts w:ascii="Times New Roman" w:eastAsia="Times New Roman" w:hAnsi="Times New Roman"/>
                <w:color w:val="000000"/>
                <w:w w:val="97"/>
                <w:sz w:val="16"/>
                <w:lang w:val="ru-RU"/>
              </w:rPr>
              <w:t xml:space="preserve">орнаментальное стилизованное </w:t>
            </w:r>
            <w:r w:rsidRPr="005F2B85">
              <w:rPr>
                <w:lang w:val="ru-RU"/>
              </w:rPr>
              <w:br/>
            </w:r>
            <w:r w:rsidRPr="005F2B85">
              <w:rPr>
                <w:rFonts w:ascii="Times New Roman" w:eastAsia="Times New Roman" w:hAnsi="Times New Roman"/>
                <w:color w:val="000000"/>
                <w:w w:val="97"/>
                <w:sz w:val="16"/>
                <w:lang w:val="ru-RU"/>
              </w:rPr>
              <w:t xml:space="preserve">изображение цветка, птицы и др. </w:t>
            </w:r>
            <w:r w:rsidRPr="00A34AAE">
              <w:rPr>
                <w:rFonts w:ascii="Times New Roman" w:eastAsia="Times New Roman" w:hAnsi="Times New Roman"/>
                <w:color w:val="000000"/>
                <w:w w:val="97"/>
                <w:sz w:val="16"/>
                <w:lang w:val="ru-RU"/>
              </w:rPr>
              <w:t>(по выбору) в круге или в квадрате (без раппорта);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C5ED8C1"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DAE0B87" w14:textId="77777777" w:rsidR="00083BFC" w:rsidRPr="005F2B85" w:rsidRDefault="0045250B">
            <w:pPr>
              <w:autoSpaceDE w:val="0"/>
              <w:autoSpaceDN w:val="0"/>
              <w:spacing w:before="78" w:after="0" w:line="245" w:lineRule="auto"/>
              <w:ind w:left="72" w:right="144"/>
              <w:rPr>
                <w:lang w:val="ru-RU"/>
              </w:rPr>
            </w:pPr>
            <w:r w:rsidRPr="005F2B85">
              <w:rPr>
                <w:rFonts w:ascii="Times New Roman" w:eastAsia="Times New Roman" w:hAnsi="Times New Roman"/>
                <w:color w:val="000000"/>
                <w:w w:val="97"/>
                <w:sz w:val="16"/>
                <w:lang w:val="ru-RU"/>
              </w:rPr>
              <w:t xml:space="preserve">Урок «Декоративная композиция» (РЭШ)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/3726/</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/169650/</w:t>
            </w:r>
          </w:p>
        </w:tc>
      </w:tr>
      <w:tr w:rsidR="00083BFC" w:rsidRPr="002F3886" w14:paraId="06865CB6"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2F7BBB"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5.6.</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30AA9704" w14:textId="77777777" w:rsidR="00083BFC" w:rsidRPr="005F2B85" w:rsidRDefault="0045250B">
            <w:pPr>
              <w:autoSpaceDE w:val="0"/>
              <w:autoSpaceDN w:val="0"/>
              <w:spacing w:before="78" w:after="0" w:line="250" w:lineRule="auto"/>
              <w:ind w:left="72"/>
              <w:rPr>
                <w:lang w:val="ru-RU"/>
              </w:rPr>
            </w:pPr>
            <w:r w:rsidRPr="005F2B85">
              <w:rPr>
                <w:rFonts w:ascii="Times New Roman" w:eastAsia="Times New Roman" w:hAnsi="Times New Roman"/>
                <w:b/>
                <w:color w:val="000000"/>
                <w:w w:val="97"/>
                <w:sz w:val="16"/>
                <w:lang w:val="ru-RU"/>
              </w:rPr>
              <w:t xml:space="preserve">Орнамент, характерный для игрушек одного из </w:t>
            </w:r>
            <w:r w:rsidRPr="005F2B85">
              <w:rPr>
                <w:lang w:val="ru-RU"/>
              </w:rPr>
              <w:br/>
            </w:r>
            <w:r w:rsidRPr="005F2B85">
              <w:rPr>
                <w:rFonts w:ascii="Times New Roman" w:eastAsia="Times New Roman" w:hAnsi="Times New Roman"/>
                <w:b/>
                <w:color w:val="000000"/>
                <w:w w:val="97"/>
                <w:sz w:val="16"/>
                <w:lang w:val="ru-RU"/>
              </w:rPr>
              <w:t xml:space="preserve">наиболее известных народных художественных </w:t>
            </w:r>
            <w:r w:rsidRPr="005F2B85">
              <w:rPr>
                <w:lang w:val="ru-RU"/>
              </w:rPr>
              <w:br/>
            </w:r>
            <w:r w:rsidRPr="005F2B85">
              <w:rPr>
                <w:rFonts w:ascii="Times New Roman" w:eastAsia="Times New Roman" w:hAnsi="Times New Roman"/>
                <w:b/>
                <w:color w:val="000000"/>
                <w:w w:val="97"/>
                <w:sz w:val="16"/>
                <w:lang w:val="ru-RU"/>
              </w:rPr>
              <w:t>промыслов. Дымковская, каргопольская игрушка или по выбору учителя с учётом местных промыслов.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B704561"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D22544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9092BC5"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E112F0" w14:textId="3D748E23"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18A04A05" w14:textId="77777777" w:rsidR="00083BFC" w:rsidRPr="005F2B85" w:rsidRDefault="0045250B">
            <w:pPr>
              <w:autoSpaceDE w:val="0"/>
              <w:autoSpaceDN w:val="0"/>
              <w:spacing w:before="78" w:after="0" w:line="247" w:lineRule="auto"/>
              <w:ind w:left="72" w:right="432"/>
              <w:rPr>
                <w:lang w:val="ru-RU"/>
              </w:rPr>
            </w:pPr>
            <w:r w:rsidRPr="005F2B85">
              <w:rPr>
                <w:rFonts w:ascii="Times New Roman" w:eastAsia="Times New Roman" w:hAnsi="Times New Roman"/>
                <w:color w:val="000000"/>
                <w:w w:val="97"/>
                <w:sz w:val="16"/>
                <w:lang w:val="ru-RU"/>
              </w:rPr>
              <w:t>Выполнить на бумаге красками рисунок орнамента выбранной игрушки;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8446A92"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3B94B30" w14:textId="77777777" w:rsidR="00083BFC" w:rsidRPr="005F2B85" w:rsidRDefault="0045250B">
            <w:pPr>
              <w:autoSpaceDE w:val="0"/>
              <w:autoSpaceDN w:val="0"/>
              <w:spacing w:before="78" w:after="0" w:line="247" w:lineRule="auto"/>
              <w:ind w:left="72"/>
              <w:rPr>
                <w:lang w:val="ru-RU"/>
              </w:rPr>
            </w:pPr>
            <w:r w:rsidRPr="005F2B85">
              <w:rPr>
                <w:rFonts w:ascii="Times New Roman" w:eastAsia="Times New Roman" w:hAnsi="Times New Roman"/>
                <w:color w:val="000000"/>
                <w:w w:val="97"/>
                <w:sz w:val="16"/>
                <w:lang w:val="ru-RU"/>
              </w:rPr>
              <w:t xml:space="preserve">"Знакомство с дымковской игрушкой" (МЭШ)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 10511838?</w:t>
            </w:r>
            <w:r>
              <w:rPr>
                <w:rFonts w:ascii="Times New Roman" w:eastAsia="Times New Roman" w:hAnsi="Times New Roman"/>
                <w:color w:val="000000"/>
                <w:w w:val="97"/>
                <w:sz w:val="16"/>
              </w:rPr>
              <w:t>menuReferrer</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catalogue</w:t>
            </w:r>
          </w:p>
        </w:tc>
      </w:tr>
      <w:tr w:rsidR="00083BFC" w:rsidRPr="002F3886" w14:paraId="5A6C12A1"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B9F77A6"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5.7.</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FBE0AB9" w14:textId="77777777" w:rsidR="00083BFC" w:rsidRDefault="0045250B">
            <w:pPr>
              <w:autoSpaceDE w:val="0"/>
              <w:autoSpaceDN w:val="0"/>
              <w:spacing w:before="78" w:after="0" w:line="245" w:lineRule="auto"/>
              <w:ind w:left="72" w:right="144"/>
            </w:pPr>
            <w:r w:rsidRPr="005F2B85">
              <w:rPr>
                <w:rFonts w:ascii="Times New Roman" w:eastAsia="Times New Roman" w:hAnsi="Times New Roman"/>
                <w:b/>
                <w:color w:val="000000"/>
                <w:w w:val="97"/>
                <w:sz w:val="16"/>
                <w:lang w:val="ru-RU"/>
              </w:rPr>
              <w:t xml:space="preserve">Оригами — создание игрушки для новогодней ёлки. </w:t>
            </w:r>
            <w:r>
              <w:rPr>
                <w:rFonts w:ascii="Times New Roman" w:eastAsia="Times New Roman" w:hAnsi="Times New Roman"/>
                <w:b/>
                <w:color w:val="000000"/>
                <w:w w:val="97"/>
                <w:sz w:val="16"/>
              </w:rPr>
              <w:t>Приёмы складывания бумаги.</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AE38F2"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CB584E"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A07919D"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F69EF74" w14:textId="1B516F06"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7E14108D" w14:textId="77777777" w:rsidR="00083BFC" w:rsidRPr="005F2B85" w:rsidRDefault="0045250B">
            <w:pPr>
              <w:autoSpaceDE w:val="0"/>
              <w:autoSpaceDN w:val="0"/>
              <w:spacing w:before="78" w:after="0" w:line="245" w:lineRule="auto"/>
              <w:ind w:left="72" w:right="432"/>
              <w:rPr>
                <w:lang w:val="ru-RU"/>
              </w:rPr>
            </w:pPr>
            <w:r w:rsidRPr="005F2B85">
              <w:rPr>
                <w:rFonts w:ascii="Times New Roman" w:eastAsia="Times New Roman" w:hAnsi="Times New Roman"/>
                <w:color w:val="000000"/>
                <w:w w:val="97"/>
                <w:sz w:val="16"/>
                <w:lang w:val="ru-RU"/>
              </w:rPr>
              <w:t>Осваивать технику оригами, сложение несложных фигурок;</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2CBE223"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2AF4EBA" w14:textId="77777777" w:rsidR="00083BFC" w:rsidRPr="005F2B85" w:rsidRDefault="0045250B">
            <w:pPr>
              <w:autoSpaceDE w:val="0"/>
              <w:autoSpaceDN w:val="0"/>
              <w:spacing w:before="78" w:after="0" w:line="245" w:lineRule="auto"/>
              <w:ind w:left="72" w:right="288"/>
              <w:rPr>
                <w:lang w:val="ru-RU"/>
              </w:rPr>
            </w:pPr>
            <w:r w:rsidRPr="005F2B85">
              <w:rPr>
                <w:rFonts w:ascii="Times New Roman" w:eastAsia="Times New Roman" w:hAnsi="Times New Roman"/>
                <w:color w:val="000000"/>
                <w:w w:val="97"/>
                <w:sz w:val="16"/>
                <w:lang w:val="ru-RU"/>
              </w:rPr>
              <w:t xml:space="preserve">Урок «Новогодние игрушки» (РЭШ)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/4994/</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/182134</w:t>
            </w:r>
          </w:p>
        </w:tc>
      </w:tr>
      <w:tr w:rsidR="00083BFC" w:rsidRPr="002F3886" w14:paraId="508E3B2B" w14:textId="7777777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F139B40"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5.8.</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2E37F49D" w14:textId="77777777" w:rsidR="00083BFC" w:rsidRPr="005F2B85" w:rsidRDefault="0045250B">
            <w:pPr>
              <w:autoSpaceDE w:val="0"/>
              <w:autoSpaceDN w:val="0"/>
              <w:spacing w:before="78" w:after="0" w:line="230" w:lineRule="auto"/>
              <w:ind w:left="72"/>
              <w:rPr>
                <w:lang w:val="ru-RU"/>
              </w:rPr>
            </w:pPr>
            <w:r w:rsidRPr="005F2B85">
              <w:rPr>
                <w:rFonts w:ascii="Times New Roman" w:eastAsia="Times New Roman" w:hAnsi="Times New Roman"/>
                <w:b/>
                <w:color w:val="000000"/>
                <w:w w:val="97"/>
                <w:sz w:val="16"/>
                <w:lang w:val="ru-RU"/>
              </w:rPr>
              <w:t>Форма и украшение бытовых предметов.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3B0095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3644F4B"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A429230"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6EF2025" w14:textId="0A8F7EC0"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3EB0E3B7" w14:textId="77777777" w:rsidR="00083BFC" w:rsidRPr="005F2B85" w:rsidRDefault="0045250B">
            <w:pPr>
              <w:autoSpaceDE w:val="0"/>
              <w:autoSpaceDN w:val="0"/>
              <w:spacing w:before="78" w:after="0" w:line="245" w:lineRule="auto"/>
              <w:ind w:left="72" w:right="432"/>
              <w:rPr>
                <w:lang w:val="ru-RU"/>
              </w:rPr>
            </w:pPr>
            <w:r w:rsidRPr="005F2B85">
              <w:rPr>
                <w:rFonts w:ascii="Times New Roman" w:eastAsia="Times New Roman" w:hAnsi="Times New Roman"/>
                <w:color w:val="000000"/>
                <w:w w:val="97"/>
                <w:sz w:val="16"/>
                <w:lang w:val="ru-RU"/>
              </w:rPr>
              <w:t>Осваивать технику оригами, сложение несложных фигурок;</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31CA6C5"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368B64" w14:textId="77777777" w:rsidR="00083BFC" w:rsidRPr="005F2B85" w:rsidRDefault="0045250B">
            <w:pPr>
              <w:autoSpaceDE w:val="0"/>
              <w:autoSpaceDN w:val="0"/>
              <w:spacing w:before="78" w:after="0" w:line="245" w:lineRule="auto"/>
              <w:ind w:left="72" w:right="288"/>
              <w:rPr>
                <w:lang w:val="ru-RU"/>
              </w:rPr>
            </w:pPr>
            <w:r w:rsidRPr="005F2B85">
              <w:rPr>
                <w:rFonts w:ascii="Times New Roman" w:eastAsia="Times New Roman" w:hAnsi="Times New Roman"/>
                <w:color w:val="000000"/>
                <w:w w:val="97"/>
                <w:sz w:val="16"/>
                <w:lang w:val="ru-RU"/>
              </w:rPr>
              <w:t xml:space="preserve">Урок «Дымковская игрушка» (РЭШ)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/4995/</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/161058</w:t>
            </w:r>
          </w:p>
        </w:tc>
      </w:tr>
      <w:tr w:rsidR="00083BFC" w:rsidRPr="002F3886" w14:paraId="4DD6E6D6"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B80B12A"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5.9.</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1319A294" w14:textId="77777777" w:rsidR="00083BFC" w:rsidRPr="005F2B85" w:rsidRDefault="0045250B">
            <w:pPr>
              <w:autoSpaceDE w:val="0"/>
              <w:autoSpaceDN w:val="0"/>
              <w:spacing w:before="76" w:after="0" w:line="245" w:lineRule="auto"/>
              <w:ind w:left="72" w:right="288"/>
              <w:rPr>
                <w:lang w:val="ru-RU"/>
              </w:rPr>
            </w:pPr>
            <w:r w:rsidRPr="005F2B85">
              <w:rPr>
                <w:rFonts w:ascii="Times New Roman" w:eastAsia="Times New Roman" w:hAnsi="Times New Roman"/>
                <w:b/>
                <w:color w:val="000000"/>
                <w:w w:val="97"/>
                <w:sz w:val="16"/>
                <w:lang w:val="ru-RU"/>
              </w:rPr>
              <w:t>Приёмы бумагопластики. Сумка или упаковка и её декор.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7EC73B"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ADF680"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D6850E"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3BB7454" w14:textId="77777777" w:rsidR="00083BFC" w:rsidRDefault="00083BFC"/>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6A994D" w14:textId="77777777" w:rsidR="00083BFC" w:rsidRPr="005F2B85" w:rsidRDefault="0045250B">
            <w:pPr>
              <w:autoSpaceDE w:val="0"/>
              <w:autoSpaceDN w:val="0"/>
              <w:spacing w:before="76" w:after="0" w:line="250" w:lineRule="auto"/>
              <w:ind w:left="72"/>
              <w:rPr>
                <w:lang w:val="ru-RU"/>
              </w:rPr>
            </w:pPr>
            <w:r w:rsidRPr="005F2B85">
              <w:rPr>
                <w:rFonts w:ascii="Times New Roman" w:eastAsia="Times New Roman" w:hAnsi="Times New Roman"/>
                <w:color w:val="000000"/>
                <w:w w:val="97"/>
                <w:sz w:val="16"/>
                <w:lang w:val="ru-RU"/>
              </w:rPr>
              <w:t xml:space="preserve">Осваивать навыки работы с бумагой, ножницами, клеем, подручными </w:t>
            </w:r>
            <w:r w:rsidRPr="005F2B85">
              <w:rPr>
                <w:lang w:val="ru-RU"/>
              </w:rPr>
              <w:br/>
            </w:r>
            <w:r w:rsidRPr="005F2B85">
              <w:rPr>
                <w:rFonts w:ascii="Times New Roman" w:eastAsia="Times New Roman" w:hAnsi="Times New Roman"/>
                <w:color w:val="000000"/>
                <w:w w:val="97"/>
                <w:sz w:val="16"/>
                <w:lang w:val="ru-RU"/>
              </w:rPr>
              <w:t>материалами;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987F031"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16841B" w14:textId="77777777" w:rsidR="00083BFC" w:rsidRPr="005F2B85" w:rsidRDefault="0045250B">
            <w:pPr>
              <w:autoSpaceDE w:val="0"/>
              <w:autoSpaceDN w:val="0"/>
              <w:spacing w:before="76" w:after="0" w:line="245" w:lineRule="auto"/>
              <w:ind w:left="72" w:right="288"/>
              <w:rPr>
                <w:lang w:val="ru-RU"/>
              </w:rPr>
            </w:pPr>
            <w:r w:rsidRPr="005F2B85">
              <w:rPr>
                <w:rFonts w:ascii="Times New Roman" w:eastAsia="Times New Roman" w:hAnsi="Times New Roman"/>
                <w:color w:val="000000"/>
                <w:w w:val="97"/>
                <w:sz w:val="16"/>
                <w:lang w:val="ru-RU"/>
              </w:rPr>
              <w:t xml:space="preserve">Урок «Народный костюм» (РЭШ)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F2B85">
              <w:rPr>
                <w:rFonts w:ascii="Times New Roman" w:eastAsia="Times New Roman" w:hAnsi="Times New Roman"/>
                <w:color w:val="000000"/>
                <w:w w:val="97"/>
                <w:sz w:val="16"/>
                <w:lang w:val="ru-RU"/>
              </w:rPr>
              <w:t>/4214/</w:t>
            </w:r>
            <w:r>
              <w:rPr>
                <w:rFonts w:ascii="Times New Roman" w:eastAsia="Times New Roman" w:hAnsi="Times New Roman"/>
                <w:color w:val="000000"/>
                <w:w w:val="97"/>
                <w:sz w:val="16"/>
              </w:rPr>
              <w:t>start</w:t>
            </w:r>
            <w:r w:rsidRPr="005F2B85">
              <w:rPr>
                <w:rFonts w:ascii="Times New Roman" w:eastAsia="Times New Roman" w:hAnsi="Times New Roman"/>
                <w:color w:val="000000"/>
                <w:w w:val="97"/>
                <w:sz w:val="16"/>
                <w:lang w:val="ru-RU"/>
              </w:rPr>
              <w:t>/172904</w:t>
            </w:r>
          </w:p>
        </w:tc>
      </w:tr>
      <w:tr w:rsidR="00083BFC" w14:paraId="47EE2A5E" w14:textId="77777777">
        <w:trPr>
          <w:trHeight w:hRule="exact" w:val="348"/>
        </w:trPr>
        <w:tc>
          <w:tcPr>
            <w:tcW w:w="45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862704A"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Итого по модулю 5</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7AAAD7"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8</w:t>
            </w:r>
          </w:p>
        </w:tc>
        <w:tc>
          <w:tcPr>
            <w:tcW w:w="104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13F8B96C" w14:textId="77777777" w:rsidR="00083BFC" w:rsidRDefault="00083BFC"/>
        </w:tc>
      </w:tr>
      <w:tr w:rsidR="00083BFC" w14:paraId="188D878D" w14:textId="7777777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16DC3297"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 xml:space="preserve">Модуль 6. </w:t>
            </w:r>
            <w:r>
              <w:rPr>
                <w:rFonts w:ascii="Times New Roman" w:eastAsia="Times New Roman" w:hAnsi="Times New Roman"/>
                <w:b/>
                <w:color w:val="000000"/>
                <w:w w:val="97"/>
                <w:sz w:val="16"/>
              </w:rPr>
              <w:t xml:space="preserve">Архитектура </w:t>
            </w:r>
          </w:p>
        </w:tc>
      </w:tr>
      <w:tr w:rsidR="00083BFC" w:rsidRPr="002F3886" w14:paraId="53CF4E9C" w14:textId="77777777">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895E4A6"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6.1.</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79715F29" w14:textId="77777777" w:rsidR="00083BFC" w:rsidRPr="005F2B85" w:rsidRDefault="0045250B">
            <w:pPr>
              <w:autoSpaceDE w:val="0"/>
              <w:autoSpaceDN w:val="0"/>
              <w:spacing w:before="78" w:after="0" w:line="247" w:lineRule="auto"/>
              <w:ind w:left="72" w:right="144"/>
              <w:rPr>
                <w:lang w:val="ru-RU"/>
              </w:rPr>
            </w:pPr>
            <w:r w:rsidRPr="005F2B85">
              <w:rPr>
                <w:rFonts w:ascii="Times New Roman" w:eastAsia="Times New Roman" w:hAnsi="Times New Roman"/>
                <w:b/>
                <w:color w:val="000000"/>
                <w:w w:val="97"/>
                <w:sz w:val="16"/>
                <w:lang w:val="ru-RU"/>
              </w:rPr>
              <w:t>Наблюдение разнообразия архитектурных построек в окружающем мире по фотографиям, обсуждение их особенностей и составных частей зданий.</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D5CA434"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6141F8E"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D0B5B0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7B12B6F" w14:textId="6CA7A1BD"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62DC2B1F" w14:textId="77777777" w:rsidR="00083BFC" w:rsidRPr="005F2B85" w:rsidRDefault="0045250B">
            <w:pPr>
              <w:autoSpaceDE w:val="0"/>
              <w:autoSpaceDN w:val="0"/>
              <w:spacing w:before="78" w:after="0" w:line="252" w:lineRule="auto"/>
              <w:ind w:left="72" w:right="288"/>
              <w:rPr>
                <w:lang w:val="ru-RU"/>
              </w:rPr>
            </w:pPr>
            <w:r w:rsidRPr="005F2B85">
              <w:rPr>
                <w:rFonts w:ascii="Times New Roman" w:eastAsia="Times New Roman" w:hAnsi="Times New Roman"/>
                <w:color w:val="000000"/>
                <w:w w:val="97"/>
                <w:sz w:val="16"/>
                <w:lang w:val="ru-RU"/>
              </w:rPr>
              <w:t xml:space="preserve">Рассматривать и сравнивать </w:t>
            </w:r>
            <w:r w:rsidRPr="005F2B85">
              <w:rPr>
                <w:lang w:val="ru-RU"/>
              </w:rPr>
              <w:br/>
            </w:r>
            <w:r w:rsidRPr="005F2B85">
              <w:rPr>
                <w:rFonts w:ascii="Times New Roman" w:eastAsia="Times New Roman" w:hAnsi="Times New Roman"/>
                <w:color w:val="000000"/>
                <w:w w:val="97"/>
                <w:sz w:val="16"/>
                <w:lang w:val="ru-RU"/>
              </w:rPr>
              <w:t xml:space="preserve">различные здания в окружающем мире (по фотографиям); </w:t>
            </w:r>
            <w:r w:rsidRPr="005F2B85">
              <w:rPr>
                <w:lang w:val="ru-RU"/>
              </w:rPr>
              <w:br/>
            </w:r>
            <w:r w:rsidRPr="005F2B85">
              <w:rPr>
                <w:rFonts w:ascii="Times New Roman" w:eastAsia="Times New Roman" w:hAnsi="Times New Roman"/>
                <w:color w:val="000000"/>
                <w:w w:val="97"/>
                <w:sz w:val="16"/>
                <w:lang w:val="ru-RU"/>
              </w:rPr>
              <w:t>Анализировать и характеризовать особенности и составные части рассматриваемых зданий;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36F3062"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B9FFD90" w14:textId="77777777" w:rsidR="00083BFC" w:rsidRPr="005F2B85" w:rsidRDefault="0045250B">
            <w:pPr>
              <w:autoSpaceDE w:val="0"/>
              <w:autoSpaceDN w:val="0"/>
              <w:spacing w:before="78" w:after="0" w:line="247" w:lineRule="auto"/>
              <w:ind w:left="72" w:right="144"/>
              <w:rPr>
                <w:lang w:val="ru-RU"/>
              </w:rPr>
            </w:pPr>
            <w:r w:rsidRPr="005F2B85">
              <w:rPr>
                <w:rFonts w:ascii="Times New Roman" w:eastAsia="Times New Roman" w:hAnsi="Times New Roman"/>
                <w:color w:val="000000"/>
                <w:w w:val="97"/>
                <w:sz w:val="16"/>
                <w:lang w:val="ru-RU"/>
              </w:rPr>
              <w:t xml:space="preserve">Урок «Строим город» (конструируем дом из геометрических форм)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youtube</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com</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watch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v</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VEM</w:t>
            </w:r>
            <w:r w:rsidRPr="005F2B85">
              <w:rPr>
                <w:rFonts w:ascii="Times New Roman" w:eastAsia="Times New Roman" w:hAnsi="Times New Roman"/>
                <w:color w:val="000000"/>
                <w:w w:val="97"/>
                <w:sz w:val="16"/>
                <w:lang w:val="ru-RU"/>
              </w:rPr>
              <w:t>6</w:t>
            </w:r>
            <w:r>
              <w:rPr>
                <w:rFonts w:ascii="Times New Roman" w:eastAsia="Times New Roman" w:hAnsi="Times New Roman"/>
                <w:color w:val="000000"/>
                <w:w w:val="97"/>
                <w:sz w:val="16"/>
              </w:rPr>
              <w:t>akFGxtE</w:t>
            </w:r>
          </w:p>
        </w:tc>
      </w:tr>
      <w:tr w:rsidR="00083BFC" w:rsidRPr="002F3886" w14:paraId="22D6854B" w14:textId="77777777">
        <w:trPr>
          <w:trHeight w:hRule="exact" w:val="207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079395"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6.2.</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64B59DF5" w14:textId="77777777" w:rsidR="00083BFC" w:rsidRPr="005F2B85" w:rsidRDefault="0045250B">
            <w:pPr>
              <w:autoSpaceDE w:val="0"/>
              <w:autoSpaceDN w:val="0"/>
              <w:spacing w:before="76" w:after="0" w:line="233" w:lineRule="auto"/>
              <w:ind w:left="72"/>
              <w:rPr>
                <w:lang w:val="ru-RU"/>
              </w:rPr>
            </w:pPr>
            <w:r w:rsidRPr="005F2B85">
              <w:rPr>
                <w:rFonts w:ascii="Times New Roman" w:eastAsia="Times New Roman" w:hAnsi="Times New Roman"/>
                <w:b/>
                <w:color w:val="000000"/>
                <w:w w:val="97"/>
                <w:sz w:val="16"/>
                <w:lang w:val="ru-RU"/>
              </w:rPr>
              <w:t>Освоение приёмов конструирования из бумаги.</w:t>
            </w:r>
          </w:p>
          <w:p w14:paraId="2679B040" w14:textId="77777777" w:rsidR="00083BFC" w:rsidRPr="005F2B85" w:rsidRDefault="0045250B">
            <w:pPr>
              <w:autoSpaceDE w:val="0"/>
              <w:autoSpaceDN w:val="0"/>
              <w:spacing w:before="18" w:after="0" w:line="233" w:lineRule="auto"/>
              <w:jc w:val="center"/>
              <w:rPr>
                <w:lang w:val="ru-RU"/>
              </w:rPr>
            </w:pPr>
            <w:r w:rsidRPr="005F2B85">
              <w:rPr>
                <w:rFonts w:ascii="Times New Roman" w:eastAsia="Times New Roman" w:hAnsi="Times New Roman"/>
                <w:b/>
                <w:color w:val="000000"/>
                <w:w w:val="97"/>
                <w:sz w:val="16"/>
                <w:lang w:val="ru-RU"/>
              </w:rPr>
              <w:t>Складывание объёмных простых геометрических тел.</w:t>
            </w:r>
          </w:p>
          <w:p w14:paraId="256B3E79" w14:textId="77777777" w:rsidR="00083BFC" w:rsidRPr="005F2B85" w:rsidRDefault="0045250B">
            <w:pPr>
              <w:autoSpaceDE w:val="0"/>
              <w:autoSpaceDN w:val="0"/>
              <w:spacing w:before="18" w:after="0" w:line="250" w:lineRule="auto"/>
              <w:ind w:left="72" w:right="576"/>
              <w:rPr>
                <w:lang w:val="ru-RU"/>
              </w:rPr>
            </w:pPr>
            <w:r w:rsidRPr="005F2B85">
              <w:rPr>
                <w:rFonts w:ascii="Times New Roman" w:eastAsia="Times New Roman" w:hAnsi="Times New Roman"/>
                <w:b/>
                <w:color w:val="000000"/>
                <w:w w:val="97"/>
                <w:sz w:val="16"/>
                <w:lang w:val="ru-RU"/>
              </w:rPr>
              <w:t xml:space="preserve">Овладение приёмами склеивания деталей, </w:t>
            </w:r>
            <w:r w:rsidRPr="005F2B85">
              <w:rPr>
                <w:lang w:val="ru-RU"/>
              </w:rPr>
              <w:br/>
            </w:r>
            <w:r w:rsidRPr="005F2B85">
              <w:rPr>
                <w:rFonts w:ascii="Times New Roman" w:eastAsia="Times New Roman" w:hAnsi="Times New Roman"/>
                <w:b/>
                <w:color w:val="000000"/>
                <w:w w:val="97"/>
                <w:sz w:val="16"/>
                <w:lang w:val="ru-RU"/>
              </w:rPr>
              <w:t>надрезания, вырезания деталей, использование приёмов симметрии.</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E487CC7"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DE7A972"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B5C5B60"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12A2700" w14:textId="23C7BDC2" w:rsidR="00083BFC" w:rsidRDefault="00083BFC">
            <w:pPr>
              <w:autoSpaceDE w:val="0"/>
              <w:autoSpaceDN w:val="0"/>
              <w:spacing w:before="76" w:after="0" w:line="233"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0926FC87" w14:textId="77777777" w:rsidR="00083BFC" w:rsidRPr="005F2B85" w:rsidRDefault="0045250B">
            <w:pPr>
              <w:autoSpaceDE w:val="0"/>
              <w:autoSpaceDN w:val="0"/>
              <w:spacing w:before="76" w:after="0" w:line="254" w:lineRule="auto"/>
              <w:ind w:left="72"/>
              <w:rPr>
                <w:lang w:val="ru-RU"/>
              </w:rPr>
            </w:pPr>
            <w:r w:rsidRPr="005F2B85">
              <w:rPr>
                <w:rFonts w:ascii="Times New Roman" w:eastAsia="Times New Roman" w:hAnsi="Times New Roman"/>
                <w:color w:val="000000"/>
                <w:w w:val="97"/>
                <w:sz w:val="16"/>
                <w:lang w:val="ru-RU"/>
              </w:rPr>
              <w:t xml:space="preserve">Осваивать приёмы складывания </w:t>
            </w:r>
            <w:r w:rsidRPr="005F2B85">
              <w:rPr>
                <w:lang w:val="ru-RU"/>
              </w:rPr>
              <w:br/>
            </w:r>
            <w:r w:rsidRPr="005F2B85">
              <w:rPr>
                <w:rFonts w:ascii="Times New Roman" w:eastAsia="Times New Roman" w:hAnsi="Times New Roman"/>
                <w:color w:val="000000"/>
                <w:w w:val="97"/>
                <w:sz w:val="16"/>
                <w:lang w:val="ru-RU"/>
              </w:rPr>
              <w:t xml:space="preserve">объёмных простых геометрических тел из бумаги (параллелепипед, </w:t>
            </w:r>
            <w:r w:rsidRPr="005F2B85">
              <w:rPr>
                <w:lang w:val="ru-RU"/>
              </w:rPr>
              <w:br/>
            </w:r>
            <w:r w:rsidRPr="005F2B85">
              <w:rPr>
                <w:rFonts w:ascii="Times New Roman" w:eastAsia="Times New Roman" w:hAnsi="Times New Roman"/>
                <w:color w:val="000000"/>
                <w:w w:val="97"/>
                <w:sz w:val="16"/>
                <w:lang w:val="ru-RU"/>
              </w:rPr>
              <w:t xml:space="preserve">конус, пирамида) в качестве основы для домиков; </w:t>
            </w:r>
            <w:r w:rsidRPr="005F2B85">
              <w:rPr>
                <w:lang w:val="ru-RU"/>
              </w:rPr>
              <w:br/>
            </w:r>
            <w:r w:rsidRPr="005F2B85">
              <w:rPr>
                <w:rFonts w:ascii="Times New Roman" w:eastAsia="Times New Roman" w:hAnsi="Times New Roman"/>
                <w:color w:val="000000"/>
                <w:w w:val="97"/>
                <w:sz w:val="16"/>
                <w:lang w:val="ru-RU"/>
              </w:rPr>
              <w:t xml:space="preserve">Осваивать приёмы склеивания </w:t>
            </w:r>
            <w:r w:rsidRPr="005F2B85">
              <w:rPr>
                <w:lang w:val="ru-RU"/>
              </w:rPr>
              <w:br/>
            </w:r>
            <w:r w:rsidRPr="005F2B85">
              <w:rPr>
                <w:rFonts w:ascii="Times New Roman" w:eastAsia="Times New Roman" w:hAnsi="Times New Roman"/>
                <w:color w:val="000000"/>
                <w:w w:val="97"/>
                <w:sz w:val="16"/>
                <w:lang w:val="ru-RU"/>
              </w:rPr>
              <w:t xml:space="preserve">деталей, симметричного надрезания, вырезания деталей и др., чтобы </w:t>
            </w:r>
            <w:r w:rsidRPr="005F2B85">
              <w:rPr>
                <w:lang w:val="ru-RU"/>
              </w:rPr>
              <w:br/>
            </w:r>
            <w:r w:rsidRPr="005F2B85">
              <w:rPr>
                <w:rFonts w:ascii="Times New Roman" w:eastAsia="Times New Roman" w:hAnsi="Times New Roman"/>
                <w:color w:val="000000"/>
                <w:w w:val="97"/>
                <w:sz w:val="16"/>
                <w:lang w:val="ru-RU"/>
              </w:rPr>
              <w:t xml:space="preserve">получились крыши, окна, двери, </w:t>
            </w:r>
            <w:r w:rsidRPr="005F2B85">
              <w:rPr>
                <w:lang w:val="ru-RU"/>
              </w:rPr>
              <w:br/>
            </w:r>
            <w:r w:rsidRPr="005F2B85">
              <w:rPr>
                <w:rFonts w:ascii="Times New Roman" w:eastAsia="Times New Roman" w:hAnsi="Times New Roman"/>
                <w:color w:val="000000"/>
                <w:w w:val="97"/>
                <w:sz w:val="16"/>
                <w:lang w:val="ru-RU"/>
              </w:rPr>
              <w:t>лестницы для бумажных домиков;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7B26C22" w14:textId="77777777" w:rsidR="00083BFC" w:rsidRDefault="0045250B">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2EB2AD1" w14:textId="77777777" w:rsidR="00083BFC" w:rsidRPr="005F2B85" w:rsidRDefault="0045250B">
            <w:pPr>
              <w:autoSpaceDE w:val="0"/>
              <w:autoSpaceDN w:val="0"/>
              <w:spacing w:before="76" w:after="0" w:line="250" w:lineRule="auto"/>
              <w:ind w:left="72" w:right="144"/>
              <w:rPr>
                <w:lang w:val="ru-RU"/>
              </w:rPr>
            </w:pPr>
            <w:r w:rsidRPr="005F2B85">
              <w:rPr>
                <w:rFonts w:ascii="Times New Roman" w:eastAsia="Times New Roman" w:hAnsi="Times New Roman"/>
                <w:color w:val="000000"/>
                <w:w w:val="97"/>
                <w:sz w:val="16"/>
                <w:lang w:val="ru-RU"/>
              </w:rPr>
              <w:t xml:space="preserve">Урок «Строим вещи» (конструируем подарочную коробочку из </w:t>
            </w:r>
            <w:r w:rsidRPr="005F2B85">
              <w:rPr>
                <w:lang w:val="ru-RU"/>
              </w:rPr>
              <w:br/>
            </w:r>
            <w:r w:rsidRPr="005F2B85">
              <w:rPr>
                <w:rFonts w:ascii="Times New Roman" w:eastAsia="Times New Roman" w:hAnsi="Times New Roman"/>
                <w:color w:val="000000"/>
                <w:w w:val="97"/>
                <w:sz w:val="16"/>
                <w:lang w:val="ru-RU"/>
              </w:rPr>
              <w:t xml:space="preserve">бумаги) </w:t>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youtube</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com</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watch</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v</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PQ</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ZGJTzOKg</w:t>
            </w:r>
          </w:p>
        </w:tc>
      </w:tr>
      <w:tr w:rsidR="00083BFC" w:rsidRPr="002F3886" w14:paraId="118DB735" w14:textId="7777777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AC46145"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6.3.</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7AD4516E" w14:textId="77777777" w:rsidR="00083BFC" w:rsidRPr="005F2B85" w:rsidRDefault="0045250B">
            <w:pPr>
              <w:autoSpaceDE w:val="0"/>
              <w:autoSpaceDN w:val="0"/>
              <w:spacing w:before="78" w:after="0" w:line="247" w:lineRule="auto"/>
              <w:ind w:left="72"/>
              <w:rPr>
                <w:lang w:val="ru-RU"/>
              </w:rPr>
            </w:pPr>
            <w:r w:rsidRPr="005F2B85">
              <w:rPr>
                <w:rFonts w:ascii="Times New Roman" w:eastAsia="Times New Roman" w:hAnsi="Times New Roman"/>
                <w:b/>
                <w:color w:val="000000"/>
                <w:w w:val="97"/>
                <w:sz w:val="16"/>
                <w:lang w:val="ru-RU"/>
              </w:rPr>
              <w:t xml:space="preserve">Макетирование (или создание аппликации) </w:t>
            </w:r>
            <w:r w:rsidRPr="005F2B85">
              <w:rPr>
                <w:lang w:val="ru-RU"/>
              </w:rPr>
              <w:br/>
            </w:r>
            <w:r w:rsidRPr="005F2B85">
              <w:rPr>
                <w:rFonts w:ascii="Times New Roman" w:eastAsia="Times New Roman" w:hAnsi="Times New Roman"/>
                <w:b/>
                <w:color w:val="000000"/>
                <w:w w:val="97"/>
                <w:sz w:val="16"/>
                <w:lang w:val="ru-RU"/>
              </w:rPr>
              <w:t>пространственной среды сказочного города из бумаги, картона или пластилина.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44E019"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355F1BA"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32753D2"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6C784D1" w14:textId="78090205"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3F3F247C" w14:textId="77777777" w:rsidR="00083BFC" w:rsidRPr="005F2B85" w:rsidRDefault="0045250B">
            <w:pPr>
              <w:autoSpaceDE w:val="0"/>
              <w:autoSpaceDN w:val="0"/>
              <w:spacing w:before="78" w:after="0" w:line="250" w:lineRule="auto"/>
              <w:ind w:left="72" w:right="288"/>
              <w:rPr>
                <w:lang w:val="ru-RU"/>
              </w:rPr>
            </w:pPr>
            <w:r w:rsidRPr="005F2B85">
              <w:rPr>
                <w:rFonts w:ascii="Times New Roman" w:eastAsia="Times New Roman" w:hAnsi="Times New Roman"/>
                <w:color w:val="000000"/>
                <w:w w:val="97"/>
                <w:sz w:val="16"/>
                <w:lang w:val="ru-RU"/>
              </w:rPr>
              <w:t>Макетировать в игровой форме пространство сказочного городка (или построить городок в виде объёмной аппликации);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678BB9" w14:textId="77777777" w:rsidR="00083BFC" w:rsidRDefault="0045250B">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6840E0" w14:textId="77777777" w:rsidR="00083BFC" w:rsidRPr="005F2B85" w:rsidRDefault="0045250B">
            <w:pPr>
              <w:autoSpaceDE w:val="0"/>
              <w:autoSpaceDN w:val="0"/>
              <w:spacing w:before="78" w:after="0" w:line="250" w:lineRule="auto"/>
              <w:ind w:left="72" w:right="432"/>
              <w:rPr>
                <w:lang w:val="ru-RU"/>
              </w:rPr>
            </w:pPr>
            <w:r w:rsidRPr="005F2B85">
              <w:rPr>
                <w:rFonts w:ascii="Times New Roman" w:eastAsia="Times New Roman" w:hAnsi="Times New Roman"/>
                <w:color w:val="000000"/>
                <w:w w:val="97"/>
                <w:sz w:val="16"/>
                <w:lang w:val="ru-RU"/>
              </w:rPr>
              <w:t xml:space="preserve">«Изображение дома в виде буквы алфавита»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/10588791?</w:t>
            </w:r>
            <w:r>
              <w:rPr>
                <w:rFonts w:ascii="Times New Roman" w:eastAsia="Times New Roman" w:hAnsi="Times New Roman"/>
                <w:color w:val="000000"/>
                <w:w w:val="97"/>
                <w:sz w:val="16"/>
              </w:rPr>
              <w:t>menuReferrer</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catalogue</w:t>
            </w:r>
          </w:p>
        </w:tc>
      </w:tr>
      <w:tr w:rsidR="00083BFC" w14:paraId="43C6D2A4" w14:textId="77777777">
        <w:trPr>
          <w:trHeight w:hRule="exact" w:val="348"/>
        </w:trPr>
        <w:tc>
          <w:tcPr>
            <w:tcW w:w="45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4BA19F7"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Итого по модулю 6</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82C490" w14:textId="77777777" w:rsidR="00083BFC" w:rsidRDefault="0045250B">
            <w:pPr>
              <w:autoSpaceDE w:val="0"/>
              <w:autoSpaceDN w:val="0"/>
              <w:spacing w:before="76" w:after="0" w:line="230" w:lineRule="auto"/>
              <w:ind w:left="72"/>
            </w:pPr>
            <w:r>
              <w:rPr>
                <w:rFonts w:ascii="Times New Roman" w:eastAsia="Times New Roman" w:hAnsi="Times New Roman"/>
                <w:color w:val="000000"/>
                <w:w w:val="97"/>
                <w:sz w:val="16"/>
              </w:rPr>
              <w:t>3</w:t>
            </w:r>
          </w:p>
        </w:tc>
        <w:tc>
          <w:tcPr>
            <w:tcW w:w="104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1DBBAC1F" w14:textId="77777777" w:rsidR="00083BFC" w:rsidRDefault="00083BFC"/>
        </w:tc>
      </w:tr>
      <w:tr w:rsidR="00083BFC" w14:paraId="32508955" w14:textId="7777777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3D8BABF4"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 xml:space="preserve">Модуль 7. </w:t>
            </w:r>
            <w:r>
              <w:rPr>
                <w:rFonts w:ascii="Times New Roman" w:eastAsia="Times New Roman" w:hAnsi="Times New Roman"/>
                <w:b/>
                <w:color w:val="000000"/>
                <w:w w:val="97"/>
                <w:sz w:val="16"/>
              </w:rPr>
              <w:t>Восприятие произведений искусства</w:t>
            </w:r>
          </w:p>
        </w:tc>
      </w:tr>
      <w:tr w:rsidR="00083BFC" w14:paraId="39151056" w14:textId="77777777">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3035A62"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7.1.</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32AF0A10" w14:textId="77777777" w:rsidR="00083BFC" w:rsidRPr="005F2B85" w:rsidRDefault="0045250B">
            <w:pPr>
              <w:autoSpaceDE w:val="0"/>
              <w:autoSpaceDN w:val="0"/>
              <w:spacing w:before="78" w:after="0" w:line="230" w:lineRule="auto"/>
              <w:ind w:left="72"/>
              <w:rPr>
                <w:lang w:val="ru-RU"/>
              </w:rPr>
            </w:pPr>
            <w:r w:rsidRPr="005F2B85">
              <w:rPr>
                <w:rFonts w:ascii="Times New Roman" w:eastAsia="Times New Roman" w:hAnsi="Times New Roman"/>
                <w:b/>
                <w:color w:val="000000"/>
                <w:w w:val="97"/>
                <w:sz w:val="16"/>
                <w:lang w:val="ru-RU"/>
              </w:rPr>
              <w:t>Восприятие произведений детского творчества.</w:t>
            </w:r>
          </w:p>
          <w:p w14:paraId="0021E4F4" w14:textId="77777777" w:rsidR="00083BFC" w:rsidRPr="005F2B85" w:rsidRDefault="0045250B">
            <w:pPr>
              <w:autoSpaceDE w:val="0"/>
              <w:autoSpaceDN w:val="0"/>
              <w:spacing w:before="20" w:after="0" w:line="245" w:lineRule="auto"/>
              <w:ind w:left="72"/>
              <w:rPr>
                <w:lang w:val="ru-RU"/>
              </w:rPr>
            </w:pPr>
            <w:r w:rsidRPr="005F2B85">
              <w:rPr>
                <w:rFonts w:ascii="Times New Roman" w:eastAsia="Times New Roman" w:hAnsi="Times New Roman"/>
                <w:b/>
                <w:color w:val="000000"/>
                <w:w w:val="97"/>
                <w:sz w:val="16"/>
                <w:lang w:val="ru-RU"/>
              </w:rPr>
              <w:t>Обсуждение сюжетного и эмоционального содержания детских работ.</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F5926A7"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2CAF7C"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54EF9A"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78D2B2" w14:textId="0415B35C"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3E37B1EF" w14:textId="77777777" w:rsidR="00083BFC" w:rsidRPr="005F2B85" w:rsidRDefault="0045250B">
            <w:pPr>
              <w:autoSpaceDE w:val="0"/>
              <w:autoSpaceDN w:val="0"/>
              <w:spacing w:before="78" w:after="0" w:line="252" w:lineRule="auto"/>
              <w:ind w:left="72"/>
              <w:rPr>
                <w:lang w:val="ru-RU"/>
              </w:rPr>
            </w:pPr>
            <w:r w:rsidRPr="005F2B85">
              <w:rPr>
                <w:rFonts w:ascii="Times New Roman" w:eastAsia="Times New Roman" w:hAnsi="Times New Roman"/>
                <w:color w:val="000000"/>
                <w:w w:val="97"/>
                <w:sz w:val="16"/>
                <w:lang w:val="ru-RU"/>
              </w:rPr>
              <w:t xml:space="preserve">Наблюдать, разглядывать, </w:t>
            </w:r>
            <w:r w:rsidRPr="005F2B85">
              <w:rPr>
                <w:lang w:val="ru-RU"/>
              </w:rPr>
              <w:br/>
            </w:r>
            <w:r w:rsidRPr="005F2B85">
              <w:rPr>
                <w:rFonts w:ascii="Times New Roman" w:eastAsia="Times New Roman" w:hAnsi="Times New Roman"/>
                <w:color w:val="000000"/>
                <w:w w:val="97"/>
                <w:sz w:val="16"/>
                <w:lang w:val="ru-RU"/>
              </w:rPr>
              <w:t xml:space="preserve">анализировать детские работы с </w:t>
            </w:r>
            <w:r w:rsidRPr="005F2B85">
              <w:rPr>
                <w:lang w:val="ru-RU"/>
              </w:rPr>
              <w:br/>
            </w:r>
            <w:r w:rsidRPr="005F2B85">
              <w:rPr>
                <w:rFonts w:ascii="Times New Roman" w:eastAsia="Times New Roman" w:hAnsi="Times New Roman"/>
                <w:color w:val="000000"/>
                <w:w w:val="97"/>
                <w:sz w:val="16"/>
                <w:lang w:val="ru-RU"/>
              </w:rPr>
              <w:t xml:space="preserve">позиций их содержания и сюжета, настроения, расположения на листе, цветового содержания, соответствия учебной задаче, поставленной </w:t>
            </w:r>
            <w:r w:rsidRPr="005F2B85">
              <w:rPr>
                <w:lang w:val="ru-RU"/>
              </w:rPr>
              <w:br/>
            </w:r>
            <w:r w:rsidRPr="005F2B85">
              <w:rPr>
                <w:rFonts w:ascii="Times New Roman" w:eastAsia="Times New Roman" w:hAnsi="Times New Roman"/>
                <w:color w:val="000000"/>
                <w:w w:val="97"/>
                <w:sz w:val="16"/>
                <w:lang w:val="ru-RU"/>
              </w:rPr>
              <w:t>учителем;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9B1EB4C"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99CBBC5" w14:textId="77777777" w:rsidR="00083BFC" w:rsidRPr="005F2B85" w:rsidRDefault="0045250B">
            <w:pPr>
              <w:autoSpaceDE w:val="0"/>
              <w:autoSpaceDN w:val="0"/>
              <w:spacing w:before="78" w:after="0" w:line="250" w:lineRule="auto"/>
              <w:ind w:left="72" w:right="432"/>
              <w:rPr>
                <w:lang w:val="ru-RU"/>
              </w:rPr>
            </w:pPr>
            <w:r w:rsidRPr="005F2B85">
              <w:rPr>
                <w:rFonts w:ascii="Times New Roman" w:eastAsia="Times New Roman" w:hAnsi="Times New Roman"/>
                <w:color w:val="000000"/>
                <w:w w:val="97"/>
                <w:sz w:val="16"/>
                <w:lang w:val="ru-RU"/>
              </w:rPr>
              <w:t xml:space="preserve">Урок «Восприятие произведений искусства»(МЭШ)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/8859133?</w:t>
            </w:r>
          </w:p>
          <w:p w14:paraId="4CDC4377"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rsidRPr="002F3886" w14:paraId="5BB50033" w14:textId="77777777">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820807D"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7.2.</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EE4608" w14:textId="77777777" w:rsidR="00083BFC" w:rsidRPr="005F2B85" w:rsidRDefault="0045250B">
            <w:pPr>
              <w:autoSpaceDE w:val="0"/>
              <w:autoSpaceDN w:val="0"/>
              <w:spacing w:before="78" w:after="0" w:line="250" w:lineRule="auto"/>
              <w:ind w:left="72" w:right="144"/>
              <w:rPr>
                <w:lang w:val="ru-RU"/>
              </w:rPr>
            </w:pPr>
            <w:r w:rsidRPr="005F2B85">
              <w:rPr>
                <w:rFonts w:ascii="Times New Roman" w:eastAsia="Times New Roman" w:hAnsi="Times New Roman"/>
                <w:b/>
                <w:color w:val="000000"/>
                <w:w w:val="97"/>
                <w:sz w:val="16"/>
                <w:lang w:val="ru-RU"/>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D0155E1"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4882B0"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3CA6DC8"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E27550" w14:textId="77777777" w:rsidR="00083BFC" w:rsidRDefault="00083BFC"/>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05BB4805" w14:textId="77777777" w:rsidR="00083BFC" w:rsidRPr="005F2B85" w:rsidRDefault="0045250B">
            <w:pPr>
              <w:autoSpaceDE w:val="0"/>
              <w:autoSpaceDN w:val="0"/>
              <w:spacing w:before="78" w:after="0" w:line="252" w:lineRule="auto"/>
              <w:ind w:left="72" w:right="144"/>
              <w:rPr>
                <w:lang w:val="ru-RU"/>
              </w:rPr>
            </w:pPr>
            <w:r w:rsidRPr="005F2B85">
              <w:rPr>
                <w:rFonts w:ascii="Times New Roman" w:eastAsia="Times New Roman" w:hAnsi="Times New Roman"/>
                <w:color w:val="000000"/>
                <w:w w:val="97"/>
                <w:sz w:val="16"/>
                <w:lang w:val="ru-RU"/>
              </w:rPr>
              <w:t xml:space="preserve">Приобретать опыт художественного наблюдения предметной среды </w:t>
            </w:r>
            <w:r w:rsidRPr="005F2B85">
              <w:rPr>
                <w:lang w:val="ru-RU"/>
              </w:rPr>
              <w:br/>
            </w:r>
            <w:r w:rsidRPr="005F2B85">
              <w:rPr>
                <w:rFonts w:ascii="Times New Roman" w:eastAsia="Times New Roman" w:hAnsi="Times New Roman"/>
                <w:color w:val="000000"/>
                <w:w w:val="97"/>
                <w:sz w:val="16"/>
                <w:lang w:val="ru-RU"/>
              </w:rPr>
              <w:t xml:space="preserve">жизни человека в зависимости от поставленной аналитической и </w:t>
            </w:r>
            <w:r w:rsidRPr="005F2B85">
              <w:rPr>
                <w:lang w:val="ru-RU"/>
              </w:rPr>
              <w:br/>
            </w:r>
            <w:r w:rsidRPr="005F2B85">
              <w:rPr>
                <w:rFonts w:ascii="Times New Roman" w:eastAsia="Times New Roman" w:hAnsi="Times New Roman"/>
                <w:color w:val="000000"/>
                <w:w w:val="97"/>
                <w:sz w:val="16"/>
                <w:lang w:val="ru-RU"/>
              </w:rPr>
              <w:t>эстетической задачи (установки);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CC6A601"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DB6B6C" w14:textId="77777777" w:rsidR="00083BFC" w:rsidRPr="005F2B85" w:rsidRDefault="0045250B">
            <w:pPr>
              <w:autoSpaceDE w:val="0"/>
              <w:autoSpaceDN w:val="0"/>
              <w:spacing w:before="78" w:after="0" w:line="250" w:lineRule="auto"/>
              <w:ind w:left="72" w:right="288"/>
              <w:rPr>
                <w:lang w:val="ru-RU"/>
              </w:rPr>
            </w:pPr>
            <w:r w:rsidRPr="005F2B85">
              <w:rPr>
                <w:rFonts w:ascii="Times New Roman" w:eastAsia="Times New Roman" w:hAnsi="Times New Roman"/>
                <w:color w:val="000000"/>
                <w:w w:val="97"/>
                <w:sz w:val="16"/>
                <w:lang w:val="ru-RU"/>
              </w:rPr>
              <w:t xml:space="preserve">Видео «Русская народная сказка "Кот и лиса"»(иллюстрации в книге)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/9740213?</w:t>
            </w:r>
            <w:r>
              <w:rPr>
                <w:rFonts w:ascii="Times New Roman" w:eastAsia="Times New Roman" w:hAnsi="Times New Roman"/>
                <w:color w:val="000000"/>
                <w:w w:val="97"/>
                <w:sz w:val="16"/>
              </w:rPr>
              <w:t>menuReferrer</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catalogue</w:t>
            </w:r>
          </w:p>
        </w:tc>
      </w:tr>
      <w:tr w:rsidR="00083BFC" w14:paraId="7B288C24" w14:textId="77777777">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9D58902"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7.3.</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1FF5DB75" w14:textId="77777777" w:rsidR="00083BFC" w:rsidRPr="005F2B85" w:rsidRDefault="0045250B">
            <w:pPr>
              <w:autoSpaceDE w:val="0"/>
              <w:autoSpaceDN w:val="0"/>
              <w:spacing w:before="76" w:after="0" w:line="250" w:lineRule="auto"/>
              <w:ind w:left="72" w:right="288"/>
              <w:rPr>
                <w:lang w:val="ru-RU"/>
              </w:rPr>
            </w:pPr>
            <w:r w:rsidRPr="005F2B85">
              <w:rPr>
                <w:rFonts w:ascii="Times New Roman" w:eastAsia="Times New Roman" w:hAnsi="Times New Roman"/>
                <w:b/>
                <w:color w:val="000000"/>
                <w:w w:val="97"/>
                <w:sz w:val="16"/>
                <w:lang w:val="ru-RU"/>
              </w:rPr>
              <w:t xml:space="preserve">Рассматривание иллюстраций к детским книгам на основе содержательных установок учителя в </w:t>
            </w:r>
            <w:r w:rsidRPr="005F2B85">
              <w:rPr>
                <w:lang w:val="ru-RU"/>
              </w:rPr>
              <w:br/>
            </w:r>
            <w:r w:rsidRPr="005F2B85">
              <w:rPr>
                <w:rFonts w:ascii="Times New Roman" w:eastAsia="Times New Roman" w:hAnsi="Times New Roman"/>
                <w:b/>
                <w:color w:val="000000"/>
                <w:w w:val="97"/>
                <w:sz w:val="16"/>
                <w:lang w:val="ru-RU"/>
              </w:rPr>
              <w:t>соответствии с изучаемой темой.</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F0E727"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5E0A03A"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56FC1D6"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6C16D1" w14:textId="0766BFAA" w:rsidR="00083BFC" w:rsidRDefault="00083BFC">
            <w:pPr>
              <w:autoSpaceDE w:val="0"/>
              <w:autoSpaceDN w:val="0"/>
              <w:spacing w:before="76" w:after="0" w:line="233"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CB4353B" w14:textId="77777777" w:rsidR="00083BFC" w:rsidRPr="005F2B85" w:rsidRDefault="0045250B">
            <w:pPr>
              <w:autoSpaceDE w:val="0"/>
              <w:autoSpaceDN w:val="0"/>
              <w:spacing w:before="76" w:after="0" w:line="250" w:lineRule="auto"/>
              <w:ind w:left="72" w:right="288"/>
              <w:rPr>
                <w:lang w:val="ru-RU"/>
              </w:rPr>
            </w:pPr>
            <w:r w:rsidRPr="005F2B85">
              <w:rPr>
                <w:rFonts w:ascii="Times New Roman" w:eastAsia="Times New Roman" w:hAnsi="Times New Roman"/>
                <w:color w:val="000000"/>
                <w:w w:val="97"/>
                <w:sz w:val="16"/>
                <w:lang w:val="ru-RU"/>
              </w:rPr>
              <w:t xml:space="preserve">Осваивать опыт восприятия </w:t>
            </w:r>
            <w:r w:rsidRPr="005F2B85">
              <w:rPr>
                <w:lang w:val="ru-RU"/>
              </w:rPr>
              <w:br/>
            </w:r>
            <w:r w:rsidRPr="005F2B85">
              <w:rPr>
                <w:rFonts w:ascii="Times New Roman" w:eastAsia="Times New Roman" w:hAnsi="Times New Roman"/>
                <w:color w:val="000000"/>
                <w:w w:val="97"/>
                <w:sz w:val="16"/>
                <w:lang w:val="ru-RU"/>
              </w:rPr>
              <w:t>художественных иллюстраций в детских книгах в соответствии с учебной установкой;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6AE217" w14:textId="77777777" w:rsidR="00083BFC" w:rsidRDefault="0045250B">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7705509" w14:textId="77777777" w:rsidR="00083BFC" w:rsidRPr="005F2B85" w:rsidRDefault="0045250B">
            <w:pPr>
              <w:autoSpaceDE w:val="0"/>
              <w:autoSpaceDN w:val="0"/>
              <w:spacing w:before="76" w:after="0" w:line="233" w:lineRule="auto"/>
              <w:ind w:left="72"/>
              <w:rPr>
                <w:lang w:val="ru-RU"/>
              </w:rPr>
            </w:pPr>
            <w:r w:rsidRPr="005F2B85">
              <w:rPr>
                <w:rFonts w:ascii="Times New Roman" w:eastAsia="Times New Roman" w:hAnsi="Times New Roman"/>
                <w:color w:val="000000"/>
                <w:w w:val="97"/>
                <w:sz w:val="16"/>
                <w:lang w:val="ru-RU"/>
              </w:rPr>
              <w:t>Видео «Сказка "Рукавичка", иллюстрации Е. М.</w:t>
            </w:r>
          </w:p>
          <w:p w14:paraId="0B7B1B74" w14:textId="77777777" w:rsidR="00083BFC" w:rsidRDefault="0045250B">
            <w:pPr>
              <w:autoSpaceDE w:val="0"/>
              <w:autoSpaceDN w:val="0"/>
              <w:spacing w:before="18" w:after="0" w:line="250" w:lineRule="auto"/>
              <w:ind w:left="72" w:right="432"/>
            </w:pPr>
            <w:r>
              <w:rPr>
                <w:rFonts w:ascii="Times New Roman" w:eastAsia="Times New Roman" w:hAnsi="Times New Roman"/>
                <w:color w:val="000000"/>
                <w:w w:val="97"/>
                <w:sz w:val="16"/>
              </w:rPr>
              <w:t xml:space="preserve">Рачёва» </w:t>
            </w:r>
            <w:r>
              <w:br/>
            </w:r>
            <w:r>
              <w:rPr>
                <w:rFonts w:ascii="Times New Roman" w:eastAsia="Times New Roman" w:hAnsi="Times New Roman"/>
                <w:color w:val="000000"/>
                <w:w w:val="97"/>
                <w:sz w:val="16"/>
              </w:rPr>
              <w:t xml:space="preserve">(РЭШ) </w:t>
            </w:r>
            <w:r>
              <w:br/>
            </w:r>
            <w:r>
              <w:rPr>
                <w:rFonts w:ascii="Times New Roman" w:eastAsia="Times New Roman" w:hAnsi="Times New Roman"/>
                <w:color w:val="000000"/>
                <w:w w:val="97"/>
                <w:sz w:val="16"/>
              </w:rPr>
              <w:t>https://uchebnik.mos.ru/material_view/atomic_ objects/9731328?</w:t>
            </w:r>
          </w:p>
          <w:p w14:paraId="0CD8FB2C"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14:paraId="53C9783B" w14:textId="7777777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D953404"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7.4.</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3FF96FDE" w14:textId="77777777" w:rsidR="00083BFC" w:rsidRDefault="0045250B">
            <w:pPr>
              <w:autoSpaceDE w:val="0"/>
              <w:autoSpaceDN w:val="0"/>
              <w:spacing w:before="78" w:after="0" w:line="230" w:lineRule="auto"/>
              <w:ind w:left="72"/>
            </w:pPr>
            <w:r>
              <w:rPr>
                <w:rFonts w:ascii="Times New Roman" w:eastAsia="Times New Roman" w:hAnsi="Times New Roman"/>
                <w:b/>
                <w:color w:val="000000"/>
                <w:w w:val="97"/>
                <w:sz w:val="16"/>
              </w:rPr>
              <w:t>Знакомство с живописной картиной.</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457F7F"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83921E7"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D64A93"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1F7B0F6" w14:textId="77777777" w:rsidR="00083BFC" w:rsidRDefault="00083BFC"/>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564C92C0" w14:textId="77777777" w:rsidR="00083BFC" w:rsidRPr="005F2B85" w:rsidRDefault="0045250B">
            <w:pPr>
              <w:autoSpaceDE w:val="0"/>
              <w:autoSpaceDN w:val="0"/>
              <w:spacing w:before="78" w:after="0" w:line="247" w:lineRule="auto"/>
              <w:ind w:left="72" w:right="432"/>
              <w:rPr>
                <w:lang w:val="ru-RU"/>
              </w:rPr>
            </w:pPr>
            <w:r w:rsidRPr="005F2B85">
              <w:rPr>
                <w:rFonts w:ascii="Times New Roman" w:eastAsia="Times New Roman" w:hAnsi="Times New Roman"/>
                <w:color w:val="000000"/>
                <w:w w:val="97"/>
                <w:sz w:val="16"/>
                <w:lang w:val="ru-RU"/>
              </w:rPr>
              <w:t>Приобретать опыт специально организованного общения со станковой картиной;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2A6B13B"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FEA0A56" w14:textId="77777777" w:rsidR="00083BFC" w:rsidRPr="005F2B85" w:rsidRDefault="0045250B">
            <w:pPr>
              <w:autoSpaceDE w:val="0"/>
              <w:autoSpaceDN w:val="0"/>
              <w:spacing w:before="78" w:after="0" w:line="250" w:lineRule="auto"/>
              <w:ind w:left="72"/>
              <w:rPr>
                <w:lang w:val="ru-RU"/>
              </w:rPr>
            </w:pPr>
            <w:r w:rsidRPr="005F2B85">
              <w:rPr>
                <w:rFonts w:ascii="Times New Roman" w:eastAsia="Times New Roman" w:hAnsi="Times New Roman"/>
                <w:color w:val="000000"/>
                <w:w w:val="97"/>
                <w:sz w:val="16"/>
                <w:lang w:val="ru-RU"/>
              </w:rPr>
              <w:t xml:space="preserve">Видео «С. Я. Маршак "Мороженое", иллюстрации В. В. Лебедева»(МЭШ)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sidRPr="005F2B85">
              <w:rPr>
                <w:lang w:val="ru-RU"/>
              </w:rPr>
              <w:br/>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/9655709?</w:t>
            </w:r>
          </w:p>
          <w:p w14:paraId="309B6048"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14:paraId="3499DFAC" w14:textId="77777777">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316539C"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7.5.</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3A928241" w14:textId="77777777" w:rsidR="00083BFC" w:rsidRPr="005F2B85" w:rsidRDefault="0045250B">
            <w:pPr>
              <w:autoSpaceDE w:val="0"/>
              <w:autoSpaceDN w:val="0"/>
              <w:spacing w:before="78" w:after="0" w:line="250" w:lineRule="auto"/>
              <w:ind w:left="72" w:right="288"/>
              <w:rPr>
                <w:lang w:val="ru-RU"/>
              </w:rPr>
            </w:pPr>
            <w:r w:rsidRPr="005F2B85">
              <w:rPr>
                <w:rFonts w:ascii="Times New Roman" w:eastAsia="Times New Roman" w:hAnsi="Times New Roman"/>
                <w:b/>
                <w:color w:val="000000"/>
                <w:w w:val="97"/>
                <w:sz w:val="16"/>
                <w:lang w:val="ru-RU"/>
              </w:rPr>
              <w:t>Обсуждение произведений с ярко выраженным эмоциональным настроением или со сказочным сюжетом. Произведения В. М. Васнецова, М. А. Врубеля и других художников (по выбору учителя).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9BD7C0"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2B095F2"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B7563C4"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18143F9" w14:textId="3CCA707A"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198558" w14:textId="77777777" w:rsidR="00083BFC" w:rsidRPr="005F2B85" w:rsidRDefault="0045250B">
            <w:pPr>
              <w:autoSpaceDE w:val="0"/>
              <w:autoSpaceDN w:val="0"/>
              <w:spacing w:before="78" w:after="0" w:line="252" w:lineRule="auto"/>
              <w:ind w:left="72"/>
              <w:rPr>
                <w:lang w:val="ru-RU"/>
              </w:rPr>
            </w:pPr>
            <w:r w:rsidRPr="005F2B85">
              <w:rPr>
                <w:rFonts w:ascii="Times New Roman" w:eastAsia="Times New Roman" w:hAnsi="Times New Roman"/>
                <w:color w:val="000000"/>
                <w:w w:val="97"/>
                <w:sz w:val="16"/>
                <w:lang w:val="ru-RU"/>
              </w:rPr>
              <w:t xml:space="preserve">Приобретать опыт зрительских </w:t>
            </w:r>
            <w:r w:rsidRPr="005F2B85">
              <w:rPr>
                <w:lang w:val="ru-RU"/>
              </w:rPr>
              <w:br/>
            </w:r>
            <w:r w:rsidRPr="005F2B85">
              <w:rPr>
                <w:rFonts w:ascii="Times New Roman" w:eastAsia="Times New Roman" w:hAnsi="Times New Roman"/>
                <w:color w:val="000000"/>
                <w:w w:val="97"/>
                <w:sz w:val="16"/>
                <w:lang w:val="ru-RU"/>
              </w:rPr>
              <w:t>умений, включающих необходимые знания, внимание к позиции автора и соотнесение с личным жизненным опытом зрителя;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91D4B4C"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3DE83A5" w14:textId="77777777" w:rsidR="00083BFC" w:rsidRPr="005F2B85" w:rsidRDefault="0045250B">
            <w:pPr>
              <w:autoSpaceDE w:val="0"/>
              <w:autoSpaceDN w:val="0"/>
              <w:spacing w:before="78" w:after="0" w:line="250" w:lineRule="auto"/>
              <w:ind w:left="72" w:right="432"/>
              <w:rPr>
                <w:lang w:val="ru-RU"/>
              </w:rPr>
            </w:pPr>
            <w:r w:rsidRPr="005F2B85">
              <w:rPr>
                <w:rFonts w:ascii="Times New Roman" w:eastAsia="Times New Roman" w:hAnsi="Times New Roman"/>
                <w:color w:val="000000"/>
                <w:w w:val="97"/>
                <w:sz w:val="16"/>
                <w:lang w:val="ru-RU"/>
              </w:rPr>
              <w:t xml:space="preserve">Видео «Сказочные образы в картинах </w:t>
            </w:r>
            <w:r w:rsidRPr="005F2B85">
              <w:rPr>
                <w:lang w:val="ru-RU"/>
              </w:rPr>
              <w:br/>
            </w:r>
            <w:r w:rsidRPr="005F2B85">
              <w:rPr>
                <w:rFonts w:ascii="Times New Roman" w:eastAsia="Times New Roman" w:hAnsi="Times New Roman"/>
                <w:color w:val="000000"/>
                <w:w w:val="97"/>
                <w:sz w:val="16"/>
                <w:lang w:val="ru-RU"/>
              </w:rPr>
              <w:t xml:space="preserve">В.М. Васнецова»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/7536880?</w:t>
            </w:r>
          </w:p>
          <w:p w14:paraId="2A6D0D09" w14:textId="77777777" w:rsidR="00083BFC" w:rsidRDefault="0045250B">
            <w:pPr>
              <w:autoSpaceDE w:val="0"/>
              <w:autoSpaceDN w:val="0"/>
              <w:spacing w:before="18" w:after="0" w:line="233" w:lineRule="auto"/>
              <w:ind w:left="72"/>
            </w:pPr>
            <w:r>
              <w:rPr>
                <w:rFonts w:ascii="Times New Roman" w:eastAsia="Times New Roman" w:hAnsi="Times New Roman"/>
                <w:color w:val="000000"/>
                <w:w w:val="97"/>
                <w:sz w:val="16"/>
              </w:rPr>
              <w:t>menuReferrer=catalogue</w:t>
            </w:r>
          </w:p>
        </w:tc>
      </w:tr>
      <w:tr w:rsidR="00083BFC" w14:paraId="19696694" w14:textId="77777777">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E269551"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7.6.</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793AF101" w14:textId="77777777" w:rsidR="00083BFC" w:rsidRPr="005F2B85" w:rsidRDefault="0045250B">
            <w:pPr>
              <w:autoSpaceDE w:val="0"/>
              <w:autoSpaceDN w:val="0"/>
              <w:spacing w:before="76" w:after="0" w:line="250" w:lineRule="auto"/>
              <w:ind w:left="72"/>
              <w:rPr>
                <w:lang w:val="ru-RU"/>
              </w:rPr>
            </w:pPr>
            <w:r w:rsidRPr="005F2B85">
              <w:rPr>
                <w:rFonts w:ascii="Times New Roman" w:eastAsia="Times New Roman" w:hAnsi="Times New Roman"/>
                <w:b/>
                <w:color w:val="000000"/>
                <w:w w:val="97"/>
                <w:sz w:val="16"/>
                <w:lang w:val="ru-RU"/>
              </w:rPr>
              <w:t>Художник и зритель. Освоение зрительских умений на основе получаемых знаний и творческих установок наблюдения.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3CB67C"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31AE74"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DFE7833"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656111F" w14:textId="77777777" w:rsidR="00083BFC" w:rsidRDefault="00083BFC"/>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0EDBAEE0" w14:textId="77777777" w:rsidR="00083BFC" w:rsidRPr="005F2B85" w:rsidRDefault="0045250B">
            <w:pPr>
              <w:autoSpaceDE w:val="0"/>
              <w:autoSpaceDN w:val="0"/>
              <w:spacing w:before="76" w:after="0" w:line="245" w:lineRule="auto"/>
              <w:ind w:left="72" w:right="144"/>
              <w:rPr>
                <w:lang w:val="ru-RU"/>
              </w:rPr>
            </w:pPr>
            <w:r w:rsidRPr="005F2B85">
              <w:rPr>
                <w:rFonts w:ascii="Times New Roman" w:eastAsia="Times New Roman" w:hAnsi="Times New Roman"/>
                <w:color w:val="000000"/>
                <w:w w:val="97"/>
                <w:sz w:val="16"/>
                <w:lang w:val="ru-RU"/>
              </w:rPr>
              <w:t xml:space="preserve">Рассказывать и обсуждать </w:t>
            </w:r>
            <w:r w:rsidRPr="005F2B85">
              <w:rPr>
                <w:lang w:val="ru-RU"/>
              </w:rPr>
              <w:br/>
            </w:r>
            <w:r w:rsidRPr="005F2B85">
              <w:rPr>
                <w:rFonts w:ascii="Times New Roman" w:eastAsia="Times New Roman" w:hAnsi="Times New Roman"/>
                <w:color w:val="000000"/>
                <w:w w:val="97"/>
                <w:sz w:val="16"/>
                <w:lang w:val="ru-RU"/>
              </w:rPr>
              <w:t>зрительские впечатления и мысли;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CD08E56" w14:textId="77777777" w:rsidR="00083BFC" w:rsidRDefault="0045250B">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F12D3F" w14:textId="77777777" w:rsidR="00083BFC" w:rsidRPr="005F2B85" w:rsidRDefault="0045250B">
            <w:pPr>
              <w:autoSpaceDE w:val="0"/>
              <w:autoSpaceDN w:val="0"/>
              <w:spacing w:before="268" w:after="0" w:line="252" w:lineRule="auto"/>
              <w:ind w:left="72" w:right="432"/>
              <w:rPr>
                <w:lang w:val="ru-RU"/>
              </w:rPr>
            </w:pPr>
            <w:r w:rsidRPr="005F2B85">
              <w:rPr>
                <w:rFonts w:ascii="Times New Roman" w:eastAsia="Times New Roman" w:hAnsi="Times New Roman"/>
                <w:color w:val="000000"/>
                <w:w w:val="97"/>
                <w:sz w:val="16"/>
                <w:lang w:val="ru-RU"/>
              </w:rPr>
              <w:t xml:space="preserve">Видео «Иллюстрации Евгения Михайловича Рачёва» </w:t>
            </w:r>
            <w:r w:rsidRPr="005F2B85">
              <w:rPr>
                <w:lang w:val="ru-RU"/>
              </w:rPr>
              <w:br/>
            </w:r>
            <w:r w:rsidRPr="005F2B85">
              <w:rPr>
                <w:rFonts w:ascii="Times New Roman" w:eastAsia="Times New Roman" w:hAnsi="Times New Roman"/>
                <w:color w:val="000000"/>
                <w:w w:val="97"/>
                <w:sz w:val="16"/>
                <w:lang w:val="ru-RU"/>
              </w:rPr>
              <w:t xml:space="preserve">(МЭШ)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/9726340?</w:t>
            </w:r>
          </w:p>
          <w:p w14:paraId="4A617F9C"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14:paraId="2DCD2BDC" w14:textId="77777777">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B910C9C"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7.7.</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069DBC81" w14:textId="77777777" w:rsidR="00083BFC" w:rsidRPr="005F2B85" w:rsidRDefault="0045250B">
            <w:pPr>
              <w:autoSpaceDE w:val="0"/>
              <w:autoSpaceDN w:val="0"/>
              <w:spacing w:before="78" w:after="0" w:line="245" w:lineRule="auto"/>
              <w:ind w:left="72" w:right="288"/>
              <w:rPr>
                <w:lang w:val="ru-RU"/>
              </w:rPr>
            </w:pPr>
            <w:r w:rsidRPr="005F2B85">
              <w:rPr>
                <w:rFonts w:ascii="Times New Roman" w:eastAsia="Times New Roman" w:hAnsi="Times New Roman"/>
                <w:b/>
                <w:color w:val="000000"/>
                <w:w w:val="97"/>
                <w:sz w:val="16"/>
                <w:lang w:val="ru-RU"/>
              </w:rPr>
              <w:t>Ассоциации из личного опыта учащихся и оценка эмоционального содержания произведений.</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C554FD7"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E4E70A"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B802EE5"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93CCDF" w14:textId="03F78735"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1427845F" w14:textId="77777777" w:rsidR="00083BFC" w:rsidRPr="005F2B85" w:rsidRDefault="0045250B">
            <w:pPr>
              <w:autoSpaceDE w:val="0"/>
              <w:autoSpaceDN w:val="0"/>
              <w:spacing w:before="78" w:after="0" w:line="245" w:lineRule="auto"/>
              <w:ind w:left="72" w:right="144"/>
              <w:rPr>
                <w:lang w:val="ru-RU"/>
              </w:rPr>
            </w:pPr>
            <w:r w:rsidRPr="005F2B85">
              <w:rPr>
                <w:rFonts w:ascii="Times New Roman" w:eastAsia="Times New Roman" w:hAnsi="Times New Roman"/>
                <w:color w:val="000000"/>
                <w:w w:val="97"/>
                <w:sz w:val="16"/>
                <w:lang w:val="ru-RU"/>
              </w:rPr>
              <w:t xml:space="preserve">Рассказывать и обсуждать </w:t>
            </w:r>
            <w:r w:rsidRPr="005F2B85">
              <w:rPr>
                <w:lang w:val="ru-RU"/>
              </w:rPr>
              <w:br/>
            </w:r>
            <w:r w:rsidRPr="005F2B85">
              <w:rPr>
                <w:rFonts w:ascii="Times New Roman" w:eastAsia="Times New Roman" w:hAnsi="Times New Roman"/>
                <w:color w:val="000000"/>
                <w:w w:val="97"/>
                <w:sz w:val="16"/>
                <w:lang w:val="ru-RU"/>
              </w:rPr>
              <w:t>зрительские впечатления и мысли;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B0DDFA4"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497A15" w14:textId="77777777" w:rsidR="00083BFC" w:rsidRPr="005F2B85" w:rsidRDefault="0045250B">
            <w:pPr>
              <w:autoSpaceDE w:val="0"/>
              <w:autoSpaceDN w:val="0"/>
              <w:spacing w:before="78" w:after="0" w:line="252" w:lineRule="auto"/>
              <w:ind w:left="72" w:right="432"/>
              <w:rPr>
                <w:lang w:val="ru-RU"/>
              </w:rPr>
            </w:pPr>
            <w:r w:rsidRPr="005F2B85">
              <w:rPr>
                <w:rFonts w:ascii="Times New Roman" w:eastAsia="Times New Roman" w:hAnsi="Times New Roman"/>
                <w:color w:val="000000"/>
                <w:w w:val="97"/>
                <w:sz w:val="16"/>
                <w:lang w:val="ru-RU"/>
              </w:rPr>
              <w:t>Видео «Ранняя весна в картинах русских художников»</w:t>
            </w:r>
            <w:r w:rsidRPr="005F2B85">
              <w:rPr>
                <w:lang w:val="ru-RU"/>
              </w:rPr>
              <w:br/>
            </w:r>
            <w:r w:rsidRPr="005F2B85">
              <w:rPr>
                <w:rFonts w:ascii="Times New Roman" w:eastAsia="Times New Roman" w:hAnsi="Times New Roman"/>
                <w:color w:val="000000"/>
                <w:w w:val="97"/>
                <w:sz w:val="16"/>
                <w:lang w:val="ru-RU"/>
              </w:rPr>
              <w:t xml:space="preserve">(МЭШ)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/8983633?</w:t>
            </w:r>
          </w:p>
          <w:p w14:paraId="13DD59DD" w14:textId="77777777" w:rsidR="00083BFC" w:rsidRDefault="0045250B">
            <w:pPr>
              <w:autoSpaceDE w:val="0"/>
              <w:autoSpaceDN w:val="0"/>
              <w:spacing w:before="20" w:after="0" w:line="230" w:lineRule="auto"/>
              <w:ind w:left="72"/>
            </w:pPr>
            <w:r>
              <w:rPr>
                <w:rFonts w:ascii="Times New Roman" w:eastAsia="Times New Roman" w:hAnsi="Times New Roman"/>
                <w:color w:val="000000"/>
                <w:w w:val="97"/>
                <w:sz w:val="16"/>
              </w:rPr>
              <w:t>menuReferrer=catalogue</w:t>
            </w:r>
          </w:p>
        </w:tc>
      </w:tr>
      <w:tr w:rsidR="00083BFC" w14:paraId="511B1043"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3184FB8" w14:textId="77777777" w:rsidR="00083BFC" w:rsidRDefault="0045250B">
            <w:pPr>
              <w:autoSpaceDE w:val="0"/>
              <w:autoSpaceDN w:val="0"/>
              <w:spacing w:before="76" w:after="0" w:line="233" w:lineRule="auto"/>
              <w:jc w:val="center"/>
            </w:pPr>
            <w:r>
              <w:rPr>
                <w:rFonts w:ascii="Times New Roman" w:eastAsia="Times New Roman" w:hAnsi="Times New Roman"/>
                <w:color w:val="000000"/>
                <w:w w:val="97"/>
                <w:sz w:val="16"/>
              </w:rPr>
              <w:t>7.8.</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6B7138B" w14:textId="77777777" w:rsidR="00083BFC" w:rsidRPr="005F2B85" w:rsidRDefault="0045250B">
            <w:pPr>
              <w:autoSpaceDE w:val="0"/>
              <w:autoSpaceDN w:val="0"/>
              <w:spacing w:before="76" w:after="0" w:line="250" w:lineRule="auto"/>
              <w:ind w:left="72" w:right="144"/>
              <w:rPr>
                <w:lang w:val="ru-RU"/>
              </w:rPr>
            </w:pPr>
            <w:r w:rsidRPr="005F2B85">
              <w:rPr>
                <w:rFonts w:ascii="Times New Roman" w:eastAsia="Times New Roman" w:hAnsi="Times New Roman"/>
                <w:b/>
                <w:color w:val="000000"/>
                <w:w w:val="97"/>
                <w:sz w:val="16"/>
                <w:lang w:val="ru-RU"/>
              </w:rPr>
              <w:t>Произведения И. И. Левитана, А. Г. Венецианова И. И. Шишкина, А. А. Пластова, К. Моне, В. Ван Гога и других художников (по выбору учителя) по теме«Времена года»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875A332"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4029DFD"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73D140"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D2F2BAA" w14:textId="77777777" w:rsidR="00083BFC" w:rsidRDefault="00083BFC"/>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AAE110" w14:textId="77777777" w:rsidR="00083BFC" w:rsidRPr="005F2B85" w:rsidRDefault="0045250B">
            <w:pPr>
              <w:autoSpaceDE w:val="0"/>
              <w:autoSpaceDN w:val="0"/>
              <w:spacing w:before="76" w:after="0" w:line="245" w:lineRule="auto"/>
              <w:ind w:left="72" w:right="432"/>
              <w:rPr>
                <w:lang w:val="ru-RU"/>
              </w:rPr>
            </w:pPr>
            <w:r w:rsidRPr="005F2B85">
              <w:rPr>
                <w:rFonts w:ascii="Times New Roman" w:eastAsia="Times New Roman" w:hAnsi="Times New Roman"/>
                <w:color w:val="000000"/>
                <w:w w:val="97"/>
                <w:sz w:val="16"/>
                <w:lang w:val="ru-RU"/>
              </w:rPr>
              <w:t>Знать основные произведения изучаемых художников;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90784" w14:textId="77777777" w:rsidR="00083BFC" w:rsidRDefault="0045250B">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EF23197" w14:textId="77777777" w:rsidR="00083BFC" w:rsidRPr="005F2B85" w:rsidRDefault="0045250B">
            <w:pPr>
              <w:autoSpaceDE w:val="0"/>
              <w:autoSpaceDN w:val="0"/>
              <w:spacing w:before="76" w:after="0" w:line="250" w:lineRule="auto"/>
              <w:ind w:left="72" w:right="432"/>
              <w:rPr>
                <w:lang w:val="ru-RU"/>
              </w:rPr>
            </w:pPr>
            <w:r w:rsidRPr="005F2B85">
              <w:rPr>
                <w:rFonts w:ascii="Times New Roman" w:eastAsia="Times New Roman" w:hAnsi="Times New Roman"/>
                <w:color w:val="000000"/>
                <w:w w:val="97"/>
                <w:sz w:val="16"/>
                <w:lang w:val="ru-RU"/>
              </w:rPr>
              <w:t xml:space="preserve">Видео «Винсент Ван Гог» (МЭШ) </w:t>
            </w:r>
            <w:r w:rsidRPr="005F2B85">
              <w:rPr>
                <w:lang w:val="ru-RU"/>
              </w:rPr>
              <w:br/>
            </w:r>
            <w:r>
              <w:rPr>
                <w:rFonts w:ascii="Times New Roman" w:eastAsia="Times New Roman" w:hAnsi="Times New Roman"/>
                <w:color w:val="000000"/>
                <w:w w:val="97"/>
                <w:sz w:val="16"/>
              </w:rPr>
              <w:t>https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uchebnik</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mos</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material</w:t>
            </w:r>
            <w:r w:rsidRPr="005F2B85">
              <w:rPr>
                <w:rFonts w:ascii="Times New Roman" w:eastAsia="Times New Roman" w:hAnsi="Times New Roman"/>
                <w:color w:val="000000"/>
                <w:w w:val="97"/>
                <w:sz w:val="16"/>
                <w:lang w:val="ru-RU"/>
              </w:rPr>
              <w:t>_</w:t>
            </w:r>
            <w:r>
              <w:rPr>
                <w:rFonts w:ascii="Times New Roman" w:eastAsia="Times New Roman" w:hAnsi="Times New Roman"/>
                <w:color w:val="000000"/>
                <w:w w:val="97"/>
                <w:sz w:val="16"/>
              </w:rPr>
              <w:t>view</w:t>
            </w:r>
            <w:r w:rsidRPr="005F2B85">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atomic</w:t>
            </w:r>
            <w:r w:rsidRPr="005F2B85">
              <w:rPr>
                <w:rFonts w:ascii="Times New Roman" w:eastAsia="Times New Roman" w:hAnsi="Times New Roman"/>
                <w:color w:val="000000"/>
                <w:w w:val="97"/>
                <w:sz w:val="16"/>
                <w:lang w:val="ru-RU"/>
              </w:rPr>
              <w:t xml:space="preserve">_ </w:t>
            </w:r>
            <w:r>
              <w:rPr>
                <w:rFonts w:ascii="Times New Roman" w:eastAsia="Times New Roman" w:hAnsi="Times New Roman"/>
                <w:color w:val="000000"/>
                <w:w w:val="97"/>
                <w:sz w:val="16"/>
              </w:rPr>
              <w:t>objects</w:t>
            </w:r>
            <w:r w:rsidRPr="005F2B85">
              <w:rPr>
                <w:rFonts w:ascii="Times New Roman" w:eastAsia="Times New Roman" w:hAnsi="Times New Roman"/>
                <w:color w:val="000000"/>
                <w:w w:val="97"/>
                <w:sz w:val="16"/>
                <w:lang w:val="ru-RU"/>
              </w:rPr>
              <w:t>/6067061?</w:t>
            </w:r>
          </w:p>
          <w:p w14:paraId="7C653123" w14:textId="77777777" w:rsidR="00083BFC" w:rsidRDefault="0045250B">
            <w:pPr>
              <w:autoSpaceDE w:val="0"/>
              <w:autoSpaceDN w:val="0"/>
              <w:spacing w:before="18" w:after="0" w:line="233" w:lineRule="auto"/>
              <w:ind w:left="72"/>
            </w:pPr>
            <w:r>
              <w:rPr>
                <w:rFonts w:ascii="Times New Roman" w:eastAsia="Times New Roman" w:hAnsi="Times New Roman"/>
                <w:color w:val="000000"/>
                <w:w w:val="97"/>
                <w:sz w:val="16"/>
              </w:rPr>
              <w:t>menuReferrer=catalogue</w:t>
            </w:r>
          </w:p>
        </w:tc>
      </w:tr>
      <w:tr w:rsidR="00083BFC" w14:paraId="37D1B23C" w14:textId="77777777">
        <w:trPr>
          <w:trHeight w:hRule="exact" w:val="348"/>
        </w:trPr>
        <w:tc>
          <w:tcPr>
            <w:tcW w:w="45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64BC09F"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Итого по модулю 7</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32944E9"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4</w:t>
            </w:r>
          </w:p>
        </w:tc>
        <w:tc>
          <w:tcPr>
            <w:tcW w:w="104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1145A4D8" w14:textId="77777777" w:rsidR="00083BFC" w:rsidRDefault="00083BFC"/>
        </w:tc>
      </w:tr>
      <w:tr w:rsidR="00083BFC" w14:paraId="1F9D57F4" w14:textId="77777777">
        <w:trPr>
          <w:trHeight w:hRule="exact" w:val="36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02AF7161"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 xml:space="preserve">Модуль 8. </w:t>
            </w:r>
            <w:r>
              <w:rPr>
                <w:rFonts w:ascii="Times New Roman" w:eastAsia="Times New Roman" w:hAnsi="Times New Roman"/>
                <w:b/>
                <w:color w:val="000000"/>
                <w:w w:val="97"/>
                <w:sz w:val="16"/>
              </w:rPr>
              <w:t>Азбука цифровой графики</w:t>
            </w:r>
          </w:p>
        </w:tc>
      </w:tr>
      <w:tr w:rsidR="00083BFC" w14:paraId="60E2BB88" w14:textId="77777777">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9CB263"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8.1.</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27441AD" w14:textId="77777777" w:rsidR="00083BFC" w:rsidRPr="005F2B85" w:rsidRDefault="0045250B">
            <w:pPr>
              <w:autoSpaceDE w:val="0"/>
              <w:autoSpaceDN w:val="0"/>
              <w:spacing w:before="78" w:after="0" w:line="247" w:lineRule="auto"/>
              <w:ind w:left="72" w:right="432"/>
              <w:rPr>
                <w:lang w:val="ru-RU"/>
              </w:rPr>
            </w:pPr>
            <w:r w:rsidRPr="005F2B85">
              <w:rPr>
                <w:rFonts w:ascii="Times New Roman" w:eastAsia="Times New Roman" w:hAnsi="Times New Roman"/>
                <w:b/>
                <w:color w:val="000000"/>
                <w:w w:val="97"/>
                <w:sz w:val="16"/>
                <w:lang w:val="ru-RU"/>
              </w:rPr>
              <w:t>Фотографирование мелких деталей природы, запечатление на фотографиях ярких зрительных впечатлений.</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1086F28"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B9CF4D3"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690B56"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BE4A886" w14:textId="03E5DB22" w:rsidR="00083BFC" w:rsidRDefault="00083BFC">
            <w:pPr>
              <w:autoSpaceDE w:val="0"/>
              <w:autoSpaceDN w:val="0"/>
              <w:spacing w:before="78" w:after="0" w:line="230" w:lineRule="auto"/>
              <w:jc w:val="center"/>
            </w:pPr>
          </w:p>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1E22050F" w14:textId="77777777" w:rsidR="00083BFC" w:rsidRPr="005F2B85" w:rsidRDefault="0045250B">
            <w:pPr>
              <w:autoSpaceDE w:val="0"/>
              <w:autoSpaceDN w:val="0"/>
              <w:spacing w:before="78" w:after="0" w:line="250" w:lineRule="auto"/>
              <w:ind w:left="72" w:right="144"/>
              <w:rPr>
                <w:lang w:val="ru-RU"/>
              </w:rPr>
            </w:pPr>
            <w:r w:rsidRPr="005F2B85">
              <w:rPr>
                <w:rFonts w:ascii="Times New Roman" w:eastAsia="Times New Roman" w:hAnsi="Times New Roman"/>
                <w:color w:val="000000"/>
                <w:w w:val="97"/>
                <w:sz w:val="16"/>
                <w:lang w:val="ru-RU"/>
              </w:rPr>
              <w:t xml:space="preserve">Приобретать опыт </w:t>
            </w:r>
            <w:r w:rsidRPr="005F2B85">
              <w:rPr>
                <w:lang w:val="ru-RU"/>
              </w:rPr>
              <w:br/>
            </w:r>
            <w:r w:rsidRPr="005F2B85">
              <w:rPr>
                <w:rFonts w:ascii="Times New Roman" w:eastAsia="Times New Roman" w:hAnsi="Times New Roman"/>
                <w:color w:val="000000"/>
                <w:w w:val="97"/>
                <w:sz w:val="16"/>
                <w:lang w:val="ru-RU"/>
              </w:rPr>
              <w:t xml:space="preserve">фотографирования с целью </w:t>
            </w:r>
            <w:r w:rsidRPr="005F2B85">
              <w:rPr>
                <w:lang w:val="ru-RU"/>
              </w:rPr>
              <w:br/>
            </w:r>
            <w:r w:rsidRPr="005F2B85">
              <w:rPr>
                <w:rFonts w:ascii="Times New Roman" w:eastAsia="Times New Roman" w:hAnsi="Times New Roman"/>
                <w:color w:val="000000"/>
                <w:w w:val="97"/>
                <w:sz w:val="16"/>
                <w:lang w:val="ru-RU"/>
              </w:rPr>
              <w:t>эстетического и целенаправленного наблюдения природы;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A28C4E7"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168B17" w14:textId="77777777" w:rsidR="00083BFC" w:rsidRDefault="0045250B">
            <w:pPr>
              <w:autoSpaceDE w:val="0"/>
              <w:autoSpaceDN w:val="0"/>
              <w:spacing w:before="78" w:after="0" w:line="252" w:lineRule="auto"/>
              <w:ind w:left="72" w:right="288"/>
            </w:pPr>
            <w:r>
              <w:rPr>
                <w:rFonts w:ascii="Times New Roman" w:eastAsia="Times New Roman" w:hAnsi="Times New Roman"/>
                <w:color w:val="000000"/>
                <w:w w:val="97"/>
                <w:sz w:val="16"/>
              </w:rPr>
              <w:t xml:space="preserve">Природа. Фотография цветущего луга (МЭШ) https://uchebnik.mos.ru/material_view/atomic_ objects/9511342?menuReferrer=catalogue </w:t>
            </w:r>
            <w:r>
              <w:br/>
            </w:r>
            <w:r>
              <w:rPr>
                <w:rFonts w:ascii="Times New Roman" w:eastAsia="Times New Roman" w:hAnsi="Times New Roman"/>
                <w:color w:val="000000"/>
                <w:w w:val="97"/>
                <w:sz w:val="16"/>
              </w:rPr>
              <w:t xml:space="preserve">Сосна летом. Фотография (МЭШ) </w:t>
            </w:r>
            <w:r>
              <w:br/>
            </w:r>
            <w:r>
              <w:rPr>
                <w:rFonts w:ascii="Times New Roman" w:eastAsia="Times New Roman" w:hAnsi="Times New Roman"/>
                <w:color w:val="000000"/>
                <w:w w:val="97"/>
                <w:sz w:val="16"/>
              </w:rPr>
              <w:t>https://uchebnik.mos.ru/material_view/atomic_ objects/5206385?menuReferrer=catalogue</w:t>
            </w:r>
          </w:p>
        </w:tc>
      </w:tr>
      <w:tr w:rsidR="00083BFC" w14:paraId="434D6E10" w14:textId="7777777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54149DD" w14:textId="77777777" w:rsidR="00083BFC" w:rsidRDefault="0045250B">
            <w:pPr>
              <w:autoSpaceDE w:val="0"/>
              <w:autoSpaceDN w:val="0"/>
              <w:spacing w:before="78" w:after="0" w:line="230" w:lineRule="auto"/>
              <w:jc w:val="center"/>
            </w:pPr>
            <w:r>
              <w:rPr>
                <w:rFonts w:ascii="Times New Roman" w:eastAsia="Times New Roman" w:hAnsi="Times New Roman"/>
                <w:color w:val="000000"/>
                <w:w w:val="97"/>
                <w:sz w:val="16"/>
              </w:rPr>
              <w:t>8.2.</w:t>
            </w:r>
          </w:p>
        </w:tc>
        <w:tc>
          <w:tcPr>
            <w:tcW w:w="4058" w:type="dxa"/>
            <w:tcBorders>
              <w:top w:val="single" w:sz="4" w:space="0" w:color="000000"/>
              <w:left w:val="single" w:sz="4" w:space="0" w:color="000000"/>
              <w:bottom w:val="single" w:sz="4" w:space="0" w:color="000000"/>
              <w:right w:val="single" w:sz="4" w:space="0" w:color="000000"/>
            </w:tcBorders>
            <w:tcMar>
              <w:left w:w="0" w:type="dxa"/>
              <w:right w:w="0" w:type="dxa"/>
            </w:tcMar>
          </w:tcPr>
          <w:p w14:paraId="64BB8DFB" w14:textId="77777777" w:rsidR="00083BFC" w:rsidRPr="005F2B85" w:rsidRDefault="0045250B">
            <w:pPr>
              <w:autoSpaceDE w:val="0"/>
              <w:autoSpaceDN w:val="0"/>
              <w:spacing w:before="78" w:after="0" w:line="245" w:lineRule="auto"/>
              <w:ind w:left="72" w:right="576"/>
              <w:rPr>
                <w:lang w:val="ru-RU"/>
              </w:rPr>
            </w:pPr>
            <w:r w:rsidRPr="005F2B85">
              <w:rPr>
                <w:rFonts w:ascii="Times New Roman" w:eastAsia="Times New Roman" w:hAnsi="Times New Roman"/>
                <w:b/>
                <w:color w:val="000000"/>
                <w:w w:val="97"/>
                <w:sz w:val="16"/>
                <w:lang w:val="ru-RU"/>
              </w:rPr>
              <w:t>Обсуждение в условиях урока ученических фотографий, соответствующих изучаемой теме.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A42C934"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F2D7C66"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F0A2AD9" w14:textId="77777777" w:rsidR="00083BFC" w:rsidRDefault="0045250B">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41A9FD9" w14:textId="77777777" w:rsidR="00083BFC" w:rsidRDefault="00083BFC"/>
        </w:tc>
        <w:tc>
          <w:tcPr>
            <w:tcW w:w="2654" w:type="dxa"/>
            <w:tcBorders>
              <w:top w:val="single" w:sz="4" w:space="0" w:color="000000"/>
              <w:left w:val="single" w:sz="4" w:space="0" w:color="000000"/>
              <w:bottom w:val="single" w:sz="4" w:space="0" w:color="000000"/>
              <w:right w:val="single" w:sz="4" w:space="0" w:color="000000"/>
            </w:tcBorders>
            <w:tcMar>
              <w:left w:w="0" w:type="dxa"/>
              <w:right w:w="0" w:type="dxa"/>
            </w:tcMar>
          </w:tcPr>
          <w:p w14:paraId="1C731995" w14:textId="77777777" w:rsidR="00083BFC" w:rsidRPr="005F2B85" w:rsidRDefault="0045250B">
            <w:pPr>
              <w:autoSpaceDE w:val="0"/>
              <w:autoSpaceDN w:val="0"/>
              <w:spacing w:before="78" w:after="0" w:line="250" w:lineRule="auto"/>
              <w:ind w:left="72" w:right="144"/>
              <w:rPr>
                <w:lang w:val="ru-RU"/>
              </w:rPr>
            </w:pPr>
            <w:r w:rsidRPr="005F2B85">
              <w:rPr>
                <w:rFonts w:ascii="Times New Roman" w:eastAsia="Times New Roman" w:hAnsi="Times New Roman"/>
                <w:color w:val="000000"/>
                <w:w w:val="97"/>
                <w:sz w:val="16"/>
                <w:lang w:val="ru-RU"/>
              </w:rPr>
              <w:t xml:space="preserve">Приобретать опыт обсуждения </w:t>
            </w:r>
            <w:r w:rsidRPr="005F2B85">
              <w:rPr>
                <w:lang w:val="ru-RU"/>
              </w:rPr>
              <w:br/>
            </w:r>
            <w:r w:rsidRPr="005F2B85">
              <w:rPr>
                <w:rFonts w:ascii="Times New Roman" w:eastAsia="Times New Roman" w:hAnsi="Times New Roman"/>
                <w:color w:val="000000"/>
                <w:w w:val="97"/>
                <w:sz w:val="16"/>
                <w:lang w:val="ru-RU"/>
              </w:rPr>
              <w:t>фотографий с точки зрения цели сделанного снимка, значимости его содержания, его композиции;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6A92321" w14:textId="77777777" w:rsidR="00083BFC" w:rsidRDefault="0045250B">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6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1B54CBB" w14:textId="77777777" w:rsidR="00083BFC" w:rsidRDefault="0045250B">
            <w:pPr>
              <w:autoSpaceDE w:val="0"/>
              <w:autoSpaceDN w:val="0"/>
              <w:spacing w:before="78" w:after="0" w:line="247" w:lineRule="auto"/>
              <w:ind w:left="72" w:right="432"/>
            </w:pPr>
            <w:r>
              <w:rPr>
                <w:rFonts w:ascii="Times New Roman" w:eastAsia="Times New Roman" w:hAnsi="Times New Roman"/>
                <w:color w:val="000000"/>
                <w:w w:val="97"/>
                <w:sz w:val="16"/>
              </w:rPr>
              <w:t xml:space="preserve">Берёза в снегу. Фотография (МЭШ) </w:t>
            </w:r>
            <w:r>
              <w:br/>
            </w:r>
            <w:r>
              <w:rPr>
                <w:rFonts w:ascii="Times New Roman" w:eastAsia="Times New Roman" w:hAnsi="Times New Roman"/>
                <w:color w:val="000000"/>
                <w:w w:val="97"/>
                <w:sz w:val="16"/>
              </w:rPr>
              <w:t>https://uchebnik.mos.ru/material_view/atomic_ objects/5203093?menuReferrer=catalogue</w:t>
            </w:r>
          </w:p>
        </w:tc>
      </w:tr>
      <w:tr w:rsidR="00083BFC" w14:paraId="6E2910D1" w14:textId="77777777">
        <w:trPr>
          <w:trHeight w:hRule="exact" w:val="348"/>
        </w:trPr>
        <w:tc>
          <w:tcPr>
            <w:tcW w:w="45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C842446"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Итого по модулю 8</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4703758"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1</w:t>
            </w:r>
          </w:p>
        </w:tc>
        <w:tc>
          <w:tcPr>
            <w:tcW w:w="1044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2008015D" w14:textId="77777777" w:rsidR="00083BFC" w:rsidRDefault="00083BFC"/>
        </w:tc>
      </w:tr>
      <w:tr w:rsidR="00083BFC" w14:paraId="0C64384C" w14:textId="77777777">
        <w:trPr>
          <w:trHeight w:hRule="exact" w:val="328"/>
        </w:trPr>
        <w:tc>
          <w:tcPr>
            <w:tcW w:w="45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8771F6E" w14:textId="77777777" w:rsidR="00083BFC" w:rsidRPr="005F2B85" w:rsidRDefault="0045250B">
            <w:pPr>
              <w:autoSpaceDE w:val="0"/>
              <w:autoSpaceDN w:val="0"/>
              <w:spacing w:before="76" w:after="0" w:line="233" w:lineRule="auto"/>
              <w:ind w:left="72"/>
              <w:rPr>
                <w:lang w:val="ru-RU"/>
              </w:rPr>
            </w:pPr>
            <w:r w:rsidRPr="005F2B85">
              <w:rPr>
                <w:rFonts w:ascii="Times New Roman" w:eastAsia="Times New Roman" w:hAnsi="Times New Roman"/>
                <w:color w:val="000000"/>
                <w:w w:val="97"/>
                <w:sz w:val="16"/>
                <w:lang w:val="ru-RU"/>
              </w:rPr>
              <w:t>ОБЩЕЕ КОЛИЧЕСТВО ЧАСОВ ПО ПРОГРАММЕ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CFDA264"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33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94BB197"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7E8D0D6" w14:textId="77777777" w:rsidR="00083BFC" w:rsidRDefault="0045250B">
            <w:pPr>
              <w:autoSpaceDE w:val="0"/>
              <w:autoSpaceDN w:val="0"/>
              <w:spacing w:before="76" w:after="0" w:line="233" w:lineRule="auto"/>
              <w:ind w:left="72"/>
            </w:pPr>
            <w:r>
              <w:rPr>
                <w:rFonts w:ascii="Times New Roman" w:eastAsia="Times New Roman" w:hAnsi="Times New Roman"/>
                <w:color w:val="000000"/>
                <w:w w:val="97"/>
                <w:sz w:val="16"/>
              </w:rPr>
              <w:t>24</w:t>
            </w:r>
          </w:p>
        </w:tc>
        <w:tc>
          <w:tcPr>
            <w:tcW w:w="8202"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14:paraId="29A0798F" w14:textId="77777777" w:rsidR="00083BFC" w:rsidRDefault="00083BFC"/>
        </w:tc>
      </w:tr>
    </w:tbl>
    <w:p w14:paraId="7BD06AD0" w14:textId="77777777" w:rsidR="00083BFC" w:rsidRDefault="00083BFC">
      <w:pPr>
        <w:autoSpaceDE w:val="0"/>
        <w:autoSpaceDN w:val="0"/>
        <w:spacing w:after="0" w:line="14" w:lineRule="exact"/>
      </w:pPr>
    </w:p>
    <w:p w14:paraId="0BAC1FE8" w14:textId="77777777" w:rsidR="00BB7497" w:rsidRDefault="00BB7497" w:rsidP="00BB7497">
      <w:pPr>
        <w:autoSpaceDE w:val="0"/>
        <w:autoSpaceDN w:val="0"/>
        <w:spacing w:after="258" w:line="233" w:lineRule="auto"/>
        <w:rPr>
          <w:rFonts w:ascii="Times New Roman" w:eastAsia="Times New Roman" w:hAnsi="Times New Roman"/>
          <w:b/>
          <w:color w:val="000000"/>
          <w:w w:val="101"/>
          <w:sz w:val="19"/>
          <w:lang w:val="ru-RU"/>
        </w:rPr>
      </w:pPr>
    </w:p>
    <w:p w14:paraId="4AB8BD50" w14:textId="048F61EB" w:rsidR="00BB7497" w:rsidRPr="0048644E" w:rsidRDefault="00BB7497" w:rsidP="00BB7497">
      <w:pPr>
        <w:autoSpaceDE w:val="0"/>
        <w:autoSpaceDN w:val="0"/>
        <w:spacing w:after="258" w:line="233" w:lineRule="auto"/>
        <w:rPr>
          <w:lang w:val="ru-RU"/>
        </w:rPr>
      </w:pPr>
      <w:r w:rsidRPr="0048644E">
        <w:rPr>
          <w:rFonts w:ascii="Times New Roman" w:eastAsia="Times New Roman" w:hAnsi="Times New Roman"/>
          <w:b/>
          <w:color w:val="000000"/>
          <w:w w:val="101"/>
          <w:sz w:val="19"/>
          <w:lang w:val="ru-RU"/>
        </w:rPr>
        <w:t xml:space="preserve">ТЕМАТИЧЕСКОЕ ПЛАНИРОВАНИЕ </w:t>
      </w:r>
      <w:r>
        <w:rPr>
          <w:rFonts w:ascii="Times New Roman" w:eastAsia="Times New Roman" w:hAnsi="Times New Roman"/>
          <w:b/>
          <w:color w:val="000000"/>
          <w:w w:val="101"/>
          <w:sz w:val="19"/>
          <w:lang w:val="ru-RU"/>
        </w:rPr>
        <w:t>2 класс</w:t>
      </w:r>
    </w:p>
    <w:tbl>
      <w:tblPr>
        <w:tblW w:w="0" w:type="auto"/>
        <w:tblInd w:w="6" w:type="dxa"/>
        <w:tblLayout w:type="fixed"/>
        <w:tblLook w:val="04A0" w:firstRow="1" w:lastRow="0" w:firstColumn="1" w:lastColumn="0" w:noHBand="0" w:noVBand="1"/>
      </w:tblPr>
      <w:tblGrid>
        <w:gridCol w:w="468"/>
        <w:gridCol w:w="4636"/>
        <w:gridCol w:w="528"/>
        <w:gridCol w:w="1104"/>
        <w:gridCol w:w="1140"/>
        <w:gridCol w:w="864"/>
        <w:gridCol w:w="4300"/>
        <w:gridCol w:w="1080"/>
        <w:gridCol w:w="1382"/>
      </w:tblGrid>
      <w:tr w:rsidR="00BB7497" w14:paraId="743359E4" w14:textId="77777777" w:rsidTr="00BB7497">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C438346" w14:textId="77777777" w:rsidR="00BB7497" w:rsidRPr="0048644E" w:rsidRDefault="00BB7497" w:rsidP="00BB7497">
            <w:pPr>
              <w:autoSpaceDE w:val="0"/>
              <w:autoSpaceDN w:val="0"/>
              <w:spacing w:before="78" w:after="0" w:line="245" w:lineRule="auto"/>
              <w:ind w:right="144"/>
              <w:jc w:val="center"/>
              <w:rPr>
                <w:lang w:val="ru-RU"/>
              </w:rPr>
            </w:pPr>
            <w:r w:rsidRPr="0048644E">
              <w:rPr>
                <w:rFonts w:ascii="Times New Roman" w:eastAsia="Times New Roman" w:hAnsi="Times New Roman"/>
                <w:b/>
                <w:color w:val="000000"/>
                <w:w w:val="97"/>
                <w:sz w:val="16"/>
                <w:lang w:val="ru-RU"/>
              </w:rPr>
              <w:t>№</w:t>
            </w:r>
            <w:r w:rsidRPr="0048644E">
              <w:rPr>
                <w:lang w:val="ru-RU"/>
              </w:rPr>
              <w:br/>
            </w:r>
            <w:r w:rsidRPr="0048644E">
              <w:rPr>
                <w:rFonts w:ascii="Times New Roman" w:eastAsia="Times New Roman" w:hAnsi="Times New Roman"/>
                <w:b/>
                <w:color w:val="000000"/>
                <w:w w:val="97"/>
                <w:sz w:val="16"/>
                <w:lang w:val="ru-RU"/>
              </w:rPr>
              <w:t>п/п</w:t>
            </w:r>
          </w:p>
        </w:tc>
        <w:tc>
          <w:tcPr>
            <w:tcW w:w="4636"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14:paraId="350FECC5"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b/>
                <w:color w:val="000000"/>
                <w:w w:val="97"/>
                <w:sz w:val="16"/>
                <w:lang w:val="ru-RU"/>
              </w:rPr>
              <w:t>Наименование разделов и тем программы</w:t>
            </w:r>
          </w:p>
        </w:tc>
        <w:tc>
          <w:tcPr>
            <w:tcW w:w="2772" w:type="dxa"/>
            <w:gridSpan w:val="3"/>
            <w:tcBorders>
              <w:top w:val="single" w:sz="4" w:space="0" w:color="000000"/>
              <w:left w:val="single" w:sz="5" w:space="0" w:color="000000"/>
              <w:bottom w:val="single" w:sz="4" w:space="0" w:color="000000"/>
              <w:right w:val="single" w:sz="4" w:space="0" w:color="000000"/>
            </w:tcBorders>
            <w:tcMar>
              <w:left w:w="0" w:type="dxa"/>
              <w:right w:w="0" w:type="dxa"/>
            </w:tcMar>
          </w:tcPr>
          <w:p w14:paraId="3EFB2153" w14:textId="77777777" w:rsidR="00BB7497" w:rsidRPr="0048644E" w:rsidRDefault="00BB7497" w:rsidP="00BB7497">
            <w:pPr>
              <w:autoSpaceDE w:val="0"/>
              <w:autoSpaceDN w:val="0"/>
              <w:spacing w:before="78" w:after="0" w:line="230" w:lineRule="auto"/>
              <w:ind w:left="70"/>
              <w:rPr>
                <w:lang w:val="ru-RU"/>
              </w:rPr>
            </w:pPr>
            <w:r w:rsidRPr="0048644E">
              <w:rPr>
                <w:rFonts w:ascii="Times New Roman" w:eastAsia="Times New Roman" w:hAnsi="Times New Roman"/>
                <w:b/>
                <w:color w:val="000000"/>
                <w:w w:val="97"/>
                <w:sz w:val="16"/>
                <w:lang w:val="ru-RU"/>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33A4C3D" w14:textId="77777777" w:rsidR="00BB7497" w:rsidRPr="0048644E" w:rsidRDefault="00BB7497" w:rsidP="00BB7497">
            <w:pPr>
              <w:autoSpaceDE w:val="0"/>
              <w:autoSpaceDN w:val="0"/>
              <w:spacing w:before="78" w:after="0" w:line="245" w:lineRule="auto"/>
              <w:ind w:left="72"/>
              <w:rPr>
                <w:lang w:val="ru-RU"/>
              </w:rPr>
            </w:pPr>
            <w:r w:rsidRPr="0048644E">
              <w:rPr>
                <w:rFonts w:ascii="Times New Roman" w:eastAsia="Times New Roman" w:hAnsi="Times New Roman"/>
                <w:b/>
                <w:color w:val="000000"/>
                <w:w w:val="97"/>
                <w:sz w:val="16"/>
                <w:lang w:val="ru-RU"/>
              </w:rPr>
              <w:t xml:space="preserve">Дата </w:t>
            </w:r>
            <w:r w:rsidRPr="0048644E">
              <w:rPr>
                <w:lang w:val="ru-RU"/>
              </w:rPr>
              <w:br/>
            </w:r>
            <w:r w:rsidRPr="0048644E">
              <w:rPr>
                <w:rFonts w:ascii="Times New Roman" w:eastAsia="Times New Roman" w:hAnsi="Times New Roman"/>
                <w:b/>
                <w:color w:val="000000"/>
                <w:w w:val="97"/>
                <w:sz w:val="16"/>
                <w:lang w:val="ru-RU"/>
              </w:rPr>
              <w:t>изучения</w:t>
            </w:r>
          </w:p>
        </w:tc>
        <w:tc>
          <w:tcPr>
            <w:tcW w:w="430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E8B86E5" w14:textId="77777777" w:rsidR="00BB7497" w:rsidRPr="0048644E" w:rsidRDefault="00BB7497" w:rsidP="00BB7497">
            <w:pPr>
              <w:autoSpaceDE w:val="0"/>
              <w:autoSpaceDN w:val="0"/>
              <w:spacing w:before="78" w:after="0" w:line="230" w:lineRule="auto"/>
              <w:ind w:left="74"/>
              <w:rPr>
                <w:lang w:val="ru-RU"/>
              </w:rPr>
            </w:pPr>
            <w:r w:rsidRPr="0048644E">
              <w:rPr>
                <w:rFonts w:ascii="Times New Roman" w:eastAsia="Times New Roman" w:hAnsi="Times New Roman"/>
                <w:b/>
                <w:color w:val="000000"/>
                <w:w w:val="97"/>
                <w:sz w:val="16"/>
                <w:lang w:val="ru-RU"/>
              </w:rPr>
              <w:t>Виды деятельности</w:t>
            </w:r>
          </w:p>
        </w:tc>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9C2C4A7" w14:textId="77777777" w:rsidR="00BB7497" w:rsidRPr="0048644E" w:rsidRDefault="00BB7497" w:rsidP="00BB7497">
            <w:pPr>
              <w:autoSpaceDE w:val="0"/>
              <w:autoSpaceDN w:val="0"/>
              <w:spacing w:before="78" w:after="0" w:line="247" w:lineRule="auto"/>
              <w:ind w:left="72" w:right="288"/>
              <w:rPr>
                <w:lang w:val="ru-RU"/>
              </w:rPr>
            </w:pPr>
            <w:r w:rsidRPr="0048644E">
              <w:rPr>
                <w:rFonts w:ascii="Times New Roman" w:eastAsia="Times New Roman" w:hAnsi="Times New Roman"/>
                <w:b/>
                <w:color w:val="000000"/>
                <w:w w:val="97"/>
                <w:sz w:val="16"/>
                <w:lang w:val="ru-RU"/>
              </w:rPr>
              <w:t xml:space="preserve">Виды, </w:t>
            </w:r>
            <w:r w:rsidRPr="0048644E">
              <w:rPr>
                <w:lang w:val="ru-RU"/>
              </w:rPr>
              <w:br/>
            </w:r>
            <w:r w:rsidRPr="0048644E">
              <w:rPr>
                <w:rFonts w:ascii="Times New Roman" w:eastAsia="Times New Roman" w:hAnsi="Times New Roman"/>
                <w:b/>
                <w:color w:val="000000"/>
                <w:w w:val="97"/>
                <w:sz w:val="16"/>
                <w:lang w:val="ru-RU"/>
              </w:rPr>
              <w:t xml:space="preserve">формы </w:t>
            </w:r>
            <w:r w:rsidRPr="0048644E">
              <w:rPr>
                <w:lang w:val="ru-RU"/>
              </w:rPr>
              <w:br/>
            </w:r>
            <w:r w:rsidRPr="0048644E">
              <w:rPr>
                <w:rFonts w:ascii="Times New Roman" w:eastAsia="Times New Roman" w:hAnsi="Times New Roman"/>
                <w:b/>
                <w:color w:val="000000"/>
                <w:w w:val="97"/>
                <w:sz w:val="16"/>
                <w:lang w:val="ru-RU"/>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FFEFCC0" w14:textId="77777777" w:rsidR="00BB7497" w:rsidRDefault="00BB7497" w:rsidP="00BB7497">
            <w:pPr>
              <w:autoSpaceDE w:val="0"/>
              <w:autoSpaceDN w:val="0"/>
              <w:spacing w:before="78" w:after="0" w:line="250" w:lineRule="auto"/>
              <w:ind w:left="72"/>
            </w:pPr>
            <w:r w:rsidRPr="0048644E">
              <w:rPr>
                <w:rFonts w:ascii="Times New Roman" w:eastAsia="Times New Roman" w:hAnsi="Times New Roman"/>
                <w:b/>
                <w:color w:val="000000"/>
                <w:w w:val="97"/>
                <w:sz w:val="16"/>
                <w:lang w:val="ru-RU"/>
              </w:rPr>
              <w:t>Электро</w:t>
            </w:r>
            <w:r>
              <w:rPr>
                <w:rFonts w:ascii="Times New Roman" w:eastAsia="Times New Roman" w:hAnsi="Times New Roman"/>
                <w:b/>
                <w:color w:val="000000"/>
                <w:w w:val="97"/>
                <w:sz w:val="16"/>
              </w:rPr>
              <w:t xml:space="preserve">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BB7497" w14:paraId="1A869522" w14:textId="77777777" w:rsidTr="00BB7497">
        <w:trPr>
          <w:trHeight w:hRule="exact" w:val="576"/>
        </w:trPr>
        <w:tc>
          <w:tcPr>
            <w:tcW w:w="468" w:type="dxa"/>
            <w:vMerge/>
            <w:tcBorders>
              <w:top w:val="single" w:sz="4" w:space="0" w:color="000000"/>
              <w:left w:val="single" w:sz="4" w:space="0" w:color="000000"/>
              <w:bottom w:val="single" w:sz="4" w:space="0" w:color="000000"/>
              <w:right w:val="single" w:sz="4" w:space="0" w:color="000000"/>
            </w:tcBorders>
          </w:tcPr>
          <w:p w14:paraId="710C81AD" w14:textId="77777777" w:rsidR="00BB7497" w:rsidRDefault="00BB7497" w:rsidP="00BB7497"/>
        </w:tc>
        <w:tc>
          <w:tcPr>
            <w:tcW w:w="4636" w:type="dxa"/>
            <w:vMerge/>
            <w:tcBorders>
              <w:top w:val="single" w:sz="4" w:space="0" w:color="000000"/>
              <w:left w:val="single" w:sz="4" w:space="0" w:color="000000"/>
              <w:bottom w:val="single" w:sz="4" w:space="0" w:color="000000"/>
              <w:right w:val="single" w:sz="5" w:space="0" w:color="000000"/>
            </w:tcBorders>
          </w:tcPr>
          <w:p w14:paraId="07D7C1D0" w14:textId="77777777" w:rsidR="00BB7497" w:rsidRDefault="00BB7497" w:rsidP="00BB7497"/>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7B32F4B1" w14:textId="77777777" w:rsidR="00BB7497" w:rsidRDefault="00BB7497" w:rsidP="00BB7497">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CE229FA" w14:textId="77777777" w:rsidR="00BB7497" w:rsidRDefault="00BB7497" w:rsidP="00BB7497">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B714971" w14:textId="77777777" w:rsidR="00BB7497" w:rsidRDefault="00BB7497" w:rsidP="00BB7497">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864" w:type="dxa"/>
            <w:vMerge/>
            <w:tcBorders>
              <w:top w:val="single" w:sz="4" w:space="0" w:color="000000"/>
              <w:left w:val="single" w:sz="4" w:space="0" w:color="000000"/>
              <w:bottom w:val="single" w:sz="4" w:space="0" w:color="000000"/>
              <w:right w:val="single" w:sz="4" w:space="0" w:color="000000"/>
            </w:tcBorders>
          </w:tcPr>
          <w:p w14:paraId="041B4401" w14:textId="77777777" w:rsidR="00BB7497" w:rsidRDefault="00BB7497" w:rsidP="00BB7497"/>
        </w:tc>
        <w:tc>
          <w:tcPr>
            <w:tcW w:w="4300" w:type="dxa"/>
            <w:vMerge/>
            <w:tcBorders>
              <w:top w:val="single" w:sz="4" w:space="0" w:color="000000"/>
              <w:left w:val="single" w:sz="4" w:space="0" w:color="000000"/>
              <w:bottom w:val="single" w:sz="4" w:space="0" w:color="000000"/>
              <w:right w:val="single" w:sz="4" w:space="0" w:color="000000"/>
            </w:tcBorders>
          </w:tcPr>
          <w:p w14:paraId="250C8693" w14:textId="77777777" w:rsidR="00BB7497" w:rsidRDefault="00BB7497" w:rsidP="00BB7497"/>
        </w:tc>
        <w:tc>
          <w:tcPr>
            <w:tcW w:w="1080" w:type="dxa"/>
            <w:vMerge/>
            <w:tcBorders>
              <w:top w:val="single" w:sz="4" w:space="0" w:color="000000"/>
              <w:left w:val="single" w:sz="4" w:space="0" w:color="000000"/>
              <w:bottom w:val="single" w:sz="4" w:space="0" w:color="000000"/>
              <w:right w:val="single" w:sz="4" w:space="0" w:color="000000"/>
            </w:tcBorders>
          </w:tcPr>
          <w:p w14:paraId="6C936F52" w14:textId="77777777" w:rsidR="00BB7497" w:rsidRDefault="00BB7497" w:rsidP="00BB7497"/>
        </w:tc>
        <w:tc>
          <w:tcPr>
            <w:tcW w:w="1382" w:type="dxa"/>
            <w:vMerge/>
            <w:tcBorders>
              <w:top w:val="single" w:sz="4" w:space="0" w:color="000000"/>
              <w:left w:val="single" w:sz="4" w:space="0" w:color="000000"/>
              <w:bottom w:val="single" w:sz="4" w:space="0" w:color="000000"/>
              <w:right w:val="single" w:sz="4" w:space="0" w:color="000000"/>
            </w:tcBorders>
          </w:tcPr>
          <w:p w14:paraId="6F228649" w14:textId="77777777" w:rsidR="00BB7497" w:rsidRDefault="00BB7497" w:rsidP="00BB7497"/>
        </w:tc>
      </w:tr>
      <w:tr w:rsidR="00BB7497" w14:paraId="728AAEFE" w14:textId="77777777" w:rsidTr="00BB7497">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14:paraId="3814018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Модуль 1.</w:t>
            </w:r>
            <w:r>
              <w:rPr>
                <w:rFonts w:ascii="Times New Roman" w:eastAsia="Times New Roman" w:hAnsi="Times New Roman"/>
                <w:b/>
                <w:color w:val="000000"/>
                <w:w w:val="97"/>
                <w:sz w:val="16"/>
              </w:rPr>
              <w:t xml:space="preserve"> Графика</w:t>
            </w:r>
          </w:p>
        </w:tc>
      </w:tr>
      <w:tr w:rsidR="00BB7497" w14:paraId="6777A805" w14:textId="77777777" w:rsidTr="00BB7497">
        <w:trPr>
          <w:trHeight w:hRule="exact" w:val="73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14:paraId="4D682D26" w14:textId="77777777" w:rsidR="00BB7497" w:rsidRDefault="00BB7497" w:rsidP="00BB7497">
            <w:pPr>
              <w:autoSpaceDE w:val="0"/>
              <w:autoSpaceDN w:val="0"/>
              <w:spacing w:before="76" w:after="0" w:line="230" w:lineRule="auto"/>
              <w:jc w:val="center"/>
            </w:pPr>
            <w:r>
              <w:rPr>
                <w:rFonts w:ascii="Times New Roman" w:eastAsia="Times New Roman" w:hAnsi="Times New Roman"/>
                <w:color w:val="000000"/>
                <w:w w:val="97"/>
                <w:sz w:val="16"/>
              </w:rPr>
              <w:t>1.1.</w:t>
            </w:r>
          </w:p>
        </w:tc>
        <w:tc>
          <w:tcPr>
            <w:tcW w:w="4636" w:type="dxa"/>
            <w:tcBorders>
              <w:top w:val="single" w:sz="5" w:space="0" w:color="000000"/>
              <w:left w:val="single" w:sz="4" w:space="0" w:color="000000"/>
              <w:bottom w:val="single" w:sz="4" w:space="0" w:color="000000"/>
              <w:right w:val="single" w:sz="5" w:space="0" w:color="000000"/>
            </w:tcBorders>
            <w:tcMar>
              <w:left w:w="0" w:type="dxa"/>
              <w:right w:w="0" w:type="dxa"/>
            </w:tcMar>
          </w:tcPr>
          <w:p w14:paraId="3098F3C8" w14:textId="77777777" w:rsidR="00BB7497" w:rsidRDefault="00BB7497" w:rsidP="00BB7497">
            <w:pPr>
              <w:autoSpaceDE w:val="0"/>
              <w:autoSpaceDN w:val="0"/>
              <w:spacing w:before="76" w:after="0" w:line="250" w:lineRule="auto"/>
              <w:ind w:left="72" w:right="288"/>
            </w:pPr>
            <w:r w:rsidRPr="00B5589A">
              <w:rPr>
                <w:rFonts w:ascii="Times New Roman" w:eastAsia="Times New Roman" w:hAnsi="Times New Roman"/>
                <w:b/>
                <w:color w:val="000000"/>
                <w:w w:val="97"/>
                <w:sz w:val="16"/>
                <w:lang w:val="ru-RU"/>
              </w:rPr>
              <w:t xml:space="preserve">Ритм линий. Выразительность линии. Художественные материалы для линейного рисунка и их свойства. </w:t>
            </w:r>
            <w:r>
              <w:rPr>
                <w:rFonts w:ascii="Times New Roman" w:eastAsia="Times New Roman" w:hAnsi="Times New Roman"/>
                <w:b/>
                <w:color w:val="000000"/>
                <w:w w:val="97"/>
                <w:sz w:val="16"/>
              </w:rPr>
              <w:t>Развитие навыков линейного рисунка.</w:t>
            </w:r>
          </w:p>
        </w:tc>
        <w:tc>
          <w:tcPr>
            <w:tcW w:w="528" w:type="dxa"/>
            <w:tcBorders>
              <w:top w:val="single" w:sz="5" w:space="0" w:color="000000"/>
              <w:left w:val="single" w:sz="5" w:space="0" w:color="000000"/>
              <w:bottom w:val="single" w:sz="4" w:space="0" w:color="000000"/>
              <w:right w:val="single" w:sz="4" w:space="0" w:color="000000"/>
            </w:tcBorders>
            <w:tcMar>
              <w:left w:w="0" w:type="dxa"/>
              <w:right w:w="0" w:type="dxa"/>
            </w:tcMar>
          </w:tcPr>
          <w:p w14:paraId="76CD057D" w14:textId="77777777" w:rsidR="00BB7497" w:rsidRDefault="00BB7497" w:rsidP="00BB7497">
            <w:pPr>
              <w:autoSpaceDE w:val="0"/>
              <w:autoSpaceDN w:val="0"/>
              <w:spacing w:before="76" w:after="0" w:line="230" w:lineRule="auto"/>
              <w:ind w:left="70"/>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14:paraId="32587157"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14:paraId="0600E3DC"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14:paraId="6B322CCF" w14:textId="6313DF23" w:rsidR="00BB7497" w:rsidRDefault="00BB7497" w:rsidP="00BB7497">
            <w:pPr>
              <w:autoSpaceDE w:val="0"/>
              <w:autoSpaceDN w:val="0"/>
              <w:spacing w:before="76" w:after="0" w:line="230" w:lineRule="auto"/>
              <w:jc w:val="center"/>
            </w:pPr>
          </w:p>
        </w:tc>
        <w:tc>
          <w:tcPr>
            <w:tcW w:w="4300" w:type="dxa"/>
            <w:tcBorders>
              <w:top w:val="single" w:sz="5" w:space="0" w:color="000000"/>
              <w:left w:val="single" w:sz="4" w:space="0" w:color="000000"/>
              <w:bottom w:val="single" w:sz="4" w:space="0" w:color="000000"/>
              <w:right w:val="single" w:sz="4" w:space="0" w:color="000000"/>
            </w:tcBorders>
            <w:tcMar>
              <w:left w:w="0" w:type="dxa"/>
              <w:right w:w="0" w:type="dxa"/>
            </w:tcMar>
          </w:tcPr>
          <w:p w14:paraId="7EEE02BF" w14:textId="77777777" w:rsidR="00BB7497" w:rsidRPr="00B5589A" w:rsidRDefault="00BB7497" w:rsidP="00BB7497">
            <w:pPr>
              <w:autoSpaceDE w:val="0"/>
              <w:autoSpaceDN w:val="0"/>
              <w:spacing w:before="76" w:after="0" w:line="245" w:lineRule="auto"/>
              <w:ind w:left="74"/>
              <w:rPr>
                <w:lang w:val="ru-RU"/>
              </w:rPr>
            </w:pPr>
            <w:r w:rsidRPr="00B5589A">
              <w:rPr>
                <w:rFonts w:ascii="Times New Roman" w:eastAsia="Times New Roman" w:hAnsi="Times New Roman"/>
                <w:color w:val="000000"/>
                <w:w w:val="97"/>
                <w:sz w:val="16"/>
                <w:lang w:val="ru-RU"/>
              </w:rPr>
              <w:t>Учиться понимать свойства линейного ритма и ритмическую организацию изображения.;</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14:paraId="0BEC5BD7" w14:textId="77777777" w:rsidR="00BB7497" w:rsidRDefault="00BB7497" w:rsidP="00BB7497">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14:paraId="058C03BA"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РЭШ</w:t>
            </w:r>
          </w:p>
        </w:tc>
      </w:tr>
      <w:tr w:rsidR="00BB7497" w14:paraId="68973BF5"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475C385"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1.2.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4DAC13F" w14:textId="77777777" w:rsidR="00BB7497" w:rsidRPr="00B5589A" w:rsidRDefault="00BB7497" w:rsidP="00BB7497">
            <w:pPr>
              <w:autoSpaceDE w:val="0"/>
              <w:autoSpaceDN w:val="0"/>
              <w:spacing w:before="76" w:after="0" w:line="245" w:lineRule="auto"/>
              <w:ind w:left="72" w:right="288"/>
              <w:rPr>
                <w:lang w:val="ru-RU"/>
              </w:rPr>
            </w:pPr>
            <w:r w:rsidRPr="00B5589A">
              <w:rPr>
                <w:rFonts w:ascii="Times New Roman" w:eastAsia="Times New Roman" w:hAnsi="Times New Roman"/>
                <w:b/>
                <w:color w:val="000000"/>
                <w:w w:val="97"/>
                <w:sz w:val="16"/>
                <w:lang w:val="ru-RU"/>
              </w:rPr>
              <w:t>Пастель и мелки — особенности и выразительные свойства графических материалов, приёмы работы.</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37347883"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2FFFF4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1F0F76B"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450BFBA" w14:textId="50487D58"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8D82613" w14:textId="77777777" w:rsidR="00BB7497" w:rsidRPr="00B5589A" w:rsidRDefault="00BB7497" w:rsidP="00BB7497">
            <w:pPr>
              <w:autoSpaceDE w:val="0"/>
              <w:autoSpaceDN w:val="0"/>
              <w:spacing w:before="76" w:after="0" w:line="245" w:lineRule="auto"/>
              <w:ind w:left="74" w:right="144"/>
              <w:rPr>
                <w:lang w:val="ru-RU"/>
              </w:rPr>
            </w:pPr>
            <w:r w:rsidRPr="00B5589A">
              <w:rPr>
                <w:rFonts w:ascii="Times New Roman" w:eastAsia="Times New Roman" w:hAnsi="Times New Roman"/>
                <w:color w:val="000000"/>
                <w:w w:val="97"/>
                <w:sz w:val="16"/>
                <w:lang w:val="ru-RU"/>
              </w:rPr>
              <w:t>Осваивать приёмы работы и учиться понимать особенности художественных материалов — пастели и мелков.;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7398921"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754EBC3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224D12EC"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CE405D7"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1.3.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2C0C8CC" w14:textId="77777777" w:rsidR="00BB7497" w:rsidRPr="00B5589A" w:rsidRDefault="00BB7497" w:rsidP="00BB7497">
            <w:pPr>
              <w:autoSpaceDE w:val="0"/>
              <w:autoSpaceDN w:val="0"/>
              <w:spacing w:before="76" w:after="0" w:line="233" w:lineRule="auto"/>
              <w:ind w:left="72"/>
              <w:rPr>
                <w:lang w:val="ru-RU"/>
              </w:rPr>
            </w:pPr>
            <w:r w:rsidRPr="00B5589A">
              <w:rPr>
                <w:rFonts w:ascii="Times New Roman" w:eastAsia="Times New Roman" w:hAnsi="Times New Roman"/>
                <w:b/>
                <w:color w:val="000000"/>
                <w:w w:val="97"/>
                <w:sz w:val="16"/>
                <w:lang w:val="ru-RU"/>
              </w:rPr>
              <w:t>Ритм пятен: знакомство с основами композиции.</w:t>
            </w:r>
          </w:p>
          <w:p w14:paraId="58E3FCB8" w14:textId="77777777" w:rsidR="00BB7497" w:rsidRPr="00B5589A" w:rsidRDefault="00BB7497" w:rsidP="00BB7497">
            <w:pPr>
              <w:autoSpaceDE w:val="0"/>
              <w:autoSpaceDN w:val="0"/>
              <w:spacing w:before="20" w:after="0" w:line="245" w:lineRule="auto"/>
              <w:ind w:left="72" w:right="144"/>
              <w:rPr>
                <w:lang w:val="ru-RU"/>
              </w:rPr>
            </w:pPr>
            <w:r w:rsidRPr="00B5589A">
              <w:rPr>
                <w:rFonts w:ascii="Times New Roman" w:eastAsia="Times New Roman" w:hAnsi="Times New Roman"/>
                <w:b/>
                <w:color w:val="000000"/>
                <w:w w:val="97"/>
                <w:sz w:val="16"/>
                <w:lang w:val="ru-RU"/>
              </w:rPr>
              <w:t>Расположение пятна на плоскости листа: сгущение, разброс, доминанта, равновесие, спокойствие и движение.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3D630B0A"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BAB6390"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917587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FAA90B2" w14:textId="77777777" w:rsidR="00BB7497" w:rsidRDefault="00BB7497" w:rsidP="00BB7497"/>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D7DDBF9" w14:textId="77777777" w:rsidR="00BB7497" w:rsidRPr="00B5589A" w:rsidRDefault="00BB7497" w:rsidP="00BB7497">
            <w:pPr>
              <w:autoSpaceDE w:val="0"/>
              <w:autoSpaceDN w:val="0"/>
              <w:spacing w:before="76" w:after="0" w:line="250" w:lineRule="auto"/>
              <w:ind w:left="74" w:right="432"/>
              <w:rPr>
                <w:lang w:val="ru-RU"/>
              </w:rPr>
            </w:pPr>
            <w:r w:rsidRPr="00B5589A">
              <w:rPr>
                <w:rFonts w:ascii="Times New Roman" w:eastAsia="Times New Roman" w:hAnsi="Times New Roman"/>
                <w:color w:val="000000"/>
                <w:w w:val="97"/>
                <w:sz w:val="16"/>
                <w:lang w:val="ru-RU"/>
              </w:rPr>
              <w:t>Исследовать (в игровой форме) изменение содержания изображения в зависимости от изменения расположения пятен на плоскости листа.;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6CBB19"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652672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71D51C0B"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1DBBEF4"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1.4.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6395A99" w14:textId="77777777" w:rsidR="00BB7497" w:rsidRPr="00B5589A" w:rsidRDefault="00BB7497" w:rsidP="00BB7497">
            <w:pPr>
              <w:autoSpaceDE w:val="0"/>
              <w:autoSpaceDN w:val="0"/>
              <w:spacing w:before="78" w:after="0" w:line="245" w:lineRule="auto"/>
              <w:ind w:left="72" w:right="576"/>
              <w:rPr>
                <w:lang w:val="ru-RU"/>
              </w:rPr>
            </w:pPr>
            <w:r w:rsidRPr="00B5589A">
              <w:rPr>
                <w:rFonts w:ascii="Times New Roman" w:eastAsia="Times New Roman" w:hAnsi="Times New Roman"/>
                <w:b/>
                <w:color w:val="000000"/>
                <w:w w:val="97"/>
                <w:sz w:val="16"/>
                <w:lang w:val="ru-RU"/>
              </w:rPr>
              <w:t>Пропорции — соотношение частей и целого. Развитие аналитических навыков сравнения пропорций.</w:t>
            </w:r>
          </w:p>
          <w:p w14:paraId="4155961F" w14:textId="77777777" w:rsidR="00BB7497" w:rsidRPr="00B5589A" w:rsidRDefault="00BB7497" w:rsidP="00BB7497">
            <w:pPr>
              <w:autoSpaceDE w:val="0"/>
              <w:autoSpaceDN w:val="0"/>
              <w:spacing w:before="20" w:after="0" w:line="245" w:lineRule="auto"/>
              <w:ind w:left="72" w:right="288"/>
              <w:rPr>
                <w:lang w:val="ru-RU"/>
              </w:rPr>
            </w:pPr>
            <w:r w:rsidRPr="00B5589A">
              <w:rPr>
                <w:rFonts w:ascii="Times New Roman" w:eastAsia="Times New Roman" w:hAnsi="Times New Roman"/>
                <w:b/>
                <w:color w:val="000000"/>
                <w:w w:val="97"/>
                <w:sz w:val="16"/>
                <w:lang w:val="ru-RU"/>
              </w:rPr>
              <w:t>Выразительные свойства пропорций. Рисунки различных птиц.</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B6CFB62"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F4831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55F4C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D9D4898" w14:textId="4D51DC7F"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F6CD2E" w14:textId="77777777" w:rsidR="00BB7497" w:rsidRPr="00B5589A" w:rsidRDefault="00BB7497" w:rsidP="00BB7497">
            <w:pPr>
              <w:autoSpaceDE w:val="0"/>
              <w:autoSpaceDN w:val="0"/>
              <w:spacing w:before="78" w:after="0" w:line="245" w:lineRule="auto"/>
              <w:ind w:left="74"/>
              <w:rPr>
                <w:lang w:val="ru-RU"/>
              </w:rPr>
            </w:pPr>
            <w:r w:rsidRPr="00B5589A">
              <w:rPr>
                <w:rFonts w:ascii="Times New Roman" w:eastAsia="Times New Roman" w:hAnsi="Times New Roman"/>
                <w:color w:val="000000"/>
                <w:w w:val="97"/>
                <w:sz w:val="16"/>
                <w:lang w:val="ru-RU"/>
              </w:rPr>
              <w:t>Выполнить рисунки разных видов птиц, меняя их пропорции (например, рисунки цапли, пингвина и др.).;</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82A2F01"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55A3CA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00410457" w14:textId="77777777" w:rsidTr="00BB749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7A1C23E"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1.5.</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33A57BE6"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b/>
                <w:color w:val="000000"/>
                <w:w w:val="97"/>
                <w:sz w:val="16"/>
                <w:lang w:val="ru-RU"/>
              </w:rPr>
              <w:t>Рисунок с натуры простого предмета.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6E8EE2F2"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AA5472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A8DE3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661E5D5" w14:textId="0173642D"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4BAEDE6" w14:textId="77777777" w:rsidR="00BB7497" w:rsidRPr="00B5589A" w:rsidRDefault="00BB7497" w:rsidP="00BB7497">
            <w:pPr>
              <w:autoSpaceDE w:val="0"/>
              <w:autoSpaceDN w:val="0"/>
              <w:spacing w:before="78" w:after="0" w:line="250" w:lineRule="auto"/>
              <w:ind w:left="74"/>
              <w:rPr>
                <w:lang w:val="ru-RU"/>
              </w:rPr>
            </w:pPr>
            <w:r w:rsidRPr="00B5589A">
              <w:rPr>
                <w:rFonts w:ascii="Times New Roman" w:eastAsia="Times New Roman" w:hAnsi="Times New Roman"/>
                <w:color w:val="000000"/>
                <w:w w:val="97"/>
                <w:sz w:val="16"/>
                <w:lang w:val="ru-RU"/>
              </w:rPr>
              <w:t>Выполнить простым карандашом рисунок с натуры простого предмета (например, предметов своего письменного стола) или небольшого фрукта.;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45825E"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6FA74CF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3957C2D5" w14:textId="77777777" w:rsidTr="00BB749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9503846"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1.6.</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58BB7E2" w14:textId="77777777" w:rsidR="00BB7497" w:rsidRPr="00B5589A" w:rsidRDefault="00BB7497" w:rsidP="00BB7497">
            <w:pPr>
              <w:autoSpaceDE w:val="0"/>
              <w:autoSpaceDN w:val="0"/>
              <w:spacing w:before="76" w:after="0" w:line="252" w:lineRule="auto"/>
              <w:ind w:left="72"/>
              <w:rPr>
                <w:lang w:val="ru-RU"/>
              </w:rPr>
            </w:pPr>
            <w:r w:rsidRPr="00B5589A">
              <w:rPr>
                <w:rFonts w:ascii="Times New Roman" w:eastAsia="Times New Roman" w:hAnsi="Times New Roman"/>
                <w:b/>
                <w:color w:val="000000"/>
                <w:w w:val="97"/>
                <w:sz w:val="16"/>
                <w:lang w:val="ru-RU"/>
              </w:rPr>
              <w:t xml:space="preserve">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w:t>
            </w:r>
            <w:r w:rsidRPr="00B5589A">
              <w:rPr>
                <w:lang w:val="ru-RU"/>
              </w:rPr>
              <w:br/>
            </w:r>
            <w:r w:rsidRPr="00B5589A">
              <w:rPr>
                <w:rFonts w:ascii="Times New Roman" w:eastAsia="Times New Roman" w:hAnsi="Times New Roman"/>
                <w:b/>
                <w:color w:val="000000"/>
                <w:w w:val="97"/>
                <w:sz w:val="16"/>
                <w:lang w:val="ru-RU"/>
              </w:rPr>
              <w:t>натурного предмета.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C1A5B41"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A2B93B8"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4CEE22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FC6794A" w14:textId="7AAE9559"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C27C92C" w14:textId="77777777" w:rsidR="00BB7497" w:rsidRPr="00B5589A" w:rsidRDefault="00BB7497" w:rsidP="00BB7497">
            <w:pPr>
              <w:autoSpaceDE w:val="0"/>
              <w:autoSpaceDN w:val="0"/>
              <w:spacing w:before="76" w:after="0" w:line="250" w:lineRule="auto"/>
              <w:ind w:left="74" w:right="288"/>
              <w:rPr>
                <w:lang w:val="ru-RU"/>
              </w:rPr>
            </w:pPr>
            <w:r w:rsidRPr="00B5589A">
              <w:rPr>
                <w:rFonts w:ascii="Times New Roman" w:eastAsia="Times New Roman" w:hAnsi="Times New Roman"/>
                <w:color w:val="000000"/>
                <w:w w:val="97"/>
                <w:sz w:val="16"/>
                <w:lang w:val="ru-RU"/>
              </w:rPr>
              <w:t>Осваивать навык внимательного разглядывания объекта.; Осваивать последовательность этапов ведения рисунка с натуры.;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5D8D27"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18FCE7DD"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0E39BD0E"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6DA2C09"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1.7.</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AD83A20" w14:textId="77777777" w:rsidR="00BB7497" w:rsidRPr="00B5589A" w:rsidRDefault="00BB7497" w:rsidP="00BB7497">
            <w:pPr>
              <w:autoSpaceDE w:val="0"/>
              <w:autoSpaceDN w:val="0"/>
              <w:spacing w:before="78" w:after="0" w:line="247" w:lineRule="auto"/>
              <w:ind w:left="72" w:right="144"/>
              <w:rPr>
                <w:lang w:val="ru-RU"/>
              </w:rPr>
            </w:pPr>
            <w:r w:rsidRPr="00B5589A">
              <w:rPr>
                <w:rFonts w:ascii="Times New Roman" w:eastAsia="Times New Roman" w:hAnsi="Times New Roman"/>
                <w:b/>
                <w:color w:val="000000"/>
                <w:w w:val="97"/>
                <w:sz w:val="16"/>
                <w:lang w:val="ru-RU"/>
              </w:rPr>
              <w:t>Рисунок животного с активным выражением его характера. Аналитическое рассматривание графики, произведений, созданных в анималистическом жанре.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443AA3FC"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8B1C38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6A6E8BB"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3B5434" w14:textId="77777777" w:rsidR="00BB7497" w:rsidRDefault="00BB7497" w:rsidP="00BB7497"/>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B1A3BEA" w14:textId="77777777" w:rsidR="00BB7497" w:rsidRPr="00B5589A" w:rsidRDefault="00BB7497" w:rsidP="00BB7497">
            <w:pPr>
              <w:autoSpaceDE w:val="0"/>
              <w:autoSpaceDN w:val="0"/>
              <w:spacing w:before="78" w:after="0" w:line="247" w:lineRule="auto"/>
              <w:ind w:left="74" w:right="144"/>
              <w:rPr>
                <w:lang w:val="ru-RU"/>
              </w:rPr>
            </w:pPr>
            <w:r w:rsidRPr="00B5589A">
              <w:rPr>
                <w:rFonts w:ascii="Times New Roman" w:eastAsia="Times New Roman" w:hAnsi="Times New Roman"/>
                <w:color w:val="000000"/>
                <w:w w:val="97"/>
                <w:sz w:val="16"/>
                <w:lang w:val="ru-RU"/>
              </w:rPr>
              <w:t>Рассматривать анималистические рисунки В. В. Ватагина, Е. И. Чарушина (возможно привлечение рисунков других авторов).;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8793E94"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E625A9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30E8E65E" w14:textId="77777777" w:rsidTr="00BB7497">
        <w:trPr>
          <w:trHeight w:hRule="exact" w:val="350"/>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14:paraId="58167B0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1</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717ABD8A"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5</w:t>
            </w:r>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0CC65CF5" w14:textId="77777777" w:rsidR="00BB7497" w:rsidRDefault="00BB7497" w:rsidP="00BB7497"/>
        </w:tc>
      </w:tr>
      <w:tr w:rsidR="00BB7497" w14:paraId="62127344" w14:textId="77777777" w:rsidTr="00BB749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71DA62F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Модуль 2.</w:t>
            </w:r>
            <w:r>
              <w:rPr>
                <w:rFonts w:ascii="Times New Roman" w:eastAsia="Times New Roman" w:hAnsi="Times New Roman"/>
                <w:b/>
                <w:color w:val="000000"/>
                <w:w w:val="97"/>
                <w:sz w:val="16"/>
              </w:rPr>
              <w:t xml:space="preserve"> Живопись</w:t>
            </w:r>
          </w:p>
        </w:tc>
      </w:tr>
      <w:tr w:rsidR="00BB7497" w14:paraId="0F63EF0F"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8DCEF10" w14:textId="77777777" w:rsidR="00BB7497" w:rsidRDefault="00BB7497" w:rsidP="00BB7497">
            <w:pPr>
              <w:autoSpaceDE w:val="0"/>
              <w:autoSpaceDN w:val="0"/>
              <w:spacing w:before="76" w:after="0" w:line="230" w:lineRule="auto"/>
              <w:jc w:val="center"/>
            </w:pPr>
            <w:r>
              <w:rPr>
                <w:rFonts w:ascii="Times New Roman" w:eastAsia="Times New Roman" w:hAnsi="Times New Roman"/>
                <w:color w:val="000000"/>
                <w:w w:val="97"/>
                <w:sz w:val="16"/>
              </w:rPr>
              <w:t>2.1.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ECC2037" w14:textId="77777777" w:rsidR="00BB7497" w:rsidRPr="00B5589A" w:rsidRDefault="00BB7497" w:rsidP="00BB7497">
            <w:pPr>
              <w:autoSpaceDE w:val="0"/>
              <w:autoSpaceDN w:val="0"/>
              <w:spacing w:before="76" w:after="0" w:line="245" w:lineRule="auto"/>
              <w:ind w:left="72" w:right="144"/>
              <w:rPr>
                <w:lang w:val="ru-RU"/>
              </w:rPr>
            </w:pPr>
            <w:r w:rsidRPr="00B5589A">
              <w:rPr>
                <w:rFonts w:ascii="Times New Roman" w:eastAsia="Times New Roman" w:hAnsi="Times New Roman"/>
                <w:b/>
                <w:color w:val="000000"/>
                <w:w w:val="97"/>
                <w:sz w:val="16"/>
                <w:lang w:val="ru-RU"/>
              </w:rPr>
              <w:t>Цвета основные и составные. Развитие навыков смешивания красок и получения нового цвета.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7FCAAF0" w14:textId="77777777" w:rsidR="00BB7497" w:rsidRDefault="00BB7497" w:rsidP="00BB7497">
            <w:pPr>
              <w:autoSpaceDE w:val="0"/>
              <w:autoSpaceDN w:val="0"/>
              <w:spacing w:before="76"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3365B36"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755C590"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88FFD5" w14:textId="7BDE701F" w:rsidR="00BB7497" w:rsidRDefault="00BB7497" w:rsidP="00BB7497">
            <w:pPr>
              <w:autoSpaceDE w:val="0"/>
              <w:autoSpaceDN w:val="0"/>
              <w:spacing w:before="76"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CB42AD" w14:textId="77777777" w:rsidR="00BB7497" w:rsidRPr="00B5589A" w:rsidRDefault="00BB7497" w:rsidP="00BB7497">
            <w:pPr>
              <w:autoSpaceDE w:val="0"/>
              <w:autoSpaceDN w:val="0"/>
              <w:spacing w:before="76" w:after="0" w:line="245" w:lineRule="auto"/>
              <w:ind w:left="74" w:right="288"/>
              <w:rPr>
                <w:lang w:val="ru-RU"/>
              </w:rPr>
            </w:pPr>
            <w:r w:rsidRPr="00B5589A">
              <w:rPr>
                <w:rFonts w:ascii="Times New Roman" w:eastAsia="Times New Roman" w:hAnsi="Times New Roman"/>
                <w:color w:val="000000"/>
                <w:w w:val="97"/>
                <w:sz w:val="16"/>
                <w:lang w:val="ru-RU"/>
              </w:rPr>
              <w:t>Осваивать навыки работы с цветом, смешение красок и их наложения.;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AC9DECE"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D757DB2"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РЭШ</w:t>
            </w:r>
          </w:p>
        </w:tc>
      </w:tr>
      <w:tr w:rsidR="00BB7497" w14:paraId="095BE3B7" w14:textId="77777777" w:rsidTr="00BB7497">
        <w:trPr>
          <w:trHeight w:hRule="exact" w:val="9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7D6BA51"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2.2.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3B65AD0" w14:textId="77777777" w:rsidR="00BB7497" w:rsidRPr="00B5589A" w:rsidRDefault="00BB7497" w:rsidP="00BB7497">
            <w:pPr>
              <w:autoSpaceDE w:val="0"/>
              <w:autoSpaceDN w:val="0"/>
              <w:spacing w:before="76" w:after="0" w:line="245" w:lineRule="auto"/>
              <w:ind w:left="72"/>
              <w:rPr>
                <w:lang w:val="ru-RU"/>
              </w:rPr>
            </w:pPr>
            <w:r w:rsidRPr="00B5589A">
              <w:rPr>
                <w:rFonts w:ascii="Times New Roman" w:eastAsia="Times New Roman" w:hAnsi="Times New Roman"/>
                <w:b/>
                <w:color w:val="000000"/>
                <w:w w:val="97"/>
                <w:sz w:val="16"/>
                <w:lang w:val="ru-RU"/>
              </w:rPr>
              <w:t>Приёмы работы гуашью. Разный характер мазков и движений кистью.</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15C6CFE8"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22B1C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0BD9F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6B6BAEB" w14:textId="2BE3492A"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B2D9474" w14:textId="77777777" w:rsidR="00BB7497" w:rsidRPr="00B5589A" w:rsidRDefault="00BB7497" w:rsidP="00BB7497">
            <w:pPr>
              <w:autoSpaceDE w:val="0"/>
              <w:autoSpaceDN w:val="0"/>
              <w:spacing w:before="76" w:after="0" w:line="245" w:lineRule="auto"/>
              <w:ind w:left="74" w:right="576"/>
              <w:rPr>
                <w:lang w:val="ru-RU"/>
              </w:rPr>
            </w:pPr>
            <w:r w:rsidRPr="00B5589A">
              <w:rPr>
                <w:rFonts w:ascii="Times New Roman" w:eastAsia="Times New Roman" w:hAnsi="Times New Roman"/>
                <w:color w:val="000000"/>
                <w:w w:val="97"/>
                <w:sz w:val="16"/>
                <w:lang w:val="ru-RU"/>
              </w:rPr>
              <w:t>Выполнить задание на смешение красок и получение различных оттенков составного цвета.;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A4D9C4"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554313D0"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2FA0B185"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53B8C18"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87A396D"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b/>
                <w:color w:val="000000"/>
                <w:w w:val="97"/>
                <w:sz w:val="16"/>
                <w:lang w:val="ru-RU"/>
              </w:rPr>
              <w:t>Пастозное, плотное и прозрачное нанесение краски.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3F9FA18"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7FC28F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BD233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FCBC63" w14:textId="281E3E11"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BD3FFC7" w14:textId="77777777" w:rsidR="00BB7497" w:rsidRPr="00B5589A" w:rsidRDefault="00BB7497" w:rsidP="00BB7497">
            <w:pPr>
              <w:autoSpaceDE w:val="0"/>
              <w:autoSpaceDN w:val="0"/>
              <w:spacing w:before="78" w:after="0" w:line="245" w:lineRule="auto"/>
              <w:ind w:left="74" w:right="864"/>
              <w:rPr>
                <w:lang w:val="ru-RU"/>
              </w:rPr>
            </w:pPr>
            <w:r w:rsidRPr="00B5589A">
              <w:rPr>
                <w:rFonts w:ascii="Times New Roman" w:eastAsia="Times New Roman" w:hAnsi="Times New Roman"/>
                <w:color w:val="000000"/>
                <w:w w:val="97"/>
                <w:sz w:val="16"/>
                <w:lang w:val="ru-RU"/>
              </w:rPr>
              <w:t>Приобретать опыт работы акварелью и понимать особенности работы прозрачной краской.;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0838A6"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797243D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315EC9E5" w14:textId="77777777" w:rsidTr="00BB749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2C71A40"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B46E868" w14:textId="77777777" w:rsidR="00BB7497" w:rsidRDefault="00BB7497" w:rsidP="00BB7497">
            <w:pPr>
              <w:autoSpaceDE w:val="0"/>
              <w:autoSpaceDN w:val="0"/>
              <w:spacing w:before="78" w:after="0" w:line="245" w:lineRule="auto"/>
              <w:ind w:left="72" w:right="144"/>
            </w:pPr>
            <w:r w:rsidRPr="00B5589A">
              <w:rPr>
                <w:rFonts w:ascii="Times New Roman" w:eastAsia="Times New Roman" w:hAnsi="Times New Roman"/>
                <w:b/>
                <w:color w:val="000000"/>
                <w:w w:val="97"/>
                <w:sz w:val="16"/>
                <w:lang w:val="ru-RU"/>
              </w:rPr>
              <w:t xml:space="preserve">Акварель и её свойства. Акварельные кисти. </w:t>
            </w:r>
            <w:r>
              <w:rPr>
                <w:rFonts w:ascii="Times New Roman" w:eastAsia="Times New Roman" w:hAnsi="Times New Roman"/>
                <w:b/>
                <w:color w:val="000000"/>
                <w:w w:val="97"/>
                <w:sz w:val="16"/>
              </w:rPr>
              <w:t>Приёмы работы акварелью.</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1A4ED1D9"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CD5333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A1BC15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5D41A91" w14:textId="57688799"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0BF3F0" w14:textId="77777777" w:rsidR="00BB7497" w:rsidRPr="00B5589A" w:rsidRDefault="00BB7497" w:rsidP="00BB7497">
            <w:pPr>
              <w:autoSpaceDE w:val="0"/>
              <w:autoSpaceDN w:val="0"/>
              <w:spacing w:before="78" w:after="0" w:line="245" w:lineRule="auto"/>
              <w:ind w:left="74" w:right="864"/>
              <w:rPr>
                <w:lang w:val="ru-RU"/>
              </w:rPr>
            </w:pPr>
            <w:r w:rsidRPr="00B5589A">
              <w:rPr>
                <w:rFonts w:ascii="Times New Roman" w:eastAsia="Times New Roman" w:hAnsi="Times New Roman"/>
                <w:color w:val="000000"/>
                <w:w w:val="97"/>
                <w:sz w:val="16"/>
                <w:lang w:val="ru-RU"/>
              </w:rPr>
              <w:t>Приобретать опыт работы акварелью и понимать особенности работы прозрачной краской.;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699E7B3"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495A89A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49448628"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7418F4"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2.5.</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CEE1C69" w14:textId="77777777" w:rsidR="00BB7497" w:rsidRPr="00B5589A" w:rsidRDefault="00BB7497" w:rsidP="00BB7497">
            <w:pPr>
              <w:autoSpaceDE w:val="0"/>
              <w:autoSpaceDN w:val="0"/>
              <w:spacing w:before="76" w:after="0" w:line="233" w:lineRule="auto"/>
              <w:ind w:left="72"/>
              <w:rPr>
                <w:lang w:val="ru-RU"/>
              </w:rPr>
            </w:pPr>
            <w:r w:rsidRPr="00B5589A">
              <w:rPr>
                <w:rFonts w:ascii="Times New Roman" w:eastAsia="Times New Roman" w:hAnsi="Times New Roman"/>
                <w:b/>
                <w:color w:val="000000"/>
                <w:w w:val="97"/>
                <w:sz w:val="16"/>
                <w:lang w:val="ru-RU"/>
              </w:rPr>
              <w:t>Цвета тёплый и холодный (цветовой контраст).</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45C4C4D5"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BFED4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FF9F94"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A99CD3B" w14:textId="71B6B5CC"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9630975" w14:textId="77777777" w:rsidR="00BB7497" w:rsidRPr="00B5589A" w:rsidRDefault="00BB7497" w:rsidP="00BB7497">
            <w:pPr>
              <w:autoSpaceDE w:val="0"/>
              <w:autoSpaceDN w:val="0"/>
              <w:spacing w:before="76" w:after="0" w:line="250" w:lineRule="auto"/>
              <w:ind w:left="74"/>
              <w:rPr>
                <w:lang w:val="ru-RU"/>
              </w:rPr>
            </w:pPr>
            <w:r w:rsidRPr="00B5589A">
              <w:rPr>
                <w:rFonts w:ascii="Times New Roman" w:eastAsia="Times New Roman" w:hAnsi="Times New Roman"/>
                <w:color w:val="000000"/>
                <w:w w:val="97"/>
                <w:sz w:val="16"/>
                <w:lang w:val="ru-RU"/>
              </w:rPr>
              <w:t xml:space="preserve">Рассматривать и характеризовать изменения цвета при </w:t>
            </w:r>
            <w:r w:rsidRPr="00B5589A">
              <w:rPr>
                <w:lang w:val="ru-RU"/>
              </w:rPr>
              <w:br/>
            </w:r>
            <w:r w:rsidRPr="00B5589A">
              <w:rPr>
                <w:rFonts w:ascii="Times New Roman" w:eastAsia="Times New Roman" w:hAnsi="Times New Roman"/>
                <w:color w:val="000000"/>
                <w:w w:val="97"/>
                <w:sz w:val="16"/>
                <w:lang w:val="ru-RU"/>
              </w:rPr>
              <w:t xml:space="preserve">передаче контрастных состояний погоды на примере морских пейзажей И. К. Айвазовского и других известных </w:t>
            </w:r>
            <w:r w:rsidRPr="00B5589A">
              <w:rPr>
                <w:lang w:val="ru-RU"/>
              </w:rPr>
              <w:br/>
            </w:r>
            <w:r w:rsidRPr="00B5589A">
              <w:rPr>
                <w:rFonts w:ascii="Times New Roman" w:eastAsia="Times New Roman" w:hAnsi="Times New Roman"/>
                <w:color w:val="000000"/>
                <w:w w:val="97"/>
                <w:sz w:val="16"/>
                <w:lang w:val="ru-RU"/>
              </w:rPr>
              <w:t>художников-маринистов (по выбору учителя).;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76E89C0"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36A73FBA"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03A89153"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4DB8039"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2.6.</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3D306CA"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b/>
                <w:color w:val="000000"/>
                <w:w w:val="97"/>
                <w:sz w:val="16"/>
                <w:lang w:val="ru-RU"/>
              </w:rPr>
              <w:t>Цвета тёмный и светлый (тональные отношения).</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61B8456D"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54C62D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E783F0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615B0B4" w14:textId="74EED16C"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928AABA" w14:textId="77777777" w:rsidR="00BB7497" w:rsidRPr="00B5589A" w:rsidRDefault="00BB7497" w:rsidP="00BB7497">
            <w:pPr>
              <w:autoSpaceDE w:val="0"/>
              <w:autoSpaceDN w:val="0"/>
              <w:spacing w:before="78" w:after="0" w:line="230" w:lineRule="auto"/>
              <w:ind w:left="74"/>
              <w:rPr>
                <w:lang w:val="ru-RU"/>
              </w:rPr>
            </w:pPr>
            <w:r w:rsidRPr="00B5589A">
              <w:rPr>
                <w:rFonts w:ascii="Times New Roman" w:eastAsia="Times New Roman" w:hAnsi="Times New Roman"/>
                <w:color w:val="000000"/>
                <w:w w:val="97"/>
                <w:sz w:val="16"/>
                <w:lang w:val="ru-RU"/>
              </w:rPr>
              <w:t>Сравнивать и различать тёмные и светлые оттенки цвета.;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82A8A66"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30C230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36606712" w14:textId="77777777" w:rsidTr="00BB749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4DBBF18"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2.7.</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D3EF76B" w14:textId="77777777" w:rsidR="00BB7497" w:rsidRPr="00B5589A" w:rsidRDefault="00BB7497" w:rsidP="00BB7497">
            <w:pPr>
              <w:autoSpaceDE w:val="0"/>
              <w:autoSpaceDN w:val="0"/>
              <w:spacing w:before="78" w:after="0" w:line="247" w:lineRule="auto"/>
              <w:ind w:left="72" w:right="144"/>
              <w:rPr>
                <w:lang w:val="ru-RU"/>
              </w:rPr>
            </w:pPr>
            <w:r w:rsidRPr="00B5589A">
              <w:rPr>
                <w:rFonts w:ascii="Times New Roman" w:eastAsia="Times New Roman" w:hAnsi="Times New Roman"/>
                <w:b/>
                <w:color w:val="000000"/>
                <w:w w:val="97"/>
                <w:sz w:val="16"/>
                <w:lang w:val="ru-RU"/>
              </w:rPr>
              <w:t>Затемнение цвета с помощью тёмной краски и разбеление цвета. Эмоциональная выразительность цветовых состояний и отношений.</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63A68A3A"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11C26B"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F5C333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250B70" w14:textId="5B544DDF"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B348E58" w14:textId="77777777" w:rsidR="00BB7497" w:rsidRPr="00B5589A" w:rsidRDefault="00BB7497" w:rsidP="00BB7497">
            <w:pPr>
              <w:autoSpaceDE w:val="0"/>
              <w:autoSpaceDN w:val="0"/>
              <w:spacing w:before="78" w:after="0" w:line="247" w:lineRule="auto"/>
              <w:ind w:left="74" w:right="144"/>
              <w:rPr>
                <w:lang w:val="ru-RU"/>
              </w:rPr>
            </w:pPr>
            <w:r w:rsidRPr="00B5589A">
              <w:rPr>
                <w:rFonts w:ascii="Times New Roman" w:eastAsia="Times New Roman" w:hAnsi="Times New Roman"/>
                <w:color w:val="000000"/>
                <w:w w:val="97"/>
                <w:sz w:val="16"/>
                <w:lang w:val="ru-RU"/>
              </w:rPr>
              <w:t>Выполнить пейзажи, передающие разные состояния погоды (туман, гроза, солнце и др.) на основе изменения тонального звучания цвета.;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A45AAD2"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3DB7270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1A4EEB3B"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B5EF43C"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2.8.</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4CC5B57" w14:textId="77777777" w:rsidR="00BB7497" w:rsidRDefault="00BB7497" w:rsidP="00BB7497">
            <w:pPr>
              <w:autoSpaceDE w:val="0"/>
              <w:autoSpaceDN w:val="0"/>
              <w:spacing w:before="76" w:after="0" w:line="245" w:lineRule="auto"/>
              <w:ind w:left="72" w:right="144"/>
            </w:pPr>
            <w:r w:rsidRPr="00B5589A">
              <w:rPr>
                <w:rFonts w:ascii="Times New Roman" w:eastAsia="Times New Roman" w:hAnsi="Times New Roman"/>
                <w:b/>
                <w:color w:val="000000"/>
                <w:w w:val="97"/>
                <w:sz w:val="16"/>
                <w:lang w:val="ru-RU"/>
              </w:rPr>
              <w:t xml:space="preserve">Цвет открытый — звонкий и цвет приглушённый — тихий. </w:t>
            </w:r>
            <w:r>
              <w:rPr>
                <w:rFonts w:ascii="Times New Roman" w:eastAsia="Times New Roman" w:hAnsi="Times New Roman"/>
                <w:b/>
                <w:color w:val="000000"/>
                <w:w w:val="97"/>
                <w:sz w:val="16"/>
              </w:rPr>
              <w:t>Эмоциональная выразительность цвета.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5ED905A0"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B9B00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CA3D643"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45FA5A1" w14:textId="3A4292F5"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461CA6F" w14:textId="77777777" w:rsidR="00BB7497" w:rsidRDefault="00BB7497" w:rsidP="00BB7497">
            <w:pPr>
              <w:autoSpaceDE w:val="0"/>
              <w:autoSpaceDN w:val="0"/>
              <w:spacing w:before="76" w:after="0" w:line="245" w:lineRule="auto"/>
              <w:ind w:left="74" w:right="432"/>
            </w:pPr>
            <w:r w:rsidRPr="00B5589A">
              <w:rPr>
                <w:rFonts w:ascii="Times New Roman" w:eastAsia="Times New Roman" w:hAnsi="Times New Roman"/>
                <w:color w:val="000000"/>
                <w:w w:val="97"/>
                <w:sz w:val="16"/>
                <w:lang w:val="ru-RU"/>
              </w:rPr>
              <w:t xml:space="preserve">Осваивать эмоциональное звучание цвета: цвет звонкий, яркий, глухой. </w:t>
            </w:r>
            <w:r>
              <w:rPr>
                <w:rFonts w:ascii="Times New Roman" w:eastAsia="Times New Roman" w:hAnsi="Times New Roman"/>
                <w:color w:val="000000"/>
                <w:w w:val="97"/>
                <w:sz w:val="16"/>
              </w:rPr>
              <w:t>Приобретать навыки работы с цветом.;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9FDFF7"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5E5FBFD3"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56A931B6"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0A2E749"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2.9.</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48FC5D7" w14:textId="77777777" w:rsidR="00BB7497" w:rsidRPr="00B5589A" w:rsidRDefault="00BB7497" w:rsidP="00BB7497">
            <w:pPr>
              <w:autoSpaceDE w:val="0"/>
              <w:autoSpaceDN w:val="0"/>
              <w:spacing w:before="76" w:after="0" w:line="250" w:lineRule="auto"/>
              <w:ind w:left="72" w:right="144"/>
              <w:rPr>
                <w:lang w:val="ru-RU"/>
              </w:rPr>
            </w:pPr>
            <w:r w:rsidRPr="00B5589A">
              <w:rPr>
                <w:rFonts w:ascii="Times New Roman" w:eastAsia="Times New Roman" w:hAnsi="Times New Roman"/>
                <w:b/>
                <w:color w:val="000000"/>
                <w:w w:val="97"/>
                <w:sz w:val="16"/>
                <w:lang w:val="ru-RU"/>
              </w:rPr>
              <w:t xml:space="preserve">Изображение природы (моря) в разных контрастных </w:t>
            </w:r>
            <w:r w:rsidRPr="00B5589A">
              <w:rPr>
                <w:lang w:val="ru-RU"/>
              </w:rPr>
              <w:br/>
            </w:r>
            <w:r w:rsidRPr="00B5589A">
              <w:rPr>
                <w:rFonts w:ascii="Times New Roman" w:eastAsia="Times New Roman" w:hAnsi="Times New Roman"/>
                <w:b/>
                <w:color w:val="000000"/>
                <w:w w:val="97"/>
                <w:sz w:val="16"/>
                <w:lang w:val="ru-RU"/>
              </w:rPr>
              <w:t>состояниях погоды и соответствующих цветовых состояниях (туман, нежное утро, гроза, буря, ветер; по выбору учителя).</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7AA5BFA4"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B5DE0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314931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5B57DC" w14:textId="5736B988"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646547C" w14:textId="77777777" w:rsidR="00BB7497" w:rsidRPr="00B5589A" w:rsidRDefault="00BB7497" w:rsidP="00BB7497">
            <w:pPr>
              <w:autoSpaceDE w:val="0"/>
              <w:autoSpaceDN w:val="0"/>
              <w:spacing w:before="76" w:after="0" w:line="250" w:lineRule="auto"/>
              <w:ind w:left="74" w:right="144"/>
              <w:rPr>
                <w:lang w:val="ru-RU"/>
              </w:rPr>
            </w:pPr>
            <w:r w:rsidRPr="00B5589A">
              <w:rPr>
                <w:rFonts w:ascii="Times New Roman" w:eastAsia="Times New Roman" w:hAnsi="Times New Roman"/>
                <w:color w:val="000000"/>
                <w:w w:val="97"/>
                <w:sz w:val="16"/>
                <w:lang w:val="ru-RU"/>
              </w:rPr>
              <w:t>Выполнить пейзажи, передающие разные состояния погоды (туман, гроза, солнце и др.) на основе изменения тонального звучания цвета.;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323F06B"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64CAE467"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44CC9BBD"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3E4FB58"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2.10.</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28B2BD8"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b/>
                <w:color w:val="000000"/>
                <w:w w:val="97"/>
                <w:sz w:val="16"/>
                <w:lang w:val="ru-RU"/>
              </w:rPr>
              <w:t>Произведения художника-мариниста И. К. Айвазовского.</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601DE53E"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5F06B6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354BC7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4CDD7C1" w14:textId="7648C12E"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7DAAA07" w14:textId="77777777" w:rsidR="00BB7497" w:rsidRPr="00B5589A" w:rsidRDefault="00BB7497" w:rsidP="00BB7497">
            <w:pPr>
              <w:autoSpaceDE w:val="0"/>
              <w:autoSpaceDN w:val="0"/>
              <w:spacing w:before="78" w:after="0" w:line="250" w:lineRule="auto"/>
              <w:ind w:left="74"/>
              <w:rPr>
                <w:lang w:val="ru-RU"/>
              </w:rPr>
            </w:pPr>
            <w:r w:rsidRPr="00B5589A">
              <w:rPr>
                <w:rFonts w:ascii="Times New Roman" w:eastAsia="Times New Roman" w:hAnsi="Times New Roman"/>
                <w:color w:val="000000"/>
                <w:w w:val="97"/>
                <w:sz w:val="16"/>
                <w:lang w:val="ru-RU"/>
              </w:rPr>
              <w:t xml:space="preserve">Рассматривать и характеризовать изменения цвета при </w:t>
            </w:r>
            <w:r w:rsidRPr="00B5589A">
              <w:rPr>
                <w:lang w:val="ru-RU"/>
              </w:rPr>
              <w:br/>
            </w:r>
            <w:r w:rsidRPr="00B5589A">
              <w:rPr>
                <w:rFonts w:ascii="Times New Roman" w:eastAsia="Times New Roman" w:hAnsi="Times New Roman"/>
                <w:color w:val="000000"/>
                <w:w w:val="97"/>
                <w:sz w:val="16"/>
                <w:lang w:val="ru-RU"/>
              </w:rPr>
              <w:t xml:space="preserve">передаче контрастных состояний погоды на примере морских пейзажей И. К. Айвазовского и других известных </w:t>
            </w:r>
            <w:r w:rsidRPr="00B5589A">
              <w:rPr>
                <w:lang w:val="ru-RU"/>
              </w:rPr>
              <w:br/>
            </w:r>
            <w:r w:rsidRPr="00B5589A">
              <w:rPr>
                <w:rFonts w:ascii="Times New Roman" w:eastAsia="Times New Roman" w:hAnsi="Times New Roman"/>
                <w:color w:val="000000"/>
                <w:w w:val="97"/>
                <w:sz w:val="16"/>
                <w:lang w:val="ru-RU"/>
              </w:rPr>
              <w:t>художников-маринистов (по выбору учителя).;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AB9C11C"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53321E9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310D8F9C" w14:textId="77777777" w:rsidTr="00BB749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87F786D"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2.11.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D3BD479" w14:textId="77777777" w:rsidR="00BB7497" w:rsidRDefault="00BB7497" w:rsidP="00BB7497">
            <w:pPr>
              <w:autoSpaceDE w:val="0"/>
              <w:autoSpaceDN w:val="0"/>
              <w:spacing w:before="78" w:after="0" w:line="245" w:lineRule="auto"/>
              <w:ind w:left="72" w:right="432"/>
            </w:pPr>
            <w:r w:rsidRPr="00B5589A">
              <w:rPr>
                <w:rFonts w:ascii="Times New Roman" w:eastAsia="Times New Roman" w:hAnsi="Times New Roman"/>
                <w:b/>
                <w:color w:val="000000"/>
                <w:w w:val="97"/>
                <w:sz w:val="16"/>
                <w:lang w:val="ru-RU"/>
              </w:rPr>
              <w:t xml:space="preserve">Изображение сказочного персонажа с ярко выраженным характером. </w:t>
            </w:r>
            <w:r>
              <w:rPr>
                <w:rFonts w:ascii="Times New Roman" w:eastAsia="Times New Roman" w:hAnsi="Times New Roman"/>
                <w:b/>
                <w:color w:val="000000"/>
                <w:w w:val="97"/>
                <w:sz w:val="16"/>
              </w:rPr>
              <w:t>Образ мужской или женский.</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B530EEF"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C70ACA9"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9C8DF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FEE38B" w14:textId="77777777" w:rsidR="00BB7497" w:rsidRDefault="00BB7497" w:rsidP="00BB7497"/>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E6C28C7" w14:textId="77777777" w:rsidR="00BB7497" w:rsidRPr="00B5589A" w:rsidRDefault="00BB7497" w:rsidP="00BB7497">
            <w:pPr>
              <w:autoSpaceDE w:val="0"/>
              <w:autoSpaceDN w:val="0"/>
              <w:spacing w:before="78" w:after="0" w:line="247" w:lineRule="auto"/>
              <w:ind w:left="74" w:right="288"/>
              <w:rPr>
                <w:lang w:val="ru-RU"/>
              </w:rPr>
            </w:pPr>
            <w:r w:rsidRPr="00B5589A">
              <w:rPr>
                <w:rFonts w:ascii="Times New Roman" w:eastAsia="Times New Roman" w:hAnsi="Times New Roman"/>
                <w:color w:val="000000"/>
                <w:w w:val="97"/>
                <w:sz w:val="16"/>
                <w:lang w:val="ru-RU"/>
              </w:rPr>
              <w:t>Учиться понимать, что художник всегда выражает своё отношение к тому, что изображает, он может изобразить доброе и злое, грозное и нежное и др.;</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6655FF8"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4A1F625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0625D9ED" w14:textId="77777777" w:rsidTr="00BB7497">
        <w:trPr>
          <w:trHeight w:hRule="exact" w:val="348"/>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14:paraId="704B16E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Итого по модулю 2</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BB9B352"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10</w:t>
            </w:r>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6E2114BF" w14:textId="77777777" w:rsidR="00BB7497" w:rsidRDefault="00BB7497" w:rsidP="00BB7497"/>
        </w:tc>
      </w:tr>
      <w:tr w:rsidR="00BB7497" w14:paraId="51CE1D47" w14:textId="77777777" w:rsidTr="00BB749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75261A5B"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Модуль 3.</w:t>
            </w:r>
            <w:r>
              <w:rPr>
                <w:rFonts w:ascii="Times New Roman" w:eastAsia="Times New Roman" w:hAnsi="Times New Roman"/>
                <w:b/>
                <w:color w:val="000000"/>
                <w:w w:val="97"/>
                <w:sz w:val="16"/>
              </w:rPr>
              <w:t xml:space="preserve"> Скульптура</w:t>
            </w:r>
          </w:p>
        </w:tc>
      </w:tr>
      <w:tr w:rsidR="00BB7497" w14:paraId="4A400EE1" w14:textId="77777777" w:rsidTr="00BB749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B460F52"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3.1.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9C6B785" w14:textId="77777777" w:rsidR="00BB7497" w:rsidRPr="00B5589A" w:rsidRDefault="00BB7497" w:rsidP="00BB7497">
            <w:pPr>
              <w:autoSpaceDE w:val="0"/>
              <w:autoSpaceDN w:val="0"/>
              <w:spacing w:before="78" w:after="0" w:line="252" w:lineRule="auto"/>
              <w:ind w:left="72"/>
              <w:rPr>
                <w:lang w:val="ru-RU"/>
              </w:rPr>
            </w:pPr>
            <w:r w:rsidRPr="00B5589A">
              <w:rPr>
                <w:rFonts w:ascii="Times New Roman" w:eastAsia="Times New Roman" w:hAnsi="Times New Roman"/>
                <w:b/>
                <w:color w:val="000000"/>
                <w:w w:val="97"/>
                <w:sz w:val="16"/>
                <w:lang w:val="ru-RU"/>
              </w:rPr>
              <w:t xml:space="preserve">Лепка из пластилина или глины игрушки — сказочного </w:t>
            </w:r>
            <w:r w:rsidRPr="00B5589A">
              <w:rPr>
                <w:lang w:val="ru-RU"/>
              </w:rPr>
              <w:br/>
            </w:r>
            <w:r w:rsidRPr="00B5589A">
              <w:rPr>
                <w:rFonts w:ascii="Times New Roman" w:eastAsia="Times New Roman" w:hAnsi="Times New Roman"/>
                <w:b/>
                <w:color w:val="000000"/>
                <w:w w:val="97"/>
                <w:sz w:val="16"/>
                <w:lang w:val="ru-RU"/>
              </w:rPr>
              <w:t xml:space="preserve">животного по мотивам выбранного народного </w:t>
            </w:r>
            <w:r w:rsidRPr="00B5589A">
              <w:rPr>
                <w:lang w:val="ru-RU"/>
              </w:rPr>
              <w:br/>
            </w:r>
            <w:r w:rsidRPr="00B5589A">
              <w:rPr>
                <w:rFonts w:ascii="Times New Roman" w:eastAsia="Times New Roman" w:hAnsi="Times New Roman"/>
                <w:b/>
                <w:color w:val="000000"/>
                <w:w w:val="97"/>
                <w:sz w:val="16"/>
                <w:lang w:val="ru-RU"/>
              </w:rPr>
              <w:t>художественного промысла: филимоновская, дымковская, каргопольская игрушки (и другие по выбору учителя с учётом местных промыслов).</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577B5789"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1DA041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3DC316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1606C6E" w14:textId="01DE428B"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B2C5EEC" w14:textId="77777777" w:rsidR="00BB7497" w:rsidRPr="00B5589A" w:rsidRDefault="00BB7497" w:rsidP="00BB7497">
            <w:pPr>
              <w:autoSpaceDE w:val="0"/>
              <w:autoSpaceDN w:val="0"/>
              <w:spacing w:before="78" w:after="0" w:line="245" w:lineRule="auto"/>
              <w:ind w:left="74" w:right="432"/>
              <w:rPr>
                <w:lang w:val="ru-RU"/>
              </w:rPr>
            </w:pPr>
            <w:r w:rsidRPr="00B5589A">
              <w:rPr>
                <w:rFonts w:ascii="Times New Roman" w:eastAsia="Times New Roman" w:hAnsi="Times New Roman"/>
                <w:color w:val="000000"/>
                <w:w w:val="97"/>
                <w:sz w:val="16"/>
                <w:lang w:val="ru-RU"/>
              </w:rPr>
              <w:t>Выполнить задание: лепка фигурки сказочного зверя по мотивам традиций выбранного промысла.;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426EF6"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FA78FB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7664D058" w14:textId="77777777" w:rsidTr="00BB749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687B392"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3.2.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F0095BE"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b/>
                <w:color w:val="000000"/>
                <w:w w:val="97"/>
                <w:sz w:val="16"/>
                <w:lang w:val="ru-RU"/>
              </w:rPr>
              <w:t>Способ лепки в соответствии с традициями промысла.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47D9296"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06D420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A8A256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0CB03F2" w14:textId="6D26F079"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7630E9E" w14:textId="77777777" w:rsidR="00BB7497" w:rsidRPr="00B5589A" w:rsidRDefault="00BB7497" w:rsidP="00BB7497">
            <w:pPr>
              <w:autoSpaceDE w:val="0"/>
              <w:autoSpaceDN w:val="0"/>
              <w:spacing w:before="78" w:after="0" w:line="245" w:lineRule="auto"/>
              <w:ind w:left="74" w:right="288"/>
              <w:rPr>
                <w:lang w:val="ru-RU"/>
              </w:rPr>
            </w:pPr>
            <w:r w:rsidRPr="00B5589A">
              <w:rPr>
                <w:rFonts w:ascii="Times New Roman" w:eastAsia="Times New Roman" w:hAnsi="Times New Roman"/>
                <w:color w:val="000000"/>
                <w:w w:val="97"/>
                <w:sz w:val="16"/>
                <w:lang w:val="ru-RU"/>
              </w:rPr>
              <w:t>Осваивать приёмы и последовательность лепки игрушки в традициях выбранного промысла.;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E34839C"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3FA9F69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75E42FB7"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499BE9A"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3.3.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931CC85" w14:textId="77777777" w:rsidR="00BB7497" w:rsidRDefault="00BB7497" w:rsidP="00BB7497">
            <w:pPr>
              <w:autoSpaceDE w:val="0"/>
              <w:autoSpaceDN w:val="0"/>
              <w:spacing w:before="76" w:after="0" w:line="250" w:lineRule="auto"/>
              <w:ind w:left="72" w:right="432"/>
            </w:pPr>
            <w:r w:rsidRPr="00B5589A">
              <w:rPr>
                <w:rFonts w:ascii="Times New Roman" w:eastAsia="Times New Roman" w:hAnsi="Times New Roman"/>
                <w:b/>
                <w:color w:val="000000"/>
                <w:w w:val="97"/>
                <w:sz w:val="16"/>
                <w:lang w:val="ru-RU"/>
              </w:rPr>
              <w:t xml:space="preserve">Лепка из пластилина или глины животных с передачей характерной пластики движения. </w:t>
            </w:r>
            <w:r>
              <w:rPr>
                <w:rFonts w:ascii="Times New Roman" w:eastAsia="Times New Roman" w:hAnsi="Times New Roman"/>
                <w:b/>
                <w:color w:val="000000"/>
                <w:w w:val="97"/>
                <w:sz w:val="16"/>
              </w:rPr>
              <w:t>Соблюдение цельности формы, её преобразование и добавление детале.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367FFB76"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6DE9BFB"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12DC48"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F995F71" w14:textId="4004FF6C"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9EF4F1C" w14:textId="77777777" w:rsidR="00BB7497" w:rsidRPr="00B5589A" w:rsidRDefault="00BB7497" w:rsidP="00BB7497">
            <w:pPr>
              <w:autoSpaceDE w:val="0"/>
              <w:autoSpaceDN w:val="0"/>
              <w:spacing w:before="76" w:after="0" w:line="245" w:lineRule="auto"/>
              <w:ind w:left="74" w:right="144"/>
              <w:rPr>
                <w:lang w:val="ru-RU"/>
              </w:rPr>
            </w:pPr>
            <w:r w:rsidRPr="00B5589A">
              <w:rPr>
                <w:rFonts w:ascii="Times New Roman" w:eastAsia="Times New Roman" w:hAnsi="Times New Roman"/>
                <w:color w:val="000000"/>
                <w:w w:val="97"/>
                <w:sz w:val="16"/>
                <w:lang w:val="ru-RU"/>
              </w:rPr>
              <w:t>Осваивать приёмы передачи движения и разного характера движений в лепке из пластилина.;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CBAD5F0"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56AE4043"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13A5E915" w14:textId="77777777" w:rsidTr="00BB7497">
        <w:trPr>
          <w:trHeight w:hRule="exact" w:val="348"/>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14:paraId="4E077677"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Итого по модулю 3</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F589E28"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3</w:t>
            </w:r>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55B81FB9" w14:textId="77777777" w:rsidR="00BB7497" w:rsidRDefault="00BB7497" w:rsidP="00BB7497"/>
        </w:tc>
      </w:tr>
      <w:tr w:rsidR="00BB7497" w14:paraId="0AE18887" w14:textId="77777777" w:rsidTr="00BB749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EEB7B2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 xml:space="preserve">Модуль 4. </w:t>
            </w:r>
            <w:r>
              <w:rPr>
                <w:rFonts w:ascii="Times New Roman" w:eastAsia="Times New Roman" w:hAnsi="Times New Roman"/>
                <w:b/>
                <w:color w:val="000000"/>
                <w:w w:val="97"/>
                <w:sz w:val="16"/>
              </w:rPr>
              <w:t>Декоративно-прикладное искусство</w:t>
            </w:r>
          </w:p>
        </w:tc>
      </w:tr>
      <w:tr w:rsidR="00BB7497" w14:paraId="45033AE1" w14:textId="77777777" w:rsidTr="00BB749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3F5D57"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EEC9238" w14:textId="77777777" w:rsidR="00BB7497" w:rsidRPr="00B5589A" w:rsidRDefault="00BB7497" w:rsidP="00BB7497">
            <w:pPr>
              <w:autoSpaceDE w:val="0"/>
              <w:autoSpaceDN w:val="0"/>
              <w:spacing w:before="78" w:after="0" w:line="252" w:lineRule="auto"/>
              <w:ind w:left="72" w:right="144"/>
              <w:rPr>
                <w:lang w:val="ru-RU"/>
              </w:rPr>
            </w:pPr>
            <w:r w:rsidRPr="00B5589A">
              <w:rPr>
                <w:rFonts w:ascii="Times New Roman" w:eastAsia="Times New Roman" w:hAnsi="Times New Roman"/>
                <w:b/>
                <w:color w:val="000000"/>
                <w:w w:val="97"/>
                <w:sz w:val="16"/>
                <w:lang w:val="ru-RU"/>
              </w:rPr>
              <w:t xml:space="preserve">Наблюдение узоров в природе (на основе фотографий в </w:t>
            </w:r>
            <w:r w:rsidRPr="00B5589A">
              <w:rPr>
                <w:lang w:val="ru-RU"/>
              </w:rPr>
              <w:br/>
            </w:r>
            <w:r w:rsidRPr="00B5589A">
              <w:rPr>
                <w:rFonts w:ascii="Times New Roman" w:eastAsia="Times New Roman" w:hAnsi="Times New Roman"/>
                <w:b/>
                <w:color w:val="000000"/>
                <w:w w:val="97"/>
                <w:sz w:val="16"/>
                <w:lang w:val="ru-RU"/>
              </w:rPr>
              <w:t>условиях урока): снежинки, паутинки, роса на листьях и др. Сопоставление с орнаментами в произведениях декоративно-прикладного искусства (кружево, вышивка, ювелирные изделия и т. д.).</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34B2505A"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C156A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2602D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048829F" w14:textId="561DC383"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8C7D94A" w14:textId="77777777" w:rsidR="00BB7497" w:rsidRPr="00B5589A" w:rsidRDefault="00BB7497" w:rsidP="00BB7497">
            <w:pPr>
              <w:autoSpaceDE w:val="0"/>
              <w:autoSpaceDN w:val="0"/>
              <w:spacing w:before="78" w:after="0" w:line="250" w:lineRule="auto"/>
              <w:ind w:left="74" w:right="288"/>
              <w:rPr>
                <w:lang w:val="ru-RU"/>
              </w:rPr>
            </w:pPr>
            <w:r w:rsidRPr="00B5589A">
              <w:rPr>
                <w:rFonts w:ascii="Times New Roman" w:eastAsia="Times New Roman" w:hAnsi="Times New Roman"/>
                <w:color w:val="000000"/>
                <w:w w:val="97"/>
                <w:sz w:val="16"/>
                <w:lang w:val="ru-RU"/>
              </w:rPr>
              <w:t>Сравнивать, сопоставлять природные явления — узоры (капли, снежинки, паутинки, роса на листьях и др.) с рукотворными произведениями декоративно-прикладного искусства (кружево, шитьё и др.).;</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E7C951"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82315A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3502F85A" w14:textId="77777777" w:rsidTr="00BB749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7F6A9F3"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3CE28B72"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b/>
                <w:color w:val="000000"/>
                <w:w w:val="97"/>
                <w:sz w:val="16"/>
                <w:lang w:val="ru-RU"/>
              </w:rPr>
              <w:t>Рисунок геометрического орнамента кружева или вышивки.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5A0C68C8"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1CAEB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C67E8E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95E4C11" w14:textId="77777777" w:rsidR="00BB7497" w:rsidRDefault="00BB7497" w:rsidP="00BB7497"/>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1990ED4" w14:textId="77777777" w:rsidR="00BB7497" w:rsidRPr="00B5589A" w:rsidRDefault="00BB7497" w:rsidP="00BB7497">
            <w:pPr>
              <w:autoSpaceDE w:val="0"/>
              <w:autoSpaceDN w:val="0"/>
              <w:spacing w:before="78" w:after="0" w:line="250" w:lineRule="auto"/>
              <w:ind w:left="74" w:right="144"/>
              <w:rPr>
                <w:lang w:val="ru-RU"/>
              </w:rPr>
            </w:pPr>
            <w:r w:rsidRPr="00B5589A">
              <w:rPr>
                <w:rFonts w:ascii="Times New Roman" w:eastAsia="Times New Roman" w:hAnsi="Times New Roman"/>
                <w:color w:val="000000"/>
                <w:w w:val="97"/>
                <w:sz w:val="16"/>
                <w:lang w:val="ru-RU"/>
              </w:rPr>
              <w:t xml:space="preserve">Осваивать приёмы орнаментального оформления сказочных глиняных зверушек по мотивам народных художественных промыслов (по выбору учителя с учётом местных </w:t>
            </w:r>
            <w:r w:rsidRPr="00B5589A">
              <w:rPr>
                <w:lang w:val="ru-RU"/>
              </w:rPr>
              <w:br/>
            </w:r>
            <w:r w:rsidRPr="00B5589A">
              <w:rPr>
                <w:rFonts w:ascii="Times New Roman" w:eastAsia="Times New Roman" w:hAnsi="Times New Roman"/>
                <w:color w:val="000000"/>
                <w:w w:val="97"/>
                <w:sz w:val="16"/>
                <w:lang w:val="ru-RU"/>
              </w:rPr>
              <w:t>промыслов).;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7DAAF03"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B78D15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5F5D11F4"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DFE6C10"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4.3.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348473B6" w14:textId="77777777" w:rsidR="00BB7497" w:rsidRPr="00B5589A" w:rsidRDefault="00BB7497" w:rsidP="00BB7497">
            <w:pPr>
              <w:autoSpaceDE w:val="0"/>
              <w:autoSpaceDN w:val="0"/>
              <w:spacing w:before="76" w:after="0" w:line="245" w:lineRule="auto"/>
              <w:ind w:left="72" w:right="576"/>
              <w:rPr>
                <w:lang w:val="ru-RU"/>
              </w:rPr>
            </w:pPr>
            <w:r w:rsidRPr="00B5589A">
              <w:rPr>
                <w:rFonts w:ascii="Times New Roman" w:eastAsia="Times New Roman" w:hAnsi="Times New Roman"/>
                <w:b/>
                <w:color w:val="000000"/>
                <w:w w:val="97"/>
                <w:sz w:val="16"/>
                <w:lang w:val="ru-RU"/>
              </w:rPr>
              <w:t>Декоративная композиция. Ритм пятен в декоративной аппликации.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5857D50C"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C95159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69E85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00445EE" w14:textId="41CC4A65"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FB5E87" w14:textId="77777777" w:rsidR="00BB7497" w:rsidRPr="00B5589A" w:rsidRDefault="00BB7497" w:rsidP="00BB7497">
            <w:pPr>
              <w:autoSpaceDE w:val="0"/>
              <w:autoSpaceDN w:val="0"/>
              <w:spacing w:before="76" w:after="0" w:line="250" w:lineRule="auto"/>
              <w:ind w:left="74" w:right="576"/>
              <w:rPr>
                <w:lang w:val="ru-RU"/>
              </w:rPr>
            </w:pPr>
            <w:r w:rsidRPr="00B5589A">
              <w:rPr>
                <w:rFonts w:ascii="Times New Roman" w:eastAsia="Times New Roman" w:hAnsi="Times New Roman"/>
                <w:color w:val="000000"/>
                <w:w w:val="97"/>
                <w:sz w:val="16"/>
                <w:lang w:val="ru-RU"/>
              </w:rPr>
              <w:t>Получать опыт преобразования бытовых подручных нехудожественных материалов в художественные изображения и поделки.;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C663B2F"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94F1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75BC090B" w14:textId="77777777" w:rsidTr="00BB749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086B89A"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4.4.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1B64A232" w14:textId="77777777" w:rsidR="00BB7497" w:rsidRPr="00B5589A" w:rsidRDefault="00BB7497" w:rsidP="00BB7497">
            <w:pPr>
              <w:autoSpaceDE w:val="0"/>
              <w:autoSpaceDN w:val="0"/>
              <w:spacing w:before="76" w:after="0" w:line="250" w:lineRule="auto"/>
              <w:ind w:left="72" w:right="144"/>
              <w:rPr>
                <w:lang w:val="ru-RU"/>
              </w:rPr>
            </w:pPr>
            <w:r w:rsidRPr="00B5589A">
              <w:rPr>
                <w:rFonts w:ascii="Times New Roman" w:eastAsia="Times New Roman" w:hAnsi="Times New Roman"/>
                <w:b/>
                <w:color w:val="000000"/>
                <w:w w:val="97"/>
                <w:sz w:val="16"/>
                <w:lang w:val="ru-RU"/>
              </w:rPr>
              <w:t xml:space="preserve">Декоративные изображения животных в игрушках народных промыслов: филимоновский олень, дымковский петух, </w:t>
            </w:r>
            <w:r w:rsidRPr="00B5589A">
              <w:rPr>
                <w:lang w:val="ru-RU"/>
              </w:rPr>
              <w:br/>
            </w:r>
            <w:r w:rsidRPr="00B5589A">
              <w:rPr>
                <w:rFonts w:ascii="Times New Roman" w:eastAsia="Times New Roman" w:hAnsi="Times New Roman"/>
                <w:b/>
                <w:color w:val="000000"/>
                <w:w w:val="97"/>
                <w:sz w:val="16"/>
                <w:lang w:val="ru-RU"/>
              </w:rPr>
              <w:t>каргопольский Полкан (по выбору учителя с учётом местных промыслов).</w:t>
            </w:r>
          </w:p>
          <w:p w14:paraId="7EAF1F1E" w14:textId="77777777" w:rsidR="00BB7497" w:rsidRPr="00B5589A" w:rsidRDefault="00BB7497" w:rsidP="00BB7497">
            <w:pPr>
              <w:autoSpaceDE w:val="0"/>
              <w:autoSpaceDN w:val="0"/>
              <w:spacing w:before="20" w:after="0" w:line="230" w:lineRule="auto"/>
              <w:ind w:left="72"/>
              <w:rPr>
                <w:lang w:val="ru-RU"/>
              </w:rPr>
            </w:pPr>
            <w:r w:rsidRPr="00B5589A">
              <w:rPr>
                <w:rFonts w:ascii="Times New Roman" w:eastAsia="Times New Roman" w:hAnsi="Times New Roman"/>
                <w:b/>
                <w:color w:val="000000"/>
                <w:w w:val="97"/>
                <w:sz w:val="16"/>
                <w:lang w:val="ru-RU"/>
              </w:rPr>
              <w:t>Поделки из подручных нехудожественных материалов.</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1F49C2A1"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BC505C"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263CA44"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9535B76" w14:textId="1B1CB2BA"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E87FA7" w14:textId="77777777" w:rsidR="00BB7497" w:rsidRPr="00B5589A" w:rsidRDefault="00BB7497" w:rsidP="00BB7497">
            <w:pPr>
              <w:autoSpaceDE w:val="0"/>
              <w:autoSpaceDN w:val="0"/>
              <w:spacing w:before="76" w:after="0" w:line="250" w:lineRule="auto"/>
              <w:ind w:left="74" w:right="576"/>
              <w:rPr>
                <w:lang w:val="ru-RU"/>
              </w:rPr>
            </w:pPr>
            <w:r w:rsidRPr="00B5589A">
              <w:rPr>
                <w:rFonts w:ascii="Times New Roman" w:eastAsia="Times New Roman" w:hAnsi="Times New Roman"/>
                <w:color w:val="000000"/>
                <w:w w:val="97"/>
                <w:sz w:val="16"/>
                <w:lang w:val="ru-RU"/>
              </w:rPr>
              <w:t>Получать опыт преобразования бытовых подручных нехудожественных материалов в художественные изображения и поделки.;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B7615F0"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C34841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4B703CAE" w14:textId="77777777" w:rsidTr="00BB7497">
        <w:trPr>
          <w:trHeight w:hRule="exact" w:val="924"/>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14:paraId="49B3EF05"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4.5.</w:t>
            </w:r>
          </w:p>
        </w:tc>
        <w:tc>
          <w:tcPr>
            <w:tcW w:w="4636" w:type="dxa"/>
            <w:tcBorders>
              <w:top w:val="single" w:sz="4" w:space="0" w:color="000000"/>
              <w:left w:val="single" w:sz="4" w:space="0" w:color="000000"/>
              <w:bottom w:val="single" w:sz="5" w:space="0" w:color="000000"/>
              <w:right w:val="single" w:sz="5" w:space="0" w:color="000000"/>
            </w:tcBorders>
            <w:tcMar>
              <w:left w:w="0" w:type="dxa"/>
              <w:right w:w="0" w:type="dxa"/>
            </w:tcMar>
          </w:tcPr>
          <w:p w14:paraId="16E56EC2"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b/>
                <w:color w:val="000000"/>
                <w:w w:val="97"/>
                <w:sz w:val="16"/>
                <w:lang w:val="ru-RU"/>
              </w:rPr>
              <w:t>Декор одежды человека. Разнообразие украшений.</w:t>
            </w:r>
          </w:p>
          <w:p w14:paraId="7AD6B714" w14:textId="77777777" w:rsidR="00BB7497" w:rsidRPr="00B5589A" w:rsidRDefault="00BB7497" w:rsidP="00BB7497">
            <w:pPr>
              <w:autoSpaceDE w:val="0"/>
              <w:autoSpaceDN w:val="0"/>
              <w:spacing w:before="20" w:after="0" w:line="245" w:lineRule="auto"/>
              <w:ind w:left="72" w:right="144"/>
              <w:rPr>
                <w:lang w:val="ru-RU"/>
              </w:rPr>
            </w:pPr>
            <w:r w:rsidRPr="00B5589A">
              <w:rPr>
                <w:rFonts w:ascii="Times New Roman" w:eastAsia="Times New Roman" w:hAnsi="Times New Roman"/>
                <w:b/>
                <w:color w:val="000000"/>
                <w:w w:val="97"/>
                <w:sz w:val="16"/>
                <w:lang w:val="ru-RU"/>
              </w:rPr>
              <w:t>Традиционные (исторические, народные) женские и мужские украшения.</w:t>
            </w:r>
          </w:p>
        </w:tc>
        <w:tc>
          <w:tcPr>
            <w:tcW w:w="528" w:type="dxa"/>
            <w:tcBorders>
              <w:top w:val="single" w:sz="4" w:space="0" w:color="000000"/>
              <w:left w:val="single" w:sz="5" w:space="0" w:color="000000"/>
              <w:bottom w:val="single" w:sz="5" w:space="0" w:color="000000"/>
              <w:right w:val="single" w:sz="4" w:space="0" w:color="000000"/>
            </w:tcBorders>
            <w:tcMar>
              <w:left w:w="0" w:type="dxa"/>
              <w:right w:w="0" w:type="dxa"/>
            </w:tcMar>
          </w:tcPr>
          <w:p w14:paraId="1A3A79B9"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14:paraId="505C60A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14:paraId="02F40A1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14:paraId="6732A7CE" w14:textId="7EB474E0"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5" w:space="0" w:color="000000"/>
              <w:right w:val="single" w:sz="4" w:space="0" w:color="000000"/>
            </w:tcBorders>
            <w:tcMar>
              <w:left w:w="0" w:type="dxa"/>
              <w:right w:w="0" w:type="dxa"/>
            </w:tcMar>
          </w:tcPr>
          <w:p w14:paraId="1D5C792F" w14:textId="77777777" w:rsidR="00BB7497" w:rsidRPr="00B5589A" w:rsidRDefault="00BB7497" w:rsidP="00BB7497">
            <w:pPr>
              <w:autoSpaceDE w:val="0"/>
              <w:autoSpaceDN w:val="0"/>
              <w:spacing w:before="78" w:after="0" w:line="245" w:lineRule="auto"/>
              <w:ind w:left="74" w:right="432"/>
              <w:rPr>
                <w:lang w:val="ru-RU"/>
              </w:rPr>
            </w:pPr>
            <w:r w:rsidRPr="00B5589A">
              <w:rPr>
                <w:rFonts w:ascii="Times New Roman" w:eastAsia="Times New Roman" w:hAnsi="Times New Roman"/>
                <w:color w:val="000000"/>
                <w:w w:val="97"/>
                <w:sz w:val="16"/>
                <w:lang w:val="ru-RU"/>
              </w:rPr>
              <w:t>Знакомиться и рассматривать традиционные народные украшения.;</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14:paraId="7FA1C767"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14:paraId="7C6BB79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1BDCA0F9" w14:textId="77777777" w:rsidTr="00BB7497">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14:paraId="2BD4CB09" w14:textId="77777777" w:rsidR="00BB7497" w:rsidRDefault="00BB7497" w:rsidP="00BB7497">
            <w:pPr>
              <w:autoSpaceDE w:val="0"/>
              <w:autoSpaceDN w:val="0"/>
              <w:spacing w:before="76" w:after="0" w:line="230" w:lineRule="auto"/>
              <w:jc w:val="center"/>
            </w:pPr>
            <w:r>
              <w:rPr>
                <w:rFonts w:ascii="Times New Roman" w:eastAsia="Times New Roman" w:hAnsi="Times New Roman"/>
                <w:color w:val="000000"/>
                <w:w w:val="97"/>
                <w:sz w:val="16"/>
              </w:rPr>
              <w:t>4.6.</w:t>
            </w:r>
          </w:p>
        </w:tc>
        <w:tc>
          <w:tcPr>
            <w:tcW w:w="4636" w:type="dxa"/>
            <w:tcBorders>
              <w:top w:val="single" w:sz="5" w:space="0" w:color="000000"/>
              <w:left w:val="single" w:sz="4" w:space="0" w:color="000000"/>
              <w:bottom w:val="single" w:sz="4" w:space="0" w:color="000000"/>
              <w:right w:val="single" w:sz="5" w:space="0" w:color="000000"/>
            </w:tcBorders>
            <w:tcMar>
              <w:left w:w="0" w:type="dxa"/>
              <w:right w:w="0" w:type="dxa"/>
            </w:tcMar>
          </w:tcPr>
          <w:p w14:paraId="1D7DDA5C" w14:textId="77777777" w:rsidR="00BB7497" w:rsidRPr="00B5589A" w:rsidRDefault="00BB7497" w:rsidP="00BB7497">
            <w:pPr>
              <w:autoSpaceDE w:val="0"/>
              <w:autoSpaceDN w:val="0"/>
              <w:spacing w:before="76" w:after="0" w:line="230" w:lineRule="auto"/>
              <w:ind w:left="72"/>
              <w:rPr>
                <w:lang w:val="ru-RU"/>
              </w:rPr>
            </w:pPr>
            <w:r w:rsidRPr="00B5589A">
              <w:rPr>
                <w:rFonts w:ascii="Times New Roman" w:eastAsia="Times New Roman" w:hAnsi="Times New Roman"/>
                <w:b/>
                <w:color w:val="000000"/>
                <w:w w:val="97"/>
                <w:sz w:val="16"/>
                <w:lang w:val="ru-RU"/>
              </w:rPr>
              <w:t>Назначение украшений и их значение в жизни людей.</w:t>
            </w:r>
          </w:p>
        </w:tc>
        <w:tc>
          <w:tcPr>
            <w:tcW w:w="528" w:type="dxa"/>
            <w:tcBorders>
              <w:top w:val="single" w:sz="5" w:space="0" w:color="000000"/>
              <w:left w:val="single" w:sz="5" w:space="0" w:color="000000"/>
              <w:bottom w:val="single" w:sz="4" w:space="0" w:color="000000"/>
              <w:right w:val="single" w:sz="4" w:space="0" w:color="000000"/>
            </w:tcBorders>
            <w:tcMar>
              <w:left w:w="0" w:type="dxa"/>
              <w:right w:w="0" w:type="dxa"/>
            </w:tcMar>
          </w:tcPr>
          <w:p w14:paraId="002EB6D8" w14:textId="77777777" w:rsidR="00BB7497" w:rsidRDefault="00BB7497" w:rsidP="00BB7497">
            <w:pPr>
              <w:autoSpaceDE w:val="0"/>
              <w:autoSpaceDN w:val="0"/>
              <w:spacing w:before="76" w:after="0" w:line="230" w:lineRule="auto"/>
              <w:ind w:left="70"/>
            </w:pPr>
            <w:r>
              <w:rPr>
                <w:rFonts w:ascii="Times New Roman" w:eastAsia="Times New Roman" w:hAnsi="Times New Roman"/>
                <w:color w:val="000000"/>
                <w:w w:val="97"/>
                <w:sz w:val="16"/>
              </w:rPr>
              <w:t>0.5</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14:paraId="1B293185"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14:paraId="165D85E0"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0.5</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14:paraId="1CE599F9" w14:textId="77777777" w:rsidR="00BB7497" w:rsidRDefault="00BB7497" w:rsidP="00BB7497"/>
        </w:tc>
        <w:tc>
          <w:tcPr>
            <w:tcW w:w="4300" w:type="dxa"/>
            <w:tcBorders>
              <w:top w:val="single" w:sz="5" w:space="0" w:color="000000"/>
              <w:left w:val="single" w:sz="4" w:space="0" w:color="000000"/>
              <w:bottom w:val="single" w:sz="4" w:space="0" w:color="000000"/>
              <w:right w:val="single" w:sz="4" w:space="0" w:color="000000"/>
            </w:tcBorders>
            <w:tcMar>
              <w:left w:w="0" w:type="dxa"/>
              <w:right w:w="0" w:type="dxa"/>
            </w:tcMar>
          </w:tcPr>
          <w:p w14:paraId="2F50B6C1" w14:textId="77777777" w:rsidR="00BB7497" w:rsidRPr="00B5589A" w:rsidRDefault="00BB7497" w:rsidP="00BB7497">
            <w:pPr>
              <w:autoSpaceDE w:val="0"/>
              <w:autoSpaceDN w:val="0"/>
              <w:spacing w:before="76" w:after="0" w:line="245" w:lineRule="auto"/>
              <w:ind w:left="74" w:right="432"/>
              <w:rPr>
                <w:lang w:val="ru-RU"/>
              </w:rPr>
            </w:pPr>
            <w:r w:rsidRPr="00B5589A">
              <w:rPr>
                <w:rFonts w:ascii="Times New Roman" w:eastAsia="Times New Roman" w:hAnsi="Times New Roman"/>
                <w:color w:val="000000"/>
                <w:w w:val="97"/>
                <w:sz w:val="16"/>
                <w:lang w:val="ru-RU"/>
              </w:rPr>
              <w:t>Знакомиться и рассматривать традиционные народные украшения.;</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14:paraId="467FE706" w14:textId="77777777" w:rsidR="00BB7497" w:rsidRDefault="00BB7497" w:rsidP="00BB7497">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14:paraId="33CEB403"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РЭШ</w:t>
            </w:r>
          </w:p>
        </w:tc>
      </w:tr>
      <w:tr w:rsidR="00BB7497" w14:paraId="0B9D5169" w14:textId="77777777" w:rsidTr="00BB7497">
        <w:trPr>
          <w:trHeight w:hRule="exact" w:val="348"/>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14:paraId="7A1827AD"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Итого по модулю 4</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BB71309"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4</w:t>
            </w:r>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0961E510" w14:textId="77777777" w:rsidR="00BB7497" w:rsidRDefault="00BB7497" w:rsidP="00BB7497"/>
        </w:tc>
      </w:tr>
      <w:tr w:rsidR="00BB7497" w14:paraId="5F83CE96" w14:textId="77777777" w:rsidTr="00BB749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2D48DE4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 xml:space="preserve">Модуль 5. </w:t>
            </w:r>
            <w:r>
              <w:rPr>
                <w:rFonts w:ascii="Times New Roman" w:eastAsia="Times New Roman" w:hAnsi="Times New Roman"/>
                <w:b/>
                <w:color w:val="000000"/>
                <w:w w:val="97"/>
                <w:sz w:val="16"/>
              </w:rPr>
              <w:t xml:space="preserve">Архитектура </w:t>
            </w:r>
          </w:p>
        </w:tc>
      </w:tr>
      <w:tr w:rsidR="00BB7497" w14:paraId="21311063"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E99424F"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5.1.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3891A72B" w14:textId="77777777" w:rsidR="00BB7497" w:rsidRDefault="00BB7497" w:rsidP="00BB7497">
            <w:pPr>
              <w:autoSpaceDE w:val="0"/>
              <w:autoSpaceDN w:val="0"/>
              <w:spacing w:before="78" w:after="0" w:line="247" w:lineRule="auto"/>
              <w:ind w:left="72" w:right="144"/>
              <w:jc w:val="both"/>
            </w:pPr>
            <w:r w:rsidRPr="00B5589A">
              <w:rPr>
                <w:rFonts w:ascii="Times New Roman" w:eastAsia="Times New Roman" w:hAnsi="Times New Roman"/>
                <w:b/>
                <w:color w:val="000000"/>
                <w:w w:val="97"/>
                <w:sz w:val="16"/>
                <w:lang w:val="ru-RU"/>
              </w:rPr>
              <w:t xml:space="preserve">Конструирование из бумаги. Приёмы работы с полосой </w:t>
            </w:r>
            <w:r w:rsidRPr="00B5589A">
              <w:rPr>
                <w:lang w:val="ru-RU"/>
              </w:rPr>
              <w:br/>
            </w:r>
            <w:r w:rsidRPr="00B5589A">
              <w:rPr>
                <w:rFonts w:ascii="Times New Roman" w:eastAsia="Times New Roman" w:hAnsi="Times New Roman"/>
                <w:b/>
                <w:color w:val="000000"/>
                <w:w w:val="97"/>
                <w:sz w:val="16"/>
                <w:lang w:val="ru-RU"/>
              </w:rPr>
              <w:t xml:space="preserve">бумаги, разные варианты складывания, закручивания, </w:t>
            </w:r>
            <w:r w:rsidRPr="00B5589A">
              <w:rPr>
                <w:lang w:val="ru-RU"/>
              </w:rPr>
              <w:br/>
            </w:r>
            <w:r w:rsidRPr="00B5589A">
              <w:rPr>
                <w:rFonts w:ascii="Times New Roman" w:eastAsia="Times New Roman" w:hAnsi="Times New Roman"/>
                <w:b/>
                <w:color w:val="000000"/>
                <w:w w:val="97"/>
                <w:sz w:val="16"/>
                <w:lang w:val="ru-RU"/>
              </w:rPr>
              <w:t xml:space="preserve">надрезания. </w:t>
            </w:r>
            <w:r>
              <w:rPr>
                <w:rFonts w:ascii="Times New Roman" w:eastAsia="Times New Roman" w:hAnsi="Times New Roman"/>
                <w:b/>
                <w:color w:val="000000"/>
                <w:w w:val="97"/>
                <w:sz w:val="16"/>
              </w:rPr>
              <w:t>Макетирование пространства детской площадки.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46C6E7A0"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7B0B82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95472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D833C2" w14:textId="3BF776B9"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466BF8" w14:textId="77777777" w:rsidR="00BB7497" w:rsidRPr="00B5589A" w:rsidRDefault="00BB7497" w:rsidP="00BB7497">
            <w:pPr>
              <w:autoSpaceDE w:val="0"/>
              <w:autoSpaceDN w:val="0"/>
              <w:spacing w:before="78" w:after="0" w:line="230" w:lineRule="auto"/>
              <w:jc w:val="center"/>
              <w:rPr>
                <w:lang w:val="ru-RU"/>
              </w:rPr>
            </w:pPr>
            <w:r w:rsidRPr="00B5589A">
              <w:rPr>
                <w:rFonts w:ascii="Times New Roman" w:eastAsia="Times New Roman" w:hAnsi="Times New Roman"/>
                <w:color w:val="000000"/>
                <w:w w:val="97"/>
                <w:sz w:val="16"/>
                <w:lang w:val="ru-RU"/>
              </w:rPr>
              <w:t>Осваивать приёмы создания объёмных предметов из бумаги.;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BA908C5"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1EC25B3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05763F13" w14:textId="77777777" w:rsidTr="00BB7497">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24E7888"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5.2.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773000D" w14:textId="77777777" w:rsidR="00BB7497" w:rsidRPr="00B5589A" w:rsidRDefault="00BB7497" w:rsidP="00BB7497">
            <w:pPr>
              <w:autoSpaceDE w:val="0"/>
              <w:autoSpaceDN w:val="0"/>
              <w:spacing w:before="78" w:after="0" w:line="252" w:lineRule="auto"/>
              <w:ind w:left="72" w:right="144"/>
              <w:rPr>
                <w:lang w:val="ru-RU"/>
              </w:rPr>
            </w:pPr>
            <w:r w:rsidRPr="00B5589A">
              <w:rPr>
                <w:rFonts w:ascii="Times New Roman" w:eastAsia="Times New Roman" w:hAnsi="Times New Roman"/>
                <w:b/>
                <w:color w:val="000000"/>
                <w:w w:val="97"/>
                <w:sz w:val="16"/>
                <w:lang w:val="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приёмы завивания, скручивания и складывания полоски бумаги (например, гармошкой).</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21D5DC4C"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7126D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3EB56F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67484FF" w14:textId="0F34FAAA"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1EEBC1" w14:textId="77777777" w:rsidR="00BB7497" w:rsidRPr="00B5589A" w:rsidRDefault="00BB7497" w:rsidP="00BB7497">
            <w:pPr>
              <w:autoSpaceDE w:val="0"/>
              <w:autoSpaceDN w:val="0"/>
              <w:spacing w:before="78" w:after="0" w:line="245" w:lineRule="auto"/>
              <w:ind w:left="74" w:right="864"/>
              <w:rPr>
                <w:lang w:val="ru-RU"/>
              </w:rPr>
            </w:pPr>
            <w:r w:rsidRPr="00B5589A">
              <w:rPr>
                <w:rFonts w:ascii="Times New Roman" w:eastAsia="Times New Roman" w:hAnsi="Times New Roman"/>
                <w:color w:val="000000"/>
                <w:w w:val="97"/>
                <w:sz w:val="16"/>
                <w:lang w:val="ru-RU"/>
              </w:rPr>
              <w:t>Макетировать из бумаги пространство сказочного игрушечного города или детскую площадку.;</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046F8AC"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DBEA2B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08ED5EDE" w14:textId="77777777" w:rsidTr="00BB749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45E6C88"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5.3.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57672D3" w14:textId="77777777" w:rsidR="00BB7497" w:rsidRPr="00B5589A" w:rsidRDefault="00BB7497" w:rsidP="00BB7497">
            <w:pPr>
              <w:autoSpaceDE w:val="0"/>
              <w:autoSpaceDN w:val="0"/>
              <w:spacing w:before="76" w:after="0" w:line="250" w:lineRule="auto"/>
              <w:ind w:left="72" w:right="576"/>
              <w:rPr>
                <w:lang w:val="ru-RU"/>
              </w:rPr>
            </w:pPr>
            <w:r w:rsidRPr="00B5589A">
              <w:rPr>
                <w:rFonts w:ascii="Times New Roman" w:eastAsia="Times New Roman" w:hAnsi="Times New Roman"/>
                <w:b/>
                <w:color w:val="000000"/>
                <w:w w:val="97"/>
                <w:sz w:val="16"/>
                <w:lang w:val="ru-RU"/>
              </w:rPr>
              <w:t xml:space="preserve">Образ здания. Памятники отечественной и </w:t>
            </w:r>
            <w:r w:rsidRPr="00B5589A">
              <w:rPr>
                <w:lang w:val="ru-RU"/>
              </w:rPr>
              <w:br/>
            </w:r>
            <w:r w:rsidRPr="00B5589A">
              <w:rPr>
                <w:rFonts w:ascii="Times New Roman" w:eastAsia="Times New Roman" w:hAnsi="Times New Roman"/>
                <w:b/>
                <w:color w:val="000000"/>
                <w:w w:val="97"/>
                <w:sz w:val="16"/>
                <w:lang w:val="ru-RU"/>
              </w:rPr>
              <w:t>западноевропейской архитектуры с ярко выраженным характером здания.</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3C1FE530"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EA848CA"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D4BD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8545F5C" w14:textId="5EADD99D"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7DB32D9" w14:textId="77777777" w:rsidR="00BB7497" w:rsidRPr="00B5589A" w:rsidRDefault="00BB7497" w:rsidP="00BB7497">
            <w:pPr>
              <w:autoSpaceDE w:val="0"/>
              <w:autoSpaceDN w:val="0"/>
              <w:spacing w:before="76" w:after="0" w:line="245" w:lineRule="auto"/>
              <w:ind w:left="74" w:right="576"/>
              <w:rPr>
                <w:lang w:val="ru-RU"/>
              </w:rPr>
            </w:pPr>
            <w:r w:rsidRPr="00B5589A">
              <w:rPr>
                <w:rFonts w:ascii="Times New Roman" w:eastAsia="Times New Roman" w:hAnsi="Times New Roman"/>
                <w:color w:val="000000"/>
                <w:w w:val="97"/>
                <w:sz w:val="16"/>
                <w:lang w:val="ru-RU"/>
              </w:rPr>
              <w:t>Развивать эмоциональное восприятие архитектурных построек.;</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3A945D" w14:textId="77777777" w:rsidR="00BB7497" w:rsidRDefault="00BB7497" w:rsidP="00BB7497">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555A6BFB"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3DDE4C06"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55D2698"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5.4.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319E54AF" w14:textId="77777777" w:rsidR="00BB7497" w:rsidRPr="00B5589A" w:rsidRDefault="00BB7497" w:rsidP="00BB7497">
            <w:pPr>
              <w:autoSpaceDE w:val="0"/>
              <w:autoSpaceDN w:val="0"/>
              <w:spacing w:before="76" w:after="0" w:line="245" w:lineRule="auto"/>
              <w:ind w:left="72" w:right="432"/>
              <w:rPr>
                <w:lang w:val="ru-RU"/>
              </w:rPr>
            </w:pPr>
            <w:r w:rsidRPr="00B5589A">
              <w:rPr>
                <w:rFonts w:ascii="Times New Roman" w:eastAsia="Times New Roman" w:hAnsi="Times New Roman"/>
                <w:b/>
                <w:color w:val="000000"/>
                <w:w w:val="97"/>
                <w:sz w:val="16"/>
                <w:lang w:val="ru-RU"/>
              </w:rPr>
              <w:t>Рисунок дома для доброго и злого сказочных персонажей (иллюстрация сказки по выбору учителя).</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222391A5"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9973923"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77D78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593E10F" w14:textId="0C143A0A"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2DCAD3" w14:textId="77777777" w:rsidR="00BB7497" w:rsidRPr="00B5589A" w:rsidRDefault="00BB7497" w:rsidP="00BB7497">
            <w:pPr>
              <w:autoSpaceDE w:val="0"/>
              <w:autoSpaceDN w:val="0"/>
              <w:spacing w:before="76" w:after="0" w:line="250" w:lineRule="auto"/>
              <w:ind w:left="74" w:right="144"/>
              <w:rPr>
                <w:lang w:val="ru-RU"/>
              </w:rPr>
            </w:pPr>
            <w:r w:rsidRPr="00B5589A">
              <w:rPr>
                <w:rFonts w:ascii="Times New Roman" w:eastAsia="Times New Roman" w:hAnsi="Times New Roman"/>
                <w:color w:val="000000"/>
                <w:w w:val="97"/>
                <w:sz w:val="16"/>
                <w:lang w:val="ru-RU"/>
              </w:rPr>
              <w:t>Выполнять творческие рисунки зданий (по воображению и представлению, на основе просмотренных материалов) для сказочных героев с разным характером, например, для добрых и злых волшебников;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8CADA58"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92725B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6E753E3D" w14:textId="77777777" w:rsidTr="00BB7497">
        <w:trPr>
          <w:trHeight w:hRule="exact" w:val="348"/>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14:paraId="14174FA9"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5</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5D57B2D3"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4</w:t>
            </w:r>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08743DD8" w14:textId="77777777" w:rsidR="00BB7497" w:rsidRDefault="00BB7497" w:rsidP="00BB7497"/>
        </w:tc>
      </w:tr>
      <w:tr w:rsidR="00BB7497" w14:paraId="450CB238" w14:textId="77777777" w:rsidTr="00BB749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22E1A1E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 xml:space="preserve">Модуль 6. </w:t>
            </w:r>
            <w:r>
              <w:rPr>
                <w:rFonts w:ascii="Times New Roman" w:eastAsia="Times New Roman" w:hAnsi="Times New Roman"/>
                <w:b/>
                <w:color w:val="000000"/>
                <w:w w:val="97"/>
                <w:sz w:val="16"/>
              </w:rPr>
              <w:t>Восприятие произведений искусства</w:t>
            </w:r>
          </w:p>
        </w:tc>
      </w:tr>
      <w:tr w:rsidR="00BB7497" w14:paraId="4F0D44FD" w14:textId="77777777" w:rsidTr="00BB7497">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31DFAFE"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0032A44A" w14:textId="77777777" w:rsidR="00BB7497" w:rsidRPr="00B5589A" w:rsidRDefault="00BB7497" w:rsidP="00BB7497">
            <w:pPr>
              <w:autoSpaceDE w:val="0"/>
              <w:autoSpaceDN w:val="0"/>
              <w:spacing w:before="78" w:after="0" w:line="245" w:lineRule="auto"/>
              <w:ind w:left="72" w:right="144"/>
              <w:rPr>
                <w:lang w:val="ru-RU"/>
              </w:rPr>
            </w:pPr>
            <w:r w:rsidRPr="00B5589A">
              <w:rPr>
                <w:rFonts w:ascii="Times New Roman" w:eastAsia="Times New Roman" w:hAnsi="Times New Roman"/>
                <w:b/>
                <w:color w:val="000000"/>
                <w:w w:val="97"/>
                <w:sz w:val="16"/>
                <w:lang w:val="ru-RU"/>
              </w:rPr>
              <w:t>Восприятие произведений детского творчества. Обсуждение сюжетного и эмоционального содержания детских работ.</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31D55F55"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1B71F6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3CFE1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EBED34" w14:textId="1E4D2F2D"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CF7B69C" w14:textId="77777777" w:rsidR="00BB7497" w:rsidRPr="00B5589A" w:rsidRDefault="00BB7497" w:rsidP="00BB7497">
            <w:pPr>
              <w:autoSpaceDE w:val="0"/>
              <w:autoSpaceDN w:val="0"/>
              <w:spacing w:before="78" w:after="0" w:line="252" w:lineRule="auto"/>
              <w:ind w:left="74" w:right="288"/>
              <w:rPr>
                <w:lang w:val="ru-RU"/>
              </w:rPr>
            </w:pPr>
            <w:r w:rsidRPr="00B5589A">
              <w:rPr>
                <w:rFonts w:ascii="Times New Roman" w:eastAsia="Times New Roman" w:hAnsi="Times New Roman"/>
                <w:color w:val="000000"/>
                <w:w w:val="97"/>
                <w:sz w:val="16"/>
                <w:lang w:val="ru-RU"/>
              </w:rPr>
              <w:t xml:space="preserve">Рассматривать, анализировать детские рисунки с точки зрения содержания, сюжета, настроения, расположения на листе, цвета и других средств художественной </w:t>
            </w:r>
            <w:r w:rsidRPr="00B5589A">
              <w:rPr>
                <w:lang w:val="ru-RU"/>
              </w:rPr>
              <w:br/>
            </w:r>
            <w:r w:rsidRPr="00B5589A">
              <w:rPr>
                <w:rFonts w:ascii="Times New Roman" w:eastAsia="Times New Roman" w:hAnsi="Times New Roman"/>
                <w:color w:val="000000"/>
                <w:w w:val="97"/>
                <w:sz w:val="16"/>
                <w:lang w:val="ru-RU"/>
              </w:rPr>
              <w:t>выразительности и в соответствии с учебной задачей, поставленной учителем.;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6256CE4" w14:textId="77777777" w:rsidR="00BB7497" w:rsidRDefault="00BB7497" w:rsidP="00BB7497">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74CF481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63E895D7"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1C8563"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6.2.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035FAE3" w14:textId="77777777" w:rsidR="00BB7497" w:rsidRDefault="00BB7497" w:rsidP="00BB7497">
            <w:pPr>
              <w:autoSpaceDE w:val="0"/>
              <w:autoSpaceDN w:val="0"/>
              <w:spacing w:before="76" w:after="0" w:line="250" w:lineRule="auto"/>
              <w:ind w:left="72" w:right="432"/>
            </w:pPr>
            <w:r w:rsidRPr="00B5589A">
              <w:rPr>
                <w:rFonts w:ascii="Times New Roman" w:eastAsia="Times New Roman" w:hAnsi="Times New Roman"/>
                <w:b/>
                <w:color w:val="000000"/>
                <w:w w:val="97"/>
                <w:sz w:val="16"/>
                <w:lang w:val="ru-RU"/>
              </w:rPr>
              <w:t xml:space="preserve">Художественное наблюдение окружающей природы и красивых природных деталей; анализ их конструкции и эмоционального воздействия. </w:t>
            </w:r>
            <w:r>
              <w:rPr>
                <w:rFonts w:ascii="Times New Roman" w:eastAsia="Times New Roman" w:hAnsi="Times New Roman"/>
                <w:b/>
                <w:color w:val="000000"/>
                <w:w w:val="97"/>
                <w:sz w:val="16"/>
              </w:rPr>
              <w:t xml:space="preserve">Сопоставление их с </w:t>
            </w:r>
            <w:r>
              <w:br/>
            </w:r>
            <w:r>
              <w:rPr>
                <w:rFonts w:ascii="Times New Roman" w:eastAsia="Times New Roman" w:hAnsi="Times New Roman"/>
                <w:b/>
                <w:color w:val="000000"/>
                <w:w w:val="97"/>
                <w:sz w:val="16"/>
              </w:rPr>
              <w:t>рукотворными произведениями.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51E69AB9"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6CA9742"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5196F9A"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DB62B9" w14:textId="77777777" w:rsidR="00BB7497" w:rsidRDefault="00BB7497" w:rsidP="00BB7497"/>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A67561B" w14:textId="77777777" w:rsidR="00BB7497" w:rsidRPr="00B5589A" w:rsidRDefault="00BB7497" w:rsidP="00BB7497">
            <w:pPr>
              <w:autoSpaceDE w:val="0"/>
              <w:autoSpaceDN w:val="0"/>
              <w:spacing w:before="76" w:after="0" w:line="245" w:lineRule="auto"/>
              <w:ind w:left="74" w:right="864"/>
              <w:rPr>
                <w:lang w:val="ru-RU"/>
              </w:rPr>
            </w:pPr>
            <w:r w:rsidRPr="00B5589A">
              <w:rPr>
                <w:rFonts w:ascii="Times New Roman" w:eastAsia="Times New Roman" w:hAnsi="Times New Roman"/>
                <w:color w:val="000000"/>
                <w:w w:val="97"/>
                <w:sz w:val="16"/>
                <w:lang w:val="ru-RU"/>
              </w:rPr>
              <w:t>Развивать потребность и осваивать умения вести эстетические наблюдения явлений природы.;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5F303C"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63CA533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0C2F802B" w14:textId="77777777" w:rsidTr="00BB749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CC93FE8"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6.3.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FA58935" w14:textId="77777777" w:rsidR="00BB7497" w:rsidRPr="00B5589A" w:rsidRDefault="00BB7497" w:rsidP="00BB7497">
            <w:pPr>
              <w:autoSpaceDE w:val="0"/>
              <w:autoSpaceDN w:val="0"/>
              <w:spacing w:before="76" w:after="0" w:line="250" w:lineRule="auto"/>
              <w:ind w:left="72" w:right="288"/>
              <w:rPr>
                <w:lang w:val="ru-RU"/>
              </w:rPr>
            </w:pPr>
            <w:r w:rsidRPr="00B5589A">
              <w:rPr>
                <w:rFonts w:ascii="Times New Roman" w:eastAsia="Times New Roman" w:hAnsi="Times New Roman"/>
                <w:b/>
                <w:color w:val="000000"/>
                <w:w w:val="97"/>
                <w:sz w:val="16"/>
                <w:lang w:val="ru-RU"/>
              </w:rPr>
              <w:t>Восприятие орнаментальных произведений декоративно-прикладного искусства (кружево, шитьё, резьба по дереву, чеканка и др.).</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C8DC60B"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5F35D5A"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45118DD"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33C7F4" w14:textId="19753079"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B8AA42C" w14:textId="77777777" w:rsidR="00BB7497" w:rsidRPr="00B5589A" w:rsidRDefault="00BB7497" w:rsidP="00BB7497">
            <w:pPr>
              <w:autoSpaceDE w:val="0"/>
              <w:autoSpaceDN w:val="0"/>
              <w:spacing w:before="76" w:after="0" w:line="252" w:lineRule="auto"/>
              <w:ind w:left="74"/>
              <w:rPr>
                <w:lang w:val="ru-RU"/>
              </w:rPr>
            </w:pPr>
            <w:r w:rsidRPr="00B5589A">
              <w:rPr>
                <w:rFonts w:ascii="Times New Roman" w:eastAsia="Times New Roman" w:hAnsi="Times New Roman"/>
                <w:color w:val="000000"/>
                <w:w w:val="97"/>
                <w:sz w:val="16"/>
                <w:lang w:val="ru-RU"/>
              </w:rPr>
              <w:t xml:space="preserve">Приобретать опыт эстетического наблюдения </w:t>
            </w:r>
            <w:r w:rsidRPr="00B5589A">
              <w:rPr>
                <w:lang w:val="ru-RU"/>
              </w:rPr>
              <w:br/>
            </w:r>
            <w:r w:rsidRPr="00B5589A">
              <w:rPr>
                <w:rFonts w:ascii="Times New Roman" w:eastAsia="Times New Roman" w:hAnsi="Times New Roman"/>
                <w:color w:val="000000"/>
                <w:w w:val="97"/>
                <w:sz w:val="16"/>
                <w:lang w:val="ru-RU"/>
              </w:rPr>
              <w:t xml:space="preserve">и художественного анализа произведений декоративно-прикладного искусства (кружево, шитьё, резьба и роспись по дереву, роспись по ткани и др.), их орнаментальной </w:t>
            </w:r>
            <w:r w:rsidRPr="00B5589A">
              <w:rPr>
                <w:lang w:val="ru-RU"/>
              </w:rPr>
              <w:br/>
            </w:r>
            <w:r w:rsidRPr="00B5589A">
              <w:rPr>
                <w:rFonts w:ascii="Times New Roman" w:eastAsia="Times New Roman" w:hAnsi="Times New Roman"/>
                <w:color w:val="000000"/>
                <w:w w:val="97"/>
                <w:sz w:val="16"/>
                <w:lang w:val="ru-RU"/>
              </w:rPr>
              <w:t>организации.;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C8FF3B"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59F44CB4"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7E6FC167"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5549EE1"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A5FEC7C" w14:textId="77777777" w:rsidR="00BB7497" w:rsidRPr="00B5589A" w:rsidRDefault="00BB7497" w:rsidP="00BB7497">
            <w:pPr>
              <w:autoSpaceDE w:val="0"/>
              <w:autoSpaceDN w:val="0"/>
              <w:spacing w:before="78" w:after="0" w:line="245" w:lineRule="auto"/>
              <w:ind w:left="72" w:right="144"/>
              <w:rPr>
                <w:lang w:val="ru-RU"/>
              </w:rPr>
            </w:pPr>
            <w:r w:rsidRPr="00B5589A">
              <w:rPr>
                <w:rFonts w:ascii="Times New Roman" w:eastAsia="Times New Roman" w:hAnsi="Times New Roman"/>
                <w:b/>
                <w:color w:val="000000"/>
                <w:w w:val="97"/>
                <w:sz w:val="16"/>
                <w:lang w:val="ru-RU"/>
              </w:rPr>
              <w:t>Произведения живописи с активным выражением цветового состояния в погоде.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7D004D93"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FACFC4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A56538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CD057C9" w14:textId="4C97E10F"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FC494C2" w14:textId="77777777" w:rsidR="00BB7497" w:rsidRPr="00B5589A" w:rsidRDefault="00BB7497" w:rsidP="00BB7497">
            <w:pPr>
              <w:autoSpaceDE w:val="0"/>
              <w:autoSpaceDN w:val="0"/>
              <w:spacing w:before="78" w:after="0" w:line="245" w:lineRule="auto"/>
              <w:ind w:left="74"/>
              <w:rPr>
                <w:lang w:val="ru-RU"/>
              </w:rPr>
            </w:pPr>
            <w:r w:rsidRPr="00B5589A">
              <w:rPr>
                <w:rFonts w:ascii="Times New Roman" w:eastAsia="Times New Roman" w:hAnsi="Times New Roman"/>
                <w:color w:val="000000"/>
                <w:w w:val="97"/>
                <w:sz w:val="16"/>
                <w:lang w:val="ru-RU"/>
              </w:rPr>
              <w:t>Анализировать структуру, цветовое состояние, ритмическую организацию наблюдаемого природного явления.;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38BAF0A"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50C7074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5482A8CF" w14:textId="77777777" w:rsidTr="00BB7497">
        <w:trPr>
          <w:trHeight w:hRule="exact" w:val="148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05B819C"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6.5.</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187F471" w14:textId="77777777" w:rsidR="00BB7497" w:rsidRPr="00B5589A" w:rsidRDefault="00BB7497" w:rsidP="00BB7497">
            <w:pPr>
              <w:autoSpaceDE w:val="0"/>
              <w:autoSpaceDN w:val="0"/>
              <w:spacing w:before="78" w:after="0" w:line="245" w:lineRule="auto"/>
              <w:ind w:left="72" w:right="144"/>
              <w:rPr>
                <w:lang w:val="ru-RU"/>
              </w:rPr>
            </w:pPr>
            <w:r w:rsidRPr="00B5589A">
              <w:rPr>
                <w:rFonts w:ascii="Times New Roman" w:eastAsia="Times New Roman" w:hAnsi="Times New Roman"/>
                <w:b/>
                <w:color w:val="000000"/>
                <w:w w:val="97"/>
                <w:sz w:val="16"/>
                <w:lang w:val="ru-RU"/>
              </w:rPr>
              <w:t>Произведения пейзажистов И. И. Левитана, И. И. Шишкина, А. И. Куинджи, Н. П. Крымова.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7B98ACA"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40E250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DB02A0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A4850E3" w14:textId="5113116D"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353FD37" w14:textId="77777777" w:rsidR="00BB7497" w:rsidRPr="00B5589A" w:rsidRDefault="00BB7497" w:rsidP="00BB7497">
            <w:pPr>
              <w:autoSpaceDE w:val="0"/>
              <w:autoSpaceDN w:val="0"/>
              <w:spacing w:before="78" w:after="0" w:line="247" w:lineRule="auto"/>
              <w:ind w:left="74"/>
              <w:rPr>
                <w:lang w:val="ru-RU"/>
              </w:rPr>
            </w:pPr>
            <w:r w:rsidRPr="00B5589A">
              <w:rPr>
                <w:rFonts w:ascii="Times New Roman" w:eastAsia="Times New Roman" w:hAnsi="Times New Roman"/>
                <w:color w:val="000000"/>
                <w:w w:val="97"/>
                <w:sz w:val="16"/>
                <w:lang w:val="ru-RU"/>
              </w:rPr>
              <w:t xml:space="preserve">Приобретать опыт восприятия, эстетического анализа </w:t>
            </w:r>
            <w:r w:rsidRPr="00B5589A">
              <w:rPr>
                <w:lang w:val="ru-RU"/>
              </w:rPr>
              <w:br/>
            </w:r>
            <w:r w:rsidRPr="00B5589A">
              <w:rPr>
                <w:rFonts w:ascii="Times New Roman" w:eastAsia="Times New Roman" w:hAnsi="Times New Roman"/>
                <w:color w:val="000000"/>
                <w:w w:val="97"/>
                <w:sz w:val="16"/>
                <w:lang w:val="ru-RU"/>
              </w:rPr>
              <w:t>произведений отечественных художников-пейзажистов: И. И. Левитана, И. И. Шишкина, И. К. Айвазовского, А. И.</w:t>
            </w:r>
          </w:p>
          <w:p w14:paraId="5825FE45" w14:textId="77777777" w:rsidR="00BB7497" w:rsidRPr="00B5589A" w:rsidRDefault="00BB7497" w:rsidP="00BB7497">
            <w:pPr>
              <w:autoSpaceDE w:val="0"/>
              <w:autoSpaceDN w:val="0"/>
              <w:spacing w:before="20" w:after="0" w:line="250" w:lineRule="auto"/>
              <w:ind w:left="74" w:right="144"/>
              <w:rPr>
                <w:lang w:val="ru-RU"/>
              </w:rPr>
            </w:pPr>
            <w:r w:rsidRPr="00B5589A">
              <w:rPr>
                <w:rFonts w:ascii="Times New Roman" w:eastAsia="Times New Roman" w:hAnsi="Times New Roman"/>
                <w:color w:val="000000"/>
                <w:w w:val="97"/>
                <w:sz w:val="16"/>
                <w:lang w:val="ru-RU"/>
              </w:rPr>
              <w:t>Куинджи, Н. П. Крымова (и других по выбору учителя); художников-анималистов: В. В. Ватагина, Е. И. Чарушина; художников В. Ван Гога, К. Моне, А. Матисса (и других по выбору учителя).;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4988E5C"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B9A2B7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223EF765" w14:textId="77777777" w:rsidTr="00BB7497">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392DD99"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6.6.</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44C0C9A"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b/>
                <w:color w:val="000000"/>
                <w:w w:val="97"/>
                <w:sz w:val="16"/>
                <w:lang w:val="ru-RU"/>
              </w:rPr>
              <w:t>Произведения анималистического жанра в графике: В. В.</w:t>
            </w:r>
          </w:p>
          <w:p w14:paraId="148C3781" w14:textId="77777777" w:rsidR="00BB7497" w:rsidRPr="00B5589A" w:rsidRDefault="00BB7497" w:rsidP="00BB7497">
            <w:pPr>
              <w:autoSpaceDE w:val="0"/>
              <w:autoSpaceDN w:val="0"/>
              <w:spacing w:before="20" w:after="0" w:line="247" w:lineRule="auto"/>
              <w:ind w:left="72" w:right="432"/>
              <w:rPr>
                <w:lang w:val="ru-RU"/>
              </w:rPr>
            </w:pPr>
            <w:r w:rsidRPr="00B5589A">
              <w:rPr>
                <w:rFonts w:ascii="Times New Roman" w:eastAsia="Times New Roman" w:hAnsi="Times New Roman"/>
                <w:b/>
                <w:color w:val="000000"/>
                <w:w w:val="97"/>
                <w:sz w:val="16"/>
                <w:lang w:val="ru-RU"/>
              </w:rPr>
              <w:t>Ватагин, Е. И. Чарушин; в скульптуре: В. В. Ватагин. Наблюдение за животными с точки зрения их пропорций, характера движений, пластики.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623A153F"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94DF35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E7E430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DF24C2" w14:textId="77777777" w:rsidR="00BB7497" w:rsidRDefault="00BB7497" w:rsidP="00BB7497"/>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7921AFE" w14:textId="77777777" w:rsidR="00BB7497" w:rsidRPr="00B5589A" w:rsidRDefault="00BB7497" w:rsidP="00BB7497">
            <w:pPr>
              <w:autoSpaceDE w:val="0"/>
              <w:autoSpaceDN w:val="0"/>
              <w:spacing w:before="78" w:after="0" w:line="247" w:lineRule="auto"/>
              <w:ind w:left="74"/>
              <w:rPr>
                <w:lang w:val="ru-RU"/>
              </w:rPr>
            </w:pPr>
            <w:r w:rsidRPr="00B5589A">
              <w:rPr>
                <w:rFonts w:ascii="Times New Roman" w:eastAsia="Times New Roman" w:hAnsi="Times New Roman"/>
                <w:color w:val="000000"/>
                <w:w w:val="97"/>
                <w:sz w:val="16"/>
                <w:lang w:val="ru-RU"/>
              </w:rPr>
              <w:t xml:space="preserve">Приобретать опыт восприятия, эстетического анализа </w:t>
            </w:r>
            <w:r w:rsidRPr="00B5589A">
              <w:rPr>
                <w:lang w:val="ru-RU"/>
              </w:rPr>
              <w:br/>
            </w:r>
            <w:r w:rsidRPr="00B5589A">
              <w:rPr>
                <w:rFonts w:ascii="Times New Roman" w:eastAsia="Times New Roman" w:hAnsi="Times New Roman"/>
                <w:color w:val="000000"/>
                <w:w w:val="97"/>
                <w:sz w:val="16"/>
                <w:lang w:val="ru-RU"/>
              </w:rPr>
              <w:t>произведений отечественных художников-пейзажистов: И. И. Левитана, И. И. Шишкина, И. К. Айвазовского, А. И.</w:t>
            </w:r>
          </w:p>
          <w:p w14:paraId="5B224722" w14:textId="77777777" w:rsidR="00BB7497" w:rsidRPr="00B5589A" w:rsidRDefault="00BB7497" w:rsidP="00BB7497">
            <w:pPr>
              <w:autoSpaceDE w:val="0"/>
              <w:autoSpaceDN w:val="0"/>
              <w:spacing w:before="20" w:after="0" w:line="250" w:lineRule="auto"/>
              <w:ind w:left="74" w:right="144"/>
              <w:rPr>
                <w:lang w:val="ru-RU"/>
              </w:rPr>
            </w:pPr>
            <w:r w:rsidRPr="00B5589A">
              <w:rPr>
                <w:rFonts w:ascii="Times New Roman" w:eastAsia="Times New Roman" w:hAnsi="Times New Roman"/>
                <w:color w:val="000000"/>
                <w:w w:val="97"/>
                <w:sz w:val="16"/>
                <w:lang w:val="ru-RU"/>
              </w:rPr>
              <w:t>Куинджи, Н. П. Крымова (и других по выбору учителя); художников-анималистов: В. В. Ватагина, Е. И. Чарушина; художников В. Ван Гога, К. Моне, А. Матисса (и других по выбору учителя).;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0FBA6B"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6F6F774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08898C52" w14:textId="77777777" w:rsidTr="00BB7497">
        <w:trPr>
          <w:trHeight w:hRule="exact" w:val="348"/>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14:paraId="64A59E0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6</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40AD5A0D"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4</w:t>
            </w:r>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55646BD4" w14:textId="77777777" w:rsidR="00BB7497" w:rsidRDefault="00BB7497" w:rsidP="00BB7497"/>
        </w:tc>
      </w:tr>
      <w:tr w:rsidR="00BB7497" w14:paraId="5C2DE1B8" w14:textId="77777777" w:rsidTr="00BB7497">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1FD8D34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 xml:space="preserve">Модуль 7. </w:t>
            </w:r>
            <w:r>
              <w:rPr>
                <w:rFonts w:ascii="Times New Roman" w:eastAsia="Times New Roman" w:hAnsi="Times New Roman"/>
                <w:b/>
                <w:color w:val="000000"/>
                <w:w w:val="97"/>
                <w:sz w:val="16"/>
              </w:rPr>
              <w:t>Азбука цифровой графики</w:t>
            </w:r>
          </w:p>
        </w:tc>
      </w:tr>
      <w:tr w:rsidR="00BB7497" w14:paraId="477E6C5F"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394002"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7.1.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1A5989B6" w14:textId="77777777" w:rsidR="00BB7497" w:rsidRPr="00B5589A" w:rsidRDefault="00BB7497" w:rsidP="00BB7497">
            <w:pPr>
              <w:autoSpaceDE w:val="0"/>
              <w:autoSpaceDN w:val="0"/>
              <w:spacing w:before="76" w:after="0" w:line="245" w:lineRule="auto"/>
              <w:ind w:left="72" w:right="576"/>
              <w:rPr>
                <w:lang w:val="ru-RU"/>
              </w:rPr>
            </w:pPr>
            <w:r w:rsidRPr="00B5589A">
              <w:rPr>
                <w:rFonts w:ascii="Times New Roman" w:eastAsia="Times New Roman" w:hAnsi="Times New Roman"/>
                <w:b/>
                <w:color w:val="000000"/>
                <w:w w:val="97"/>
                <w:sz w:val="16"/>
                <w:lang w:val="ru-RU"/>
              </w:rPr>
              <w:t xml:space="preserve">Компьютерные средства изображения. Виды линий (в программе </w:t>
            </w:r>
            <w:r>
              <w:rPr>
                <w:rFonts w:ascii="Times New Roman" w:eastAsia="Times New Roman" w:hAnsi="Times New Roman"/>
                <w:b/>
                <w:color w:val="000000"/>
                <w:w w:val="97"/>
                <w:sz w:val="16"/>
              </w:rPr>
              <w:t>Paint</w:t>
            </w:r>
            <w:r w:rsidRPr="00B5589A">
              <w:rPr>
                <w:rFonts w:ascii="Times New Roman" w:eastAsia="Times New Roman" w:hAnsi="Times New Roman"/>
                <w:b/>
                <w:color w:val="000000"/>
                <w:w w:val="97"/>
                <w:sz w:val="16"/>
                <w:lang w:val="ru-RU"/>
              </w:rPr>
              <w:t xml:space="preserve"> или в другом графическом редакторе).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7804BDB1"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EE207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5F73A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2E5B1E0" w14:textId="0DCE21D5" w:rsidR="00BB7497" w:rsidRDefault="00BB7497" w:rsidP="00BB7497">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E5CC24" w14:textId="77777777" w:rsidR="00BB7497" w:rsidRPr="00B5589A" w:rsidRDefault="00BB7497" w:rsidP="00BB7497">
            <w:pPr>
              <w:autoSpaceDE w:val="0"/>
              <w:autoSpaceDN w:val="0"/>
              <w:spacing w:before="76" w:after="0" w:line="250" w:lineRule="auto"/>
              <w:ind w:left="74" w:right="144"/>
              <w:rPr>
                <w:lang w:val="ru-RU"/>
              </w:rPr>
            </w:pPr>
            <w:r w:rsidRPr="00B5589A">
              <w:rPr>
                <w:rFonts w:ascii="Times New Roman" w:eastAsia="Times New Roman" w:hAnsi="Times New Roman"/>
                <w:color w:val="000000"/>
                <w:w w:val="97"/>
                <w:sz w:val="16"/>
                <w:lang w:val="ru-RU"/>
              </w:rPr>
              <w:t xml:space="preserve">Осваивать возможности изображения с помощью разных видов линий в программе </w:t>
            </w:r>
            <w:r>
              <w:rPr>
                <w:rFonts w:ascii="Times New Roman" w:eastAsia="Times New Roman" w:hAnsi="Times New Roman"/>
                <w:color w:val="000000"/>
                <w:w w:val="97"/>
                <w:sz w:val="16"/>
              </w:rPr>
              <w:t>Paint</w:t>
            </w:r>
            <w:r w:rsidRPr="00B5589A">
              <w:rPr>
                <w:rFonts w:ascii="Times New Roman" w:eastAsia="Times New Roman" w:hAnsi="Times New Roman"/>
                <w:color w:val="000000"/>
                <w:w w:val="97"/>
                <w:sz w:val="16"/>
                <w:lang w:val="ru-RU"/>
              </w:rPr>
              <w:t xml:space="preserve"> (или в другом графическом редакторе).;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AD58554"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C68B1EC"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1DDDE726" w14:textId="77777777" w:rsidTr="00BB7497">
        <w:trPr>
          <w:trHeight w:hRule="exact" w:val="105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1056D8"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7.2.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05E0909D" w14:textId="77777777" w:rsidR="00BB7497" w:rsidRDefault="00BB7497" w:rsidP="00BB7497">
            <w:pPr>
              <w:autoSpaceDE w:val="0"/>
              <w:autoSpaceDN w:val="0"/>
              <w:spacing w:before="76" w:after="0" w:line="250" w:lineRule="auto"/>
              <w:ind w:left="72" w:right="144"/>
            </w:pPr>
            <w:r w:rsidRPr="00B5589A">
              <w:rPr>
                <w:rFonts w:ascii="Times New Roman" w:eastAsia="Times New Roman" w:hAnsi="Times New Roman"/>
                <w:b/>
                <w:color w:val="000000"/>
                <w:w w:val="97"/>
                <w:sz w:val="16"/>
                <w:lang w:val="ru-RU"/>
              </w:rPr>
              <w:t xml:space="preserve">Компьютерные средства изображения. Работа с </w:t>
            </w:r>
            <w:r w:rsidRPr="00B5589A">
              <w:rPr>
                <w:lang w:val="ru-RU"/>
              </w:rPr>
              <w:br/>
            </w:r>
            <w:r w:rsidRPr="00B5589A">
              <w:rPr>
                <w:rFonts w:ascii="Times New Roman" w:eastAsia="Times New Roman" w:hAnsi="Times New Roman"/>
                <w:b/>
                <w:color w:val="000000"/>
                <w:w w:val="97"/>
                <w:sz w:val="16"/>
                <w:lang w:val="ru-RU"/>
              </w:rPr>
              <w:t xml:space="preserve">геометрическими фигурами. </w:t>
            </w:r>
            <w:r>
              <w:rPr>
                <w:rFonts w:ascii="Times New Roman" w:eastAsia="Times New Roman" w:hAnsi="Times New Roman"/>
                <w:b/>
                <w:color w:val="000000"/>
                <w:w w:val="97"/>
                <w:sz w:val="16"/>
              </w:rPr>
              <w:t>Трансформация и копирование геометрических фигур в программе Paint.</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131878FB"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CE5F387"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CBC3A5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C15F8B7" w14:textId="77777777" w:rsidR="00BB7497" w:rsidRDefault="00BB7497" w:rsidP="00BB7497"/>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1F33C4D" w14:textId="77777777" w:rsidR="00BB7497" w:rsidRPr="00B5589A" w:rsidRDefault="00BB7497" w:rsidP="00BB7497">
            <w:pPr>
              <w:autoSpaceDE w:val="0"/>
              <w:autoSpaceDN w:val="0"/>
              <w:spacing w:before="76" w:after="0" w:line="250" w:lineRule="auto"/>
              <w:ind w:left="74"/>
              <w:rPr>
                <w:lang w:val="ru-RU"/>
              </w:rPr>
            </w:pPr>
            <w:r w:rsidRPr="00B5589A">
              <w:rPr>
                <w:rFonts w:ascii="Times New Roman" w:eastAsia="Times New Roman" w:hAnsi="Times New Roman"/>
                <w:color w:val="000000"/>
                <w:w w:val="97"/>
                <w:sz w:val="16"/>
                <w:lang w:val="ru-RU"/>
              </w:rPr>
              <w:t xml:space="preserve">Осваивать приёмы трансформации, копирования </w:t>
            </w:r>
            <w:r w:rsidRPr="00B5589A">
              <w:rPr>
                <w:lang w:val="ru-RU"/>
              </w:rPr>
              <w:br/>
            </w:r>
            <w:r w:rsidRPr="00B5589A">
              <w:rPr>
                <w:rFonts w:ascii="Times New Roman" w:eastAsia="Times New Roman" w:hAnsi="Times New Roman"/>
                <w:color w:val="000000"/>
                <w:w w:val="97"/>
                <w:sz w:val="16"/>
                <w:lang w:val="ru-RU"/>
              </w:rPr>
              <w:t xml:space="preserve">геометрических фигур в программе </w:t>
            </w:r>
            <w:r>
              <w:rPr>
                <w:rFonts w:ascii="Times New Roman" w:eastAsia="Times New Roman" w:hAnsi="Times New Roman"/>
                <w:color w:val="000000"/>
                <w:w w:val="97"/>
                <w:sz w:val="16"/>
              </w:rPr>
              <w:t>Paint</w:t>
            </w:r>
            <w:r w:rsidRPr="00B5589A">
              <w:rPr>
                <w:rFonts w:ascii="Times New Roman" w:eastAsia="Times New Roman" w:hAnsi="Times New Roman"/>
                <w:color w:val="000000"/>
                <w:w w:val="97"/>
                <w:sz w:val="16"/>
                <w:lang w:val="ru-RU"/>
              </w:rPr>
              <w:t xml:space="preserve"> и построения из них простых рисунков или орнаментов.;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B5D3C2D" w14:textId="77777777" w:rsidR="00BB7497" w:rsidRDefault="00BB7497" w:rsidP="00BB7497">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52DA5AE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448BE4D6"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4F95C1E"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D4FD765" w14:textId="77777777" w:rsidR="00BB7497" w:rsidRPr="00B5589A" w:rsidRDefault="00BB7497" w:rsidP="00BB7497">
            <w:pPr>
              <w:autoSpaceDE w:val="0"/>
              <w:autoSpaceDN w:val="0"/>
              <w:spacing w:before="78" w:after="0" w:line="247" w:lineRule="auto"/>
              <w:ind w:left="72"/>
              <w:rPr>
                <w:lang w:val="ru-RU"/>
              </w:rPr>
            </w:pPr>
            <w:r w:rsidRPr="00B5589A">
              <w:rPr>
                <w:rFonts w:ascii="Times New Roman" w:eastAsia="Times New Roman" w:hAnsi="Times New Roman"/>
                <w:b/>
                <w:color w:val="000000"/>
                <w:w w:val="97"/>
                <w:sz w:val="16"/>
                <w:lang w:val="ru-RU"/>
              </w:rPr>
              <w:t xml:space="preserve">Освоение инструментов традиционного рисования (карандаш, кисточка, ластик и др.) в программе </w:t>
            </w:r>
            <w:r>
              <w:rPr>
                <w:rFonts w:ascii="Times New Roman" w:eastAsia="Times New Roman" w:hAnsi="Times New Roman"/>
                <w:b/>
                <w:color w:val="000000"/>
                <w:w w:val="97"/>
                <w:sz w:val="16"/>
              </w:rPr>
              <w:t>Paint</w:t>
            </w:r>
            <w:r w:rsidRPr="00B5589A">
              <w:rPr>
                <w:rFonts w:ascii="Times New Roman" w:eastAsia="Times New Roman" w:hAnsi="Times New Roman"/>
                <w:b/>
                <w:color w:val="000000"/>
                <w:w w:val="97"/>
                <w:sz w:val="16"/>
                <w:lang w:val="ru-RU"/>
              </w:rPr>
              <w:t xml:space="preserve"> на основе простых сюжетов (например, «Образ дерева»).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0B071822"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A358D0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370BDC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72D72E0" w14:textId="71B8D166" w:rsidR="00BB7497" w:rsidRDefault="00BB7497" w:rsidP="00BB7497">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59CF7AF" w14:textId="77777777" w:rsidR="00BB7497" w:rsidRPr="00B5589A" w:rsidRDefault="00BB7497" w:rsidP="00BB7497">
            <w:pPr>
              <w:autoSpaceDE w:val="0"/>
              <w:autoSpaceDN w:val="0"/>
              <w:spacing w:before="78" w:after="0" w:line="247" w:lineRule="auto"/>
              <w:ind w:left="74" w:right="144"/>
              <w:rPr>
                <w:lang w:val="ru-RU"/>
              </w:rPr>
            </w:pPr>
            <w:r w:rsidRPr="00B5589A">
              <w:rPr>
                <w:rFonts w:ascii="Times New Roman" w:eastAsia="Times New Roman" w:hAnsi="Times New Roman"/>
                <w:color w:val="000000"/>
                <w:w w:val="97"/>
                <w:sz w:val="16"/>
                <w:lang w:val="ru-RU"/>
              </w:rPr>
              <w:t xml:space="preserve">Осваивать в компьютерном редакторе (например, </w:t>
            </w:r>
            <w:r>
              <w:rPr>
                <w:rFonts w:ascii="Times New Roman" w:eastAsia="Times New Roman" w:hAnsi="Times New Roman"/>
                <w:color w:val="000000"/>
                <w:w w:val="97"/>
                <w:sz w:val="16"/>
              </w:rPr>
              <w:t>Paint</w:t>
            </w:r>
            <w:r w:rsidRPr="00B5589A">
              <w:rPr>
                <w:rFonts w:ascii="Times New Roman" w:eastAsia="Times New Roman" w:hAnsi="Times New Roman"/>
                <w:color w:val="000000"/>
                <w:w w:val="97"/>
                <w:sz w:val="16"/>
                <w:lang w:val="ru-RU"/>
              </w:rPr>
              <w:t>) художественные инструменты и создавать простые рисунки или композиции (например, «Образ дерева»).;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1D6B53E"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74F3B5A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5B9E462B" w14:textId="77777777" w:rsidTr="00BB749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5D6CF9E"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CE7AD20" w14:textId="77777777" w:rsidR="00BB7497" w:rsidRPr="00B5589A" w:rsidRDefault="00BB7497" w:rsidP="00BB7497">
            <w:pPr>
              <w:autoSpaceDE w:val="0"/>
              <w:autoSpaceDN w:val="0"/>
              <w:spacing w:before="78" w:after="0" w:line="245" w:lineRule="auto"/>
              <w:ind w:left="72" w:right="144"/>
              <w:rPr>
                <w:lang w:val="ru-RU"/>
              </w:rPr>
            </w:pPr>
            <w:r w:rsidRPr="00B5589A">
              <w:rPr>
                <w:rFonts w:ascii="Times New Roman" w:eastAsia="Times New Roman" w:hAnsi="Times New Roman"/>
                <w:b/>
                <w:color w:val="000000"/>
                <w:w w:val="97"/>
                <w:sz w:val="16"/>
                <w:lang w:val="ru-RU"/>
              </w:rPr>
              <w:t xml:space="preserve">Освоение инструментов традиционного рисования в </w:t>
            </w:r>
            <w:r w:rsidRPr="00B5589A">
              <w:rPr>
                <w:lang w:val="ru-RU"/>
              </w:rPr>
              <w:br/>
            </w:r>
            <w:r w:rsidRPr="00B5589A">
              <w:rPr>
                <w:rFonts w:ascii="Times New Roman" w:eastAsia="Times New Roman" w:hAnsi="Times New Roman"/>
                <w:b/>
                <w:color w:val="000000"/>
                <w:w w:val="97"/>
                <w:sz w:val="16"/>
                <w:lang w:val="ru-RU"/>
              </w:rPr>
              <w:t xml:space="preserve">программе </w:t>
            </w:r>
            <w:r>
              <w:rPr>
                <w:rFonts w:ascii="Times New Roman" w:eastAsia="Times New Roman" w:hAnsi="Times New Roman"/>
                <w:b/>
                <w:color w:val="000000"/>
                <w:w w:val="97"/>
                <w:sz w:val="16"/>
              </w:rPr>
              <w:t>Paint</w:t>
            </w:r>
            <w:r w:rsidRPr="00B5589A">
              <w:rPr>
                <w:rFonts w:ascii="Times New Roman" w:eastAsia="Times New Roman" w:hAnsi="Times New Roman"/>
                <w:b/>
                <w:color w:val="000000"/>
                <w:w w:val="97"/>
                <w:sz w:val="16"/>
                <w:lang w:val="ru-RU"/>
              </w:rPr>
              <w:t xml:space="preserve"> на основе темы «Тёплые и холодные цвета».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3EE97E77"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EA56CE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B4FB34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B9EABED" w14:textId="77777777" w:rsidR="00BB7497" w:rsidRDefault="00BB7497" w:rsidP="00BB7497"/>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366EDA" w14:textId="77777777" w:rsidR="00BB7497" w:rsidRPr="00B5589A" w:rsidRDefault="00BB7497" w:rsidP="00BB7497">
            <w:pPr>
              <w:autoSpaceDE w:val="0"/>
              <w:autoSpaceDN w:val="0"/>
              <w:spacing w:before="78" w:after="0" w:line="250" w:lineRule="auto"/>
              <w:ind w:left="74" w:right="144"/>
              <w:rPr>
                <w:lang w:val="ru-RU"/>
              </w:rPr>
            </w:pPr>
            <w:r w:rsidRPr="00B5589A">
              <w:rPr>
                <w:rFonts w:ascii="Times New Roman" w:eastAsia="Times New Roman" w:hAnsi="Times New Roman"/>
                <w:color w:val="000000"/>
                <w:w w:val="97"/>
                <w:sz w:val="16"/>
                <w:lang w:val="ru-RU"/>
              </w:rPr>
              <w:t xml:space="preserve">Создавать в программе </w:t>
            </w:r>
            <w:r>
              <w:rPr>
                <w:rFonts w:ascii="Times New Roman" w:eastAsia="Times New Roman" w:hAnsi="Times New Roman"/>
                <w:color w:val="000000"/>
                <w:w w:val="97"/>
                <w:sz w:val="16"/>
              </w:rPr>
              <w:t>Paint</w:t>
            </w:r>
            <w:r w:rsidRPr="00B5589A">
              <w:rPr>
                <w:rFonts w:ascii="Times New Roman" w:eastAsia="Times New Roman" w:hAnsi="Times New Roman"/>
                <w:color w:val="000000"/>
                <w:w w:val="97"/>
                <w:sz w:val="16"/>
                <w:lang w:val="ru-RU"/>
              </w:rPr>
              <w:t xml:space="preserve"> цветные рисунки с наглядным контрастом тёплых и холодных цветов (например, «Костёр в синей ночи» или «Перо жар-птицы»).;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476D2C" w14:textId="77777777" w:rsidR="00BB7497" w:rsidRDefault="00BB7497" w:rsidP="00BB7497">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0F3411D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РЭШ</w:t>
            </w:r>
          </w:p>
        </w:tc>
      </w:tr>
      <w:tr w:rsidR="00BB7497" w14:paraId="3A851128" w14:textId="77777777" w:rsidTr="00BB749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1F6B543"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7.5.</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094BCC8" w14:textId="77777777" w:rsidR="00BB7497" w:rsidRPr="00B5589A" w:rsidRDefault="00BB7497" w:rsidP="00BB7497">
            <w:pPr>
              <w:autoSpaceDE w:val="0"/>
              <w:autoSpaceDN w:val="0"/>
              <w:spacing w:before="76" w:after="0" w:line="233" w:lineRule="auto"/>
              <w:ind w:left="72"/>
              <w:rPr>
                <w:lang w:val="ru-RU"/>
              </w:rPr>
            </w:pPr>
            <w:r w:rsidRPr="00B5589A">
              <w:rPr>
                <w:rFonts w:ascii="Times New Roman" w:eastAsia="Times New Roman" w:hAnsi="Times New Roman"/>
                <w:b/>
                <w:color w:val="000000"/>
                <w:w w:val="97"/>
                <w:sz w:val="16"/>
                <w:lang w:val="ru-RU"/>
              </w:rPr>
              <w:t>Художественная фотография. Расположение объекта в кадре.</w:t>
            </w:r>
          </w:p>
          <w:p w14:paraId="751B1EA4" w14:textId="77777777" w:rsidR="00BB7497" w:rsidRPr="00B5589A" w:rsidRDefault="00BB7497" w:rsidP="00BB7497">
            <w:pPr>
              <w:autoSpaceDE w:val="0"/>
              <w:autoSpaceDN w:val="0"/>
              <w:spacing w:before="18" w:after="0" w:line="245" w:lineRule="auto"/>
              <w:ind w:left="72" w:right="144"/>
              <w:rPr>
                <w:lang w:val="ru-RU"/>
              </w:rPr>
            </w:pPr>
            <w:r w:rsidRPr="00B5589A">
              <w:rPr>
                <w:rFonts w:ascii="Times New Roman" w:eastAsia="Times New Roman" w:hAnsi="Times New Roman"/>
                <w:b/>
                <w:color w:val="000000"/>
                <w:w w:val="97"/>
                <w:sz w:val="16"/>
                <w:lang w:val="ru-RU"/>
              </w:rPr>
              <w:t xml:space="preserve">Масштаб. Доминанта. Обсуждение в условиях урока </w:t>
            </w:r>
            <w:r w:rsidRPr="00B5589A">
              <w:rPr>
                <w:lang w:val="ru-RU"/>
              </w:rPr>
              <w:br/>
            </w:r>
            <w:r w:rsidRPr="00B5589A">
              <w:rPr>
                <w:rFonts w:ascii="Times New Roman" w:eastAsia="Times New Roman" w:hAnsi="Times New Roman"/>
                <w:b/>
                <w:color w:val="000000"/>
                <w:w w:val="97"/>
                <w:sz w:val="16"/>
                <w:lang w:val="ru-RU"/>
              </w:rPr>
              <w:t>ученических фотографий, соответствующих изучаемой теме.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2C737F8D" w14:textId="77777777" w:rsidR="00BB7497" w:rsidRDefault="00BB7497" w:rsidP="00BB7497">
            <w:pPr>
              <w:autoSpaceDE w:val="0"/>
              <w:autoSpaceDN w:val="0"/>
              <w:spacing w:before="76" w:after="0" w:line="233"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F1155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CCDAC7C"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BFAFA78" w14:textId="6652A60D" w:rsidR="00BB7497" w:rsidRPr="00F44A51" w:rsidRDefault="00BB7497" w:rsidP="00BB7497">
            <w:pPr>
              <w:autoSpaceDE w:val="0"/>
              <w:autoSpaceDN w:val="0"/>
              <w:spacing w:before="76" w:after="0" w:line="233" w:lineRule="auto"/>
              <w:jc w:val="center"/>
              <w:rPr>
                <w:lang w:val="ru-RU"/>
              </w:rP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6792D4" w14:textId="77777777" w:rsidR="00BB7497" w:rsidRPr="00B5589A" w:rsidRDefault="00BB7497" w:rsidP="00BB7497">
            <w:pPr>
              <w:autoSpaceDE w:val="0"/>
              <w:autoSpaceDN w:val="0"/>
              <w:spacing w:before="76" w:after="0" w:line="250" w:lineRule="auto"/>
              <w:ind w:left="74" w:right="288"/>
              <w:rPr>
                <w:lang w:val="ru-RU"/>
              </w:rPr>
            </w:pPr>
            <w:r w:rsidRPr="00B5589A">
              <w:rPr>
                <w:rFonts w:ascii="Times New Roman" w:eastAsia="Times New Roman" w:hAnsi="Times New Roman"/>
                <w:color w:val="000000"/>
                <w:w w:val="97"/>
                <w:sz w:val="16"/>
                <w:lang w:val="ru-RU"/>
              </w:rPr>
              <w:t xml:space="preserve">Осваивать композиционное построение кадра при </w:t>
            </w:r>
            <w:r w:rsidRPr="00B5589A">
              <w:rPr>
                <w:lang w:val="ru-RU"/>
              </w:rPr>
              <w:br/>
            </w:r>
            <w:r w:rsidRPr="00B5589A">
              <w:rPr>
                <w:rFonts w:ascii="Times New Roman" w:eastAsia="Times New Roman" w:hAnsi="Times New Roman"/>
                <w:color w:val="000000"/>
                <w:w w:val="97"/>
                <w:sz w:val="16"/>
                <w:lang w:val="ru-RU"/>
              </w:rPr>
              <w:t xml:space="preserve">фотографировании.; </w:t>
            </w:r>
            <w:r w:rsidRPr="00B5589A">
              <w:rPr>
                <w:lang w:val="ru-RU"/>
              </w:rPr>
              <w:br/>
            </w:r>
            <w:r w:rsidRPr="00B5589A">
              <w:rPr>
                <w:rFonts w:ascii="Times New Roman" w:eastAsia="Times New Roman" w:hAnsi="Times New Roman"/>
                <w:color w:val="000000"/>
                <w:w w:val="97"/>
                <w:sz w:val="16"/>
                <w:lang w:val="ru-RU"/>
              </w:rPr>
              <w:t>Участвовать в обсуждении композиционного построения кадра фотографии;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E78A28F" w14:textId="77777777" w:rsidR="00BB7497" w:rsidRDefault="00BB7497" w:rsidP="00BB7497">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5013619"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РЭШ</w:t>
            </w:r>
          </w:p>
        </w:tc>
      </w:tr>
      <w:tr w:rsidR="00BB7497" w14:paraId="67071765" w14:textId="77777777" w:rsidTr="00BB7497">
        <w:trPr>
          <w:trHeight w:hRule="exact" w:val="348"/>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14:paraId="1DF00E9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7</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1D6C6F47" w14:textId="77777777" w:rsidR="00BB7497" w:rsidRPr="00F44A51" w:rsidRDefault="00BB7497" w:rsidP="00BB7497">
            <w:pPr>
              <w:autoSpaceDE w:val="0"/>
              <w:autoSpaceDN w:val="0"/>
              <w:spacing w:before="78" w:after="0" w:line="230" w:lineRule="auto"/>
              <w:ind w:left="70"/>
              <w:rPr>
                <w:lang w:val="ru-RU"/>
              </w:rPr>
            </w:pPr>
            <w:r>
              <w:rPr>
                <w:rFonts w:ascii="Times New Roman" w:eastAsia="Times New Roman" w:hAnsi="Times New Roman"/>
                <w:color w:val="000000"/>
                <w:w w:val="97"/>
                <w:sz w:val="16"/>
                <w:lang w:val="ru-RU"/>
              </w:rPr>
              <w:t>4</w:t>
            </w:r>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63F5C803" w14:textId="77777777" w:rsidR="00BB7497" w:rsidRDefault="00BB7497" w:rsidP="00BB7497"/>
        </w:tc>
      </w:tr>
      <w:tr w:rsidR="00BB7497" w14:paraId="73719A89" w14:textId="77777777" w:rsidTr="00BB7497">
        <w:trPr>
          <w:trHeight w:hRule="exact" w:val="328"/>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14:paraId="161964A5" w14:textId="77777777" w:rsidR="00BB7497" w:rsidRPr="00B5589A" w:rsidRDefault="00BB7497" w:rsidP="00BB7497">
            <w:pPr>
              <w:autoSpaceDE w:val="0"/>
              <w:autoSpaceDN w:val="0"/>
              <w:spacing w:before="78" w:after="0" w:line="230" w:lineRule="auto"/>
              <w:ind w:left="72"/>
              <w:rPr>
                <w:lang w:val="ru-RU"/>
              </w:rPr>
            </w:pPr>
            <w:r w:rsidRPr="00B5589A">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14:paraId="6736D772" w14:textId="77777777" w:rsidR="00BB7497" w:rsidRDefault="00BB7497" w:rsidP="00BB7497">
            <w:pPr>
              <w:autoSpaceDE w:val="0"/>
              <w:autoSpaceDN w:val="0"/>
              <w:spacing w:before="78" w:after="0" w:line="230" w:lineRule="auto"/>
              <w:ind w:left="70"/>
            </w:pPr>
            <w:r>
              <w:rPr>
                <w:rFonts w:ascii="Times New Roman" w:eastAsia="Times New Roman" w:hAnsi="Times New Roman"/>
                <w:color w:val="000000"/>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DF4118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75104B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31</w:t>
            </w:r>
          </w:p>
        </w:tc>
        <w:tc>
          <w:tcPr>
            <w:tcW w:w="762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14:paraId="5A2FB64D" w14:textId="77777777" w:rsidR="00BB7497" w:rsidRDefault="00BB7497" w:rsidP="00BB7497"/>
        </w:tc>
      </w:tr>
    </w:tbl>
    <w:p w14:paraId="68426F8E" w14:textId="77777777" w:rsidR="00BB7497" w:rsidRDefault="00BB7497" w:rsidP="00BB7497">
      <w:pPr>
        <w:autoSpaceDE w:val="0"/>
        <w:autoSpaceDN w:val="0"/>
        <w:spacing w:after="0" w:line="14" w:lineRule="exact"/>
      </w:pPr>
    </w:p>
    <w:p w14:paraId="39196603" w14:textId="77777777" w:rsidR="00BB7497" w:rsidRDefault="00BB7497" w:rsidP="00BB7497">
      <w:pPr>
        <w:autoSpaceDE w:val="0"/>
        <w:autoSpaceDN w:val="0"/>
        <w:spacing w:after="258" w:line="233" w:lineRule="auto"/>
        <w:rPr>
          <w:rFonts w:ascii="Times New Roman" w:eastAsia="Times New Roman" w:hAnsi="Times New Roman"/>
          <w:b/>
          <w:color w:val="000000"/>
          <w:w w:val="101"/>
          <w:sz w:val="19"/>
        </w:rPr>
      </w:pPr>
    </w:p>
    <w:p w14:paraId="499A3FB6" w14:textId="1CF87594" w:rsidR="00BB7497" w:rsidRPr="00BB7497" w:rsidRDefault="00BB7497" w:rsidP="00BB7497">
      <w:pPr>
        <w:autoSpaceDE w:val="0"/>
        <w:autoSpaceDN w:val="0"/>
        <w:spacing w:after="258" w:line="233" w:lineRule="auto"/>
        <w:rPr>
          <w:lang w:val="ru-RU"/>
        </w:rPr>
      </w:pPr>
      <w:r>
        <w:rPr>
          <w:rFonts w:ascii="Times New Roman" w:eastAsia="Times New Roman" w:hAnsi="Times New Roman"/>
          <w:b/>
          <w:color w:val="000000"/>
          <w:w w:val="101"/>
          <w:sz w:val="19"/>
        </w:rPr>
        <w:t xml:space="preserve">ТЕМАТИЧЕСКОЕ ПЛАНИРОВАНИЕ </w:t>
      </w:r>
      <w:r w:rsidRPr="00BB7497">
        <w:rPr>
          <w:rFonts w:ascii="Times New Roman" w:eastAsia="Times New Roman" w:hAnsi="Times New Roman"/>
          <w:b/>
          <w:color w:val="000000"/>
          <w:w w:val="101"/>
          <w:sz w:val="24"/>
          <w:szCs w:val="24"/>
          <w:lang w:val="ru-RU"/>
        </w:rPr>
        <w:t>3 класс</w:t>
      </w:r>
    </w:p>
    <w:tbl>
      <w:tblPr>
        <w:tblW w:w="0" w:type="auto"/>
        <w:tblInd w:w="6" w:type="dxa"/>
        <w:tblLayout w:type="fixed"/>
        <w:tblLook w:val="04A0" w:firstRow="1" w:lastRow="0" w:firstColumn="1" w:lastColumn="0" w:noHBand="0" w:noVBand="1"/>
      </w:tblPr>
      <w:tblGrid>
        <w:gridCol w:w="396"/>
        <w:gridCol w:w="4610"/>
        <w:gridCol w:w="530"/>
        <w:gridCol w:w="1104"/>
        <w:gridCol w:w="1140"/>
        <w:gridCol w:w="866"/>
        <w:gridCol w:w="2196"/>
        <w:gridCol w:w="1236"/>
        <w:gridCol w:w="3424"/>
      </w:tblGrid>
      <w:tr w:rsidR="00BB7497" w14:paraId="2A7D085A" w14:textId="77777777" w:rsidTr="00BB7497">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D8B002F" w14:textId="77777777" w:rsidR="00BB7497" w:rsidRDefault="00BB7497" w:rsidP="00BB7497">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46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892E777" w14:textId="77777777" w:rsidR="00BB7497" w:rsidRPr="00BB7497" w:rsidRDefault="00BB7497" w:rsidP="00BB7497">
            <w:pPr>
              <w:autoSpaceDE w:val="0"/>
              <w:autoSpaceDN w:val="0"/>
              <w:spacing w:before="78" w:after="0" w:line="230" w:lineRule="auto"/>
              <w:ind w:left="72"/>
              <w:rPr>
                <w:lang w:val="ru-RU"/>
              </w:rPr>
            </w:pPr>
            <w:r w:rsidRPr="00BB7497">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56C67248" w14:textId="77777777" w:rsidR="00BB7497" w:rsidRDefault="00BB7497" w:rsidP="00BB7497">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8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61B1AE3" w14:textId="77777777" w:rsidR="00BB7497" w:rsidRDefault="00BB7497" w:rsidP="00BB7497">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21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8E32B11" w14:textId="77777777" w:rsidR="00BB7497" w:rsidRDefault="00BB7497" w:rsidP="00BB7497">
            <w:pPr>
              <w:autoSpaceDE w:val="0"/>
              <w:autoSpaceDN w:val="0"/>
              <w:spacing w:before="78" w:after="0" w:line="230" w:lineRule="auto"/>
              <w:ind w:left="74"/>
            </w:pPr>
            <w:r>
              <w:rPr>
                <w:rFonts w:ascii="Times New Roman" w:eastAsia="Times New Roman" w:hAnsi="Times New Roman"/>
                <w:b/>
                <w:color w:val="000000"/>
                <w:w w:val="97"/>
                <w:sz w:val="16"/>
              </w:rPr>
              <w:t>Виды деятельности</w:t>
            </w:r>
          </w:p>
        </w:tc>
        <w:tc>
          <w:tcPr>
            <w:tcW w:w="1236"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14:paraId="2DF7F249" w14:textId="77777777" w:rsidR="00BB7497" w:rsidRDefault="00BB7497" w:rsidP="00BB7497">
            <w:pPr>
              <w:autoSpaceDE w:val="0"/>
              <w:autoSpaceDN w:val="0"/>
              <w:spacing w:before="78" w:after="0" w:line="245" w:lineRule="auto"/>
              <w:ind w:left="72" w:right="144"/>
            </w:pPr>
            <w:r>
              <w:rPr>
                <w:rFonts w:ascii="Times New Roman" w:eastAsia="Times New Roman" w:hAnsi="Times New Roman"/>
                <w:b/>
                <w:color w:val="000000"/>
                <w:w w:val="97"/>
                <w:sz w:val="16"/>
              </w:rPr>
              <w:t>Виды, формы контроля</w:t>
            </w:r>
          </w:p>
        </w:tc>
        <w:tc>
          <w:tcPr>
            <w:tcW w:w="3424" w:type="dxa"/>
            <w:vMerge w:val="restart"/>
            <w:tcBorders>
              <w:top w:val="single" w:sz="4" w:space="0" w:color="000000"/>
              <w:left w:val="single" w:sz="5" w:space="0" w:color="000000"/>
              <w:bottom w:val="single" w:sz="4" w:space="0" w:color="000000"/>
              <w:right w:val="single" w:sz="4" w:space="0" w:color="000000"/>
            </w:tcBorders>
            <w:tcMar>
              <w:left w:w="0" w:type="dxa"/>
              <w:right w:w="0" w:type="dxa"/>
            </w:tcMar>
          </w:tcPr>
          <w:p w14:paraId="1C169C75" w14:textId="77777777" w:rsidR="00BB7497" w:rsidRDefault="00BB7497" w:rsidP="00BB7497">
            <w:pPr>
              <w:autoSpaceDE w:val="0"/>
              <w:autoSpaceDN w:val="0"/>
              <w:spacing w:before="78" w:after="0" w:line="245" w:lineRule="auto"/>
              <w:ind w:left="74" w:right="144"/>
            </w:pPr>
            <w:r>
              <w:rPr>
                <w:rFonts w:ascii="Times New Roman" w:eastAsia="Times New Roman" w:hAnsi="Times New Roman"/>
                <w:b/>
                <w:color w:val="000000"/>
                <w:w w:val="97"/>
                <w:sz w:val="16"/>
              </w:rPr>
              <w:t>Электронные (цифровые) образовательные ресурсы</w:t>
            </w:r>
          </w:p>
        </w:tc>
      </w:tr>
      <w:tr w:rsidR="00BB7497" w14:paraId="49F9D297" w14:textId="77777777" w:rsidTr="00BB7497">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14:paraId="19B621FD" w14:textId="77777777" w:rsidR="00BB7497" w:rsidRDefault="00BB7497" w:rsidP="00BB7497"/>
        </w:tc>
        <w:tc>
          <w:tcPr>
            <w:tcW w:w="1726" w:type="dxa"/>
            <w:vMerge/>
            <w:tcBorders>
              <w:top w:val="single" w:sz="4" w:space="0" w:color="000000"/>
              <w:left w:val="single" w:sz="4" w:space="0" w:color="000000"/>
              <w:bottom w:val="single" w:sz="4" w:space="0" w:color="000000"/>
              <w:right w:val="single" w:sz="4" w:space="0" w:color="000000"/>
            </w:tcBorders>
          </w:tcPr>
          <w:p w14:paraId="7B42B0B6" w14:textId="77777777" w:rsidR="00BB7497" w:rsidRDefault="00BB7497" w:rsidP="00BB7497"/>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8823319" w14:textId="77777777" w:rsidR="00BB7497" w:rsidRDefault="00BB7497" w:rsidP="00BB7497">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5EF1F06" w14:textId="77777777" w:rsidR="00BB7497" w:rsidRDefault="00BB7497" w:rsidP="00BB7497">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185F3F6" w14:textId="77777777" w:rsidR="00BB7497" w:rsidRDefault="00BB7497" w:rsidP="00BB7497">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14:paraId="0AECE27C" w14:textId="77777777" w:rsidR="00BB7497" w:rsidRDefault="00BB7497" w:rsidP="00BB7497"/>
        </w:tc>
        <w:tc>
          <w:tcPr>
            <w:tcW w:w="1726" w:type="dxa"/>
            <w:vMerge/>
            <w:tcBorders>
              <w:top w:val="single" w:sz="4" w:space="0" w:color="000000"/>
              <w:left w:val="single" w:sz="4" w:space="0" w:color="000000"/>
              <w:bottom w:val="single" w:sz="4" w:space="0" w:color="000000"/>
              <w:right w:val="single" w:sz="4" w:space="0" w:color="000000"/>
            </w:tcBorders>
          </w:tcPr>
          <w:p w14:paraId="3CB978C7" w14:textId="77777777" w:rsidR="00BB7497" w:rsidRDefault="00BB7497" w:rsidP="00BB7497"/>
        </w:tc>
        <w:tc>
          <w:tcPr>
            <w:tcW w:w="1726" w:type="dxa"/>
            <w:vMerge/>
            <w:tcBorders>
              <w:top w:val="single" w:sz="4" w:space="0" w:color="000000"/>
              <w:left w:val="single" w:sz="4" w:space="0" w:color="000000"/>
              <w:bottom w:val="single" w:sz="4" w:space="0" w:color="000000"/>
              <w:right w:val="single" w:sz="5" w:space="0" w:color="000000"/>
            </w:tcBorders>
          </w:tcPr>
          <w:p w14:paraId="325B4572" w14:textId="77777777" w:rsidR="00BB7497" w:rsidRDefault="00BB7497" w:rsidP="00BB7497"/>
        </w:tc>
        <w:tc>
          <w:tcPr>
            <w:tcW w:w="1726" w:type="dxa"/>
            <w:vMerge/>
            <w:tcBorders>
              <w:top w:val="single" w:sz="4" w:space="0" w:color="000000"/>
              <w:left w:val="single" w:sz="5" w:space="0" w:color="000000"/>
              <w:bottom w:val="single" w:sz="4" w:space="0" w:color="000000"/>
              <w:right w:val="single" w:sz="4" w:space="0" w:color="000000"/>
            </w:tcBorders>
          </w:tcPr>
          <w:p w14:paraId="7283EBCB" w14:textId="77777777" w:rsidR="00BB7497" w:rsidRDefault="00BB7497" w:rsidP="00BB7497"/>
        </w:tc>
      </w:tr>
      <w:tr w:rsidR="00BB7497" w14:paraId="70285D62" w14:textId="77777777" w:rsidTr="00BB749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1010D0D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Модуль 1.</w:t>
            </w:r>
            <w:r>
              <w:rPr>
                <w:rFonts w:ascii="Times New Roman" w:eastAsia="Times New Roman" w:hAnsi="Times New Roman"/>
                <w:b/>
                <w:color w:val="000000"/>
                <w:w w:val="97"/>
                <w:sz w:val="16"/>
              </w:rPr>
              <w:t xml:space="preserve"> Графика</w:t>
            </w:r>
          </w:p>
        </w:tc>
      </w:tr>
      <w:tr w:rsidR="00BB7497" w14:paraId="108C3247" w14:textId="77777777" w:rsidTr="00BB7497">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79368EB" w14:textId="77777777" w:rsidR="00BB7497" w:rsidRDefault="00BB7497" w:rsidP="00BB7497">
            <w:pPr>
              <w:autoSpaceDE w:val="0"/>
              <w:autoSpaceDN w:val="0"/>
              <w:spacing w:before="80" w:after="0" w:line="230" w:lineRule="auto"/>
              <w:jc w:val="center"/>
            </w:pPr>
            <w:r>
              <w:rPr>
                <w:rFonts w:ascii="Times New Roman" w:eastAsia="Times New Roman" w:hAnsi="Times New Roman"/>
                <w:color w:val="000000"/>
                <w:w w:val="97"/>
                <w:sz w:val="16"/>
              </w:rPr>
              <w:t>1.1.</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2CE400" w14:textId="77777777" w:rsidR="00BB7497" w:rsidRDefault="00BB7497" w:rsidP="00BB7497">
            <w:pPr>
              <w:autoSpaceDE w:val="0"/>
              <w:autoSpaceDN w:val="0"/>
              <w:spacing w:before="80" w:after="0" w:line="250" w:lineRule="auto"/>
              <w:ind w:left="72" w:right="720"/>
            </w:pPr>
            <w:r w:rsidRPr="00BB7497">
              <w:rPr>
                <w:rFonts w:ascii="Times New Roman" w:eastAsia="Times New Roman" w:hAnsi="Times New Roman"/>
                <w:b/>
                <w:color w:val="000000"/>
                <w:w w:val="97"/>
                <w:sz w:val="16"/>
                <w:lang w:val="ru-RU"/>
              </w:rPr>
              <w:t xml:space="preserve">Поздравительная открытка. Открытка-пожелание. Композиция открытки: совмещение текста (шрифта) и изображения. </w:t>
            </w:r>
            <w:r>
              <w:rPr>
                <w:rFonts w:ascii="Times New Roman" w:eastAsia="Times New Roman" w:hAnsi="Times New Roman"/>
                <w:b/>
                <w:color w:val="000000"/>
                <w:w w:val="97"/>
                <w:sz w:val="16"/>
              </w:rPr>
              <w:t>Рисунок открытки или аппликация.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E33ABAA"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F4D8687"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C2EC6DA"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98F82EB" w14:textId="16515725" w:rsidR="00BB7497" w:rsidRDefault="00BB7497" w:rsidP="00BB7497">
            <w:pPr>
              <w:autoSpaceDE w:val="0"/>
              <w:autoSpaceDN w:val="0"/>
              <w:spacing w:before="80"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19E5686" w14:textId="77777777" w:rsidR="00BB7497" w:rsidRPr="00BB7497" w:rsidRDefault="00BB7497" w:rsidP="00BB7497">
            <w:pPr>
              <w:autoSpaceDE w:val="0"/>
              <w:autoSpaceDN w:val="0"/>
              <w:spacing w:before="80" w:after="0" w:line="250" w:lineRule="auto"/>
              <w:ind w:left="74" w:right="144"/>
              <w:rPr>
                <w:lang w:val="ru-RU"/>
              </w:rPr>
            </w:pPr>
            <w:r w:rsidRPr="00BB7497">
              <w:rPr>
                <w:rFonts w:ascii="Times New Roman" w:eastAsia="Times New Roman" w:hAnsi="Times New Roman"/>
                <w:color w:val="000000"/>
                <w:w w:val="97"/>
                <w:sz w:val="16"/>
                <w:lang w:val="ru-RU"/>
              </w:rPr>
              <w:t xml:space="preserve">Начать осваивать </w:t>
            </w:r>
            <w:r w:rsidRPr="00BB7497">
              <w:rPr>
                <w:lang w:val="ru-RU"/>
              </w:rPr>
              <w:br/>
            </w:r>
            <w:r w:rsidRPr="00BB7497">
              <w:rPr>
                <w:rFonts w:ascii="Times New Roman" w:eastAsia="Times New Roman" w:hAnsi="Times New Roman"/>
                <w:color w:val="000000"/>
                <w:w w:val="97"/>
                <w:sz w:val="16"/>
                <w:lang w:val="ru-RU"/>
              </w:rPr>
              <w:t>выразительные возможности шрифта.;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26A34C3" w14:textId="77777777" w:rsidR="00BB7497" w:rsidRDefault="00BB7497" w:rsidP="00BB7497">
            <w:pPr>
              <w:autoSpaceDE w:val="0"/>
              <w:autoSpaceDN w:val="0"/>
              <w:spacing w:before="80" w:after="0" w:line="245" w:lineRule="auto"/>
              <w:ind w:left="72" w:right="144"/>
            </w:pPr>
            <w:r>
              <w:rPr>
                <w:rFonts w:ascii="Times New Roman" w:eastAsia="Times New Roman" w:hAnsi="Times New Roman"/>
                <w:color w:val="000000"/>
                <w:w w:val="97"/>
                <w:sz w:val="16"/>
              </w:rPr>
              <w:t>Устный опрос; Беседа;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7F76EDC2" w14:textId="77777777" w:rsidR="00BB7497" w:rsidRDefault="00BB7497" w:rsidP="00BB7497">
            <w:pPr>
              <w:autoSpaceDE w:val="0"/>
              <w:autoSpaceDN w:val="0"/>
              <w:spacing w:before="80" w:after="0" w:line="230" w:lineRule="auto"/>
              <w:ind w:left="74"/>
            </w:pPr>
            <w:r>
              <w:rPr>
                <w:rFonts w:ascii="Times New Roman" w:eastAsia="Times New Roman" w:hAnsi="Times New Roman"/>
                <w:color w:val="000000"/>
                <w:w w:val="97"/>
                <w:sz w:val="16"/>
              </w:rPr>
              <w:t>https://resh.edu.ru/subject/7/3/</w:t>
            </w:r>
          </w:p>
        </w:tc>
      </w:tr>
      <w:tr w:rsidR="00BB7497" w14:paraId="4972971B" w14:textId="77777777" w:rsidTr="00BB7497">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D717893"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1.2.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2B94BE" w14:textId="77777777" w:rsidR="00BB7497" w:rsidRPr="00BB7497" w:rsidRDefault="00BB7497" w:rsidP="00BB7497">
            <w:pPr>
              <w:autoSpaceDE w:val="0"/>
              <w:autoSpaceDN w:val="0"/>
              <w:spacing w:before="76" w:after="0" w:line="245" w:lineRule="auto"/>
              <w:ind w:left="72"/>
              <w:rPr>
                <w:lang w:val="ru-RU"/>
              </w:rPr>
            </w:pPr>
            <w:r w:rsidRPr="00BB7497">
              <w:rPr>
                <w:rFonts w:ascii="Times New Roman" w:eastAsia="Times New Roman" w:hAnsi="Times New Roman"/>
                <w:b/>
                <w:color w:val="000000"/>
                <w:w w:val="97"/>
                <w:sz w:val="16"/>
                <w:lang w:val="ru-RU"/>
              </w:rPr>
              <w:t>Эскизы обложки и иллюстраций к детской книге сказок (сказка по выбору). Рисунок буквицы. Макет книги-игрушки.</w:t>
            </w:r>
          </w:p>
          <w:p w14:paraId="63F601E1" w14:textId="77777777" w:rsidR="00BB7497" w:rsidRPr="00BB7497" w:rsidRDefault="00BB7497" w:rsidP="00BB7497">
            <w:pPr>
              <w:autoSpaceDE w:val="0"/>
              <w:autoSpaceDN w:val="0"/>
              <w:spacing w:before="18" w:after="0" w:line="245" w:lineRule="auto"/>
              <w:ind w:left="72" w:right="864"/>
              <w:rPr>
                <w:lang w:val="ru-RU"/>
              </w:rPr>
            </w:pPr>
            <w:r w:rsidRPr="00BB7497">
              <w:rPr>
                <w:rFonts w:ascii="Times New Roman" w:eastAsia="Times New Roman" w:hAnsi="Times New Roman"/>
                <w:b/>
                <w:color w:val="000000"/>
                <w:w w:val="97"/>
                <w:sz w:val="16"/>
                <w:lang w:val="ru-RU"/>
              </w:rPr>
              <w:t>Совмещение изображения и текста. Расположение иллюстраций и текста на развороте книги.</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B3122A"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CCD802"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4879D38"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A734AE" w14:textId="523330B7"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69CA7B2" w14:textId="77777777" w:rsidR="00BB7497" w:rsidRPr="00BB7497" w:rsidRDefault="00BB7497" w:rsidP="00BB7497">
            <w:pPr>
              <w:autoSpaceDE w:val="0"/>
              <w:autoSpaceDN w:val="0"/>
              <w:spacing w:before="76" w:after="0" w:line="250" w:lineRule="auto"/>
              <w:ind w:left="74" w:right="288"/>
              <w:rPr>
                <w:lang w:val="ru-RU"/>
              </w:rPr>
            </w:pPr>
            <w:r w:rsidRPr="00BB7497">
              <w:rPr>
                <w:rFonts w:ascii="Times New Roman" w:eastAsia="Times New Roman" w:hAnsi="Times New Roman"/>
                <w:color w:val="000000"/>
                <w:w w:val="97"/>
                <w:sz w:val="16"/>
                <w:lang w:val="ru-RU"/>
              </w:rPr>
              <w:t>Рассматривать и объяснять построение и оформление книги как художественное произведение.;</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2D9F8C9" w14:textId="77777777" w:rsidR="00BB7497" w:rsidRDefault="00BB7497" w:rsidP="00BB7497">
            <w:pPr>
              <w:autoSpaceDE w:val="0"/>
              <w:autoSpaceDN w:val="0"/>
              <w:spacing w:before="76"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F2A00EF"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3840EA09" w14:textId="77777777" w:rsidTr="00BB7497">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C1BCF2F"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1.3.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1E818E3" w14:textId="77777777" w:rsidR="00BB7497" w:rsidRPr="00BB7497" w:rsidRDefault="00BB7497" w:rsidP="00BB7497">
            <w:pPr>
              <w:autoSpaceDE w:val="0"/>
              <w:autoSpaceDN w:val="0"/>
              <w:spacing w:before="76" w:after="0" w:line="252" w:lineRule="auto"/>
              <w:ind w:left="72"/>
              <w:rPr>
                <w:lang w:val="ru-RU"/>
              </w:rPr>
            </w:pPr>
            <w:r w:rsidRPr="00BB7497">
              <w:rPr>
                <w:rFonts w:ascii="Times New Roman" w:eastAsia="Times New Roman" w:hAnsi="Times New Roman"/>
                <w:b/>
                <w:color w:val="000000"/>
                <w:w w:val="97"/>
                <w:sz w:val="16"/>
                <w:lang w:val="ru-RU"/>
              </w:rPr>
              <w:t xml:space="preserve">Знакомство с творчеством некоторых известных </w:t>
            </w:r>
            <w:r w:rsidRPr="00BB7497">
              <w:rPr>
                <w:lang w:val="ru-RU"/>
              </w:rPr>
              <w:br/>
            </w:r>
            <w:r w:rsidRPr="00BB7497">
              <w:rPr>
                <w:rFonts w:ascii="Times New Roman" w:eastAsia="Times New Roman" w:hAnsi="Times New Roman"/>
                <w:b/>
                <w:color w:val="000000"/>
                <w:w w:val="97"/>
                <w:sz w:val="16"/>
                <w:lang w:val="ru-RU"/>
              </w:rPr>
              <w:t>отечественных иллюстраторов детской книги (И. Я. Билибин, Е. И. Рачёв, Б. А. Дехтерёв, В. Г. Сутеев, Ю. А. Васнецов, В. А. Чижиков, Е. И. Чарушин, Л. В. Владимирский, Н. Г. Гольц —по выбору учителя и учащихся).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0F9C00"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1E0762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B2295C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28D9EA89" w14:textId="77777777" w:rsidR="00BB7497" w:rsidRDefault="00BB7497" w:rsidP="00BB7497"/>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B07566C" w14:textId="77777777" w:rsidR="00BB7497" w:rsidRPr="00BB7497" w:rsidRDefault="00BB7497" w:rsidP="00BB7497">
            <w:pPr>
              <w:autoSpaceDE w:val="0"/>
              <w:autoSpaceDN w:val="0"/>
              <w:spacing w:before="76" w:after="0" w:line="250" w:lineRule="auto"/>
              <w:ind w:left="74" w:right="144"/>
              <w:rPr>
                <w:lang w:val="ru-RU"/>
              </w:rPr>
            </w:pPr>
            <w:r w:rsidRPr="00BB7497">
              <w:rPr>
                <w:rFonts w:ascii="Times New Roman" w:eastAsia="Times New Roman" w:hAnsi="Times New Roman"/>
                <w:color w:val="000000"/>
                <w:w w:val="97"/>
                <w:sz w:val="16"/>
                <w:lang w:val="ru-RU"/>
              </w:rPr>
              <w:t>Обсуждать, анализировать построение любимых книг и их иллюстрации.;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38B401A" w14:textId="77777777" w:rsidR="00BB7497" w:rsidRDefault="00BB7497" w:rsidP="00BB7497">
            <w:pPr>
              <w:autoSpaceDE w:val="0"/>
              <w:autoSpaceDN w:val="0"/>
              <w:spacing w:before="76"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4027219A"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6B7E027D" w14:textId="77777777" w:rsidTr="00BB7497">
        <w:trPr>
          <w:trHeight w:hRule="exact" w:val="111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D5F33FC"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1.4.</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85A26C9" w14:textId="77777777" w:rsidR="00BB7497" w:rsidRDefault="00BB7497" w:rsidP="00BB7497">
            <w:pPr>
              <w:autoSpaceDE w:val="0"/>
              <w:autoSpaceDN w:val="0"/>
              <w:spacing w:before="78" w:after="0" w:line="245" w:lineRule="auto"/>
              <w:ind w:left="72" w:right="864"/>
            </w:pPr>
            <w:r w:rsidRPr="00BB7497">
              <w:rPr>
                <w:rFonts w:ascii="Times New Roman" w:eastAsia="Times New Roman" w:hAnsi="Times New Roman"/>
                <w:b/>
                <w:color w:val="000000"/>
                <w:w w:val="97"/>
                <w:sz w:val="16"/>
                <w:lang w:val="ru-RU"/>
              </w:rPr>
              <w:t xml:space="preserve">Эскиз плаката или афиши. Совмещение шрифта и изображения. </w:t>
            </w:r>
            <w:r>
              <w:rPr>
                <w:rFonts w:ascii="Times New Roman" w:eastAsia="Times New Roman" w:hAnsi="Times New Roman"/>
                <w:b/>
                <w:color w:val="000000"/>
                <w:w w:val="97"/>
                <w:sz w:val="16"/>
              </w:rPr>
              <w:t>Особенности композиции плаката.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58EB77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F22721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0501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408DA447" w14:textId="3524F57C"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4E3FF6D" w14:textId="77777777" w:rsidR="00BB7497" w:rsidRPr="00BB7497" w:rsidRDefault="00BB7497" w:rsidP="00BB7497">
            <w:pPr>
              <w:autoSpaceDE w:val="0"/>
              <w:autoSpaceDN w:val="0"/>
              <w:spacing w:before="78" w:after="0" w:line="252" w:lineRule="auto"/>
              <w:ind w:left="74"/>
              <w:rPr>
                <w:lang w:val="ru-RU"/>
              </w:rPr>
            </w:pPr>
            <w:r w:rsidRPr="00BB7497">
              <w:rPr>
                <w:rFonts w:ascii="Times New Roman" w:eastAsia="Times New Roman" w:hAnsi="Times New Roman"/>
                <w:color w:val="000000"/>
                <w:w w:val="97"/>
                <w:sz w:val="16"/>
                <w:lang w:val="ru-RU"/>
              </w:rPr>
              <w:t xml:space="preserve">Наблюдать и исследовать </w:t>
            </w:r>
            <w:r w:rsidRPr="00BB7497">
              <w:rPr>
                <w:lang w:val="ru-RU"/>
              </w:rPr>
              <w:br/>
            </w:r>
            <w:r w:rsidRPr="00BB7497">
              <w:rPr>
                <w:rFonts w:ascii="Times New Roman" w:eastAsia="Times New Roman" w:hAnsi="Times New Roman"/>
                <w:color w:val="000000"/>
                <w:w w:val="97"/>
                <w:sz w:val="16"/>
                <w:lang w:val="ru-RU"/>
              </w:rPr>
              <w:t xml:space="preserve">композицию, совмещение </w:t>
            </w:r>
            <w:r w:rsidRPr="00BB7497">
              <w:rPr>
                <w:lang w:val="ru-RU"/>
              </w:rPr>
              <w:br/>
            </w:r>
            <w:r w:rsidRPr="00BB7497">
              <w:rPr>
                <w:rFonts w:ascii="Times New Roman" w:eastAsia="Times New Roman" w:hAnsi="Times New Roman"/>
                <w:color w:val="000000"/>
                <w:w w:val="97"/>
                <w:sz w:val="16"/>
                <w:lang w:val="ru-RU"/>
              </w:rPr>
              <w:t xml:space="preserve">текста и изображения в </w:t>
            </w:r>
            <w:r w:rsidRPr="00BB7497">
              <w:rPr>
                <w:lang w:val="ru-RU"/>
              </w:rPr>
              <w:br/>
            </w:r>
            <w:r w:rsidRPr="00BB7497">
              <w:rPr>
                <w:rFonts w:ascii="Times New Roman" w:eastAsia="Times New Roman" w:hAnsi="Times New Roman"/>
                <w:color w:val="000000"/>
                <w:w w:val="97"/>
                <w:sz w:val="16"/>
                <w:lang w:val="ru-RU"/>
              </w:rPr>
              <w:t>плакатах и афишах известных отечественных художников.;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09CAC4F4" w14:textId="77777777" w:rsidR="00BB7497" w:rsidRDefault="00BB7497" w:rsidP="00BB7497">
            <w:pPr>
              <w:autoSpaceDE w:val="0"/>
              <w:autoSpaceDN w:val="0"/>
              <w:spacing w:before="78"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42F27BA3"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r w:rsidR="00BB7497" w14:paraId="587F51DF" w14:textId="77777777" w:rsidTr="00BB7497">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C32734A"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1.5.</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67DBDB8" w14:textId="77777777" w:rsidR="00BB7497" w:rsidRPr="00BB7497" w:rsidRDefault="00BB7497" w:rsidP="00BB7497">
            <w:pPr>
              <w:autoSpaceDE w:val="0"/>
              <w:autoSpaceDN w:val="0"/>
              <w:spacing w:before="76" w:after="0" w:line="245" w:lineRule="auto"/>
              <w:ind w:left="72" w:right="864"/>
              <w:rPr>
                <w:lang w:val="ru-RU"/>
              </w:rPr>
            </w:pPr>
            <w:r w:rsidRPr="00BB7497">
              <w:rPr>
                <w:rFonts w:ascii="Times New Roman" w:eastAsia="Times New Roman" w:hAnsi="Times New Roman"/>
                <w:b/>
                <w:color w:val="000000"/>
                <w:w w:val="97"/>
                <w:sz w:val="16"/>
                <w:lang w:val="ru-RU"/>
              </w:rPr>
              <w:t>Изображение лица человека. Строение: пропорции, взаиморасположение частей лица.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E3FB88"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535796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F7E6A83"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4FC8E933" w14:textId="07C81D22"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9A7198C" w14:textId="77777777" w:rsidR="00BB7497" w:rsidRPr="00BB7497" w:rsidRDefault="00BB7497" w:rsidP="00BB7497">
            <w:pPr>
              <w:autoSpaceDE w:val="0"/>
              <w:autoSpaceDN w:val="0"/>
              <w:spacing w:before="76" w:after="0" w:line="250" w:lineRule="auto"/>
              <w:ind w:left="74" w:right="144"/>
              <w:rPr>
                <w:lang w:val="ru-RU"/>
              </w:rPr>
            </w:pPr>
            <w:r w:rsidRPr="00BB7497">
              <w:rPr>
                <w:rFonts w:ascii="Times New Roman" w:eastAsia="Times New Roman" w:hAnsi="Times New Roman"/>
                <w:color w:val="000000"/>
                <w:w w:val="97"/>
                <w:sz w:val="16"/>
                <w:lang w:val="ru-RU"/>
              </w:rPr>
              <w:t xml:space="preserve">Осваивать строение и </w:t>
            </w:r>
            <w:r w:rsidRPr="00BB7497">
              <w:rPr>
                <w:lang w:val="ru-RU"/>
              </w:rPr>
              <w:br/>
            </w:r>
            <w:r w:rsidRPr="00BB7497">
              <w:rPr>
                <w:rFonts w:ascii="Times New Roman" w:eastAsia="Times New Roman" w:hAnsi="Times New Roman"/>
                <w:color w:val="000000"/>
                <w:w w:val="97"/>
                <w:sz w:val="16"/>
                <w:lang w:val="ru-RU"/>
              </w:rPr>
              <w:t xml:space="preserve">пропорциональные </w:t>
            </w:r>
            <w:r w:rsidRPr="00BB7497">
              <w:rPr>
                <w:lang w:val="ru-RU"/>
              </w:rPr>
              <w:br/>
            </w:r>
            <w:r w:rsidRPr="00BB7497">
              <w:rPr>
                <w:rFonts w:ascii="Times New Roman" w:eastAsia="Times New Roman" w:hAnsi="Times New Roman"/>
                <w:color w:val="000000"/>
                <w:w w:val="97"/>
                <w:sz w:val="16"/>
                <w:lang w:val="ru-RU"/>
              </w:rPr>
              <w:t>отношения лица человека на основе схемы лица.;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A8C0FC3" w14:textId="77777777" w:rsidR="00BB7497" w:rsidRDefault="00BB7497" w:rsidP="00BB7497">
            <w:pPr>
              <w:autoSpaceDE w:val="0"/>
              <w:autoSpaceDN w:val="0"/>
              <w:spacing w:before="76"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7A458800"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https://resh.edu.ru/subject/lesson/5007/start/273393/</w:t>
            </w:r>
          </w:p>
        </w:tc>
      </w:tr>
      <w:tr w:rsidR="00BB7497" w14:paraId="2C684C20" w14:textId="77777777" w:rsidTr="00BB7497">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774CB2E"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1.6.</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6A35E28" w14:textId="77777777" w:rsidR="00BB7497" w:rsidRPr="00BB7497" w:rsidRDefault="00BB7497" w:rsidP="00BB7497">
            <w:pPr>
              <w:autoSpaceDE w:val="0"/>
              <w:autoSpaceDN w:val="0"/>
              <w:spacing w:before="76" w:after="0" w:line="245" w:lineRule="auto"/>
              <w:ind w:left="72" w:right="576"/>
              <w:rPr>
                <w:lang w:val="ru-RU"/>
              </w:rPr>
            </w:pPr>
            <w:r w:rsidRPr="00BB7497">
              <w:rPr>
                <w:rFonts w:ascii="Times New Roman" w:eastAsia="Times New Roman" w:hAnsi="Times New Roman"/>
                <w:b/>
                <w:color w:val="000000"/>
                <w:w w:val="97"/>
                <w:sz w:val="16"/>
                <w:lang w:val="ru-RU"/>
              </w:rPr>
              <w:t>Эскиз маски для маскарада: изображение лица-маски персонажа с ярко выраженным характером.</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45FF21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D6E964"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2C4926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A310A46" w14:textId="367DCE06"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6641A9C" w14:textId="77777777" w:rsidR="00BB7497" w:rsidRPr="00BB7497" w:rsidRDefault="00BB7497" w:rsidP="00BB7497">
            <w:pPr>
              <w:autoSpaceDE w:val="0"/>
              <w:autoSpaceDN w:val="0"/>
              <w:spacing w:before="76" w:after="0" w:line="250" w:lineRule="auto"/>
              <w:ind w:left="74"/>
              <w:rPr>
                <w:lang w:val="ru-RU"/>
              </w:rPr>
            </w:pPr>
            <w:r w:rsidRPr="00BB7497">
              <w:rPr>
                <w:rFonts w:ascii="Times New Roman" w:eastAsia="Times New Roman" w:hAnsi="Times New Roman"/>
                <w:color w:val="000000"/>
                <w:w w:val="97"/>
                <w:sz w:val="16"/>
                <w:lang w:val="ru-RU"/>
              </w:rPr>
              <w:t xml:space="preserve">Выполнить в технике </w:t>
            </w:r>
            <w:r w:rsidRPr="00BB7497">
              <w:rPr>
                <w:lang w:val="ru-RU"/>
              </w:rPr>
              <w:br/>
            </w:r>
            <w:r w:rsidRPr="00BB7497">
              <w:rPr>
                <w:rFonts w:ascii="Times New Roman" w:eastAsia="Times New Roman" w:hAnsi="Times New Roman"/>
                <w:color w:val="000000"/>
                <w:w w:val="97"/>
                <w:sz w:val="16"/>
                <w:lang w:val="ru-RU"/>
              </w:rPr>
              <w:t xml:space="preserve">аппликации или в виде </w:t>
            </w:r>
            <w:r w:rsidRPr="00BB7497">
              <w:rPr>
                <w:lang w:val="ru-RU"/>
              </w:rPr>
              <w:br/>
            </w:r>
            <w:r w:rsidRPr="00BB7497">
              <w:rPr>
                <w:rFonts w:ascii="Times New Roman" w:eastAsia="Times New Roman" w:hAnsi="Times New Roman"/>
                <w:color w:val="000000"/>
                <w:w w:val="97"/>
                <w:sz w:val="16"/>
                <w:lang w:val="ru-RU"/>
              </w:rPr>
              <w:t>рисунка маску для сказочного персонажа;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95DC42F" w14:textId="77777777" w:rsidR="00BB7497" w:rsidRDefault="00BB7497" w:rsidP="00BB7497">
            <w:pPr>
              <w:autoSpaceDE w:val="0"/>
              <w:autoSpaceDN w:val="0"/>
              <w:spacing w:before="76" w:after="0" w:line="250" w:lineRule="auto"/>
              <w:ind w:left="72" w:right="288"/>
            </w:pPr>
            <w:r>
              <w:rPr>
                <w:rFonts w:ascii="Times New Roman" w:eastAsia="Times New Roman" w:hAnsi="Times New Roman"/>
                <w:color w:val="000000"/>
                <w:w w:val="97"/>
                <w:sz w:val="16"/>
              </w:rPr>
              <w:t xml:space="preserve">Беседа.; </w:t>
            </w:r>
            <w:r>
              <w:br/>
            </w: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1D3C4679"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https://resh.edu.ru/subject/lesson/3858/start/207855/</w:t>
            </w:r>
          </w:p>
        </w:tc>
      </w:tr>
      <w:tr w:rsidR="00BB7497" w14:paraId="62D69C1F" w14:textId="77777777" w:rsidTr="00BB7497">
        <w:trPr>
          <w:trHeight w:hRule="exact" w:val="348"/>
        </w:trPr>
        <w:tc>
          <w:tcPr>
            <w:tcW w:w="50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83D3BF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1</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336D5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5</w:t>
            </w:r>
          </w:p>
        </w:tc>
        <w:tc>
          <w:tcPr>
            <w:tcW w:w="996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6FF69C49" w14:textId="77777777" w:rsidR="00BB7497" w:rsidRDefault="00BB7497" w:rsidP="00BB7497"/>
        </w:tc>
      </w:tr>
      <w:tr w:rsidR="00BB7497" w14:paraId="7AE0BFDF" w14:textId="77777777" w:rsidTr="00BB749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E3037F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Модуль 2.</w:t>
            </w:r>
            <w:r>
              <w:rPr>
                <w:rFonts w:ascii="Times New Roman" w:eastAsia="Times New Roman" w:hAnsi="Times New Roman"/>
                <w:b/>
                <w:color w:val="000000"/>
                <w:w w:val="97"/>
                <w:sz w:val="16"/>
              </w:rPr>
              <w:t xml:space="preserve"> Живопись</w:t>
            </w:r>
          </w:p>
        </w:tc>
      </w:tr>
      <w:tr w:rsidR="00BB7497" w14:paraId="7E40E479" w14:textId="77777777" w:rsidTr="00BB7497">
        <w:trPr>
          <w:trHeight w:hRule="exact" w:val="148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B2DBB7C"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2.1.</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47E460F" w14:textId="77777777" w:rsidR="00BB7497" w:rsidRDefault="00BB7497" w:rsidP="00BB7497">
            <w:pPr>
              <w:autoSpaceDE w:val="0"/>
              <w:autoSpaceDN w:val="0"/>
              <w:spacing w:before="78" w:after="0" w:line="245" w:lineRule="auto"/>
              <w:ind w:left="72" w:right="864"/>
            </w:pPr>
            <w:r w:rsidRPr="00BB7497">
              <w:rPr>
                <w:rFonts w:ascii="Times New Roman" w:eastAsia="Times New Roman" w:hAnsi="Times New Roman"/>
                <w:b/>
                <w:color w:val="000000"/>
                <w:w w:val="97"/>
                <w:sz w:val="16"/>
                <w:lang w:val="ru-RU"/>
              </w:rPr>
              <w:t xml:space="preserve">Натюрморт из простых предметов с натуры или по представлению. </w:t>
            </w:r>
            <w:r>
              <w:rPr>
                <w:rFonts w:ascii="Times New Roman" w:eastAsia="Times New Roman" w:hAnsi="Times New Roman"/>
                <w:b/>
                <w:color w:val="000000"/>
                <w:w w:val="97"/>
                <w:sz w:val="16"/>
              </w:rPr>
              <w:t>Композиционный натюрморт.</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B52884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4251D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34BC88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D59C2AF" w14:textId="60B8D1B5"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78E77E9" w14:textId="77777777" w:rsidR="00BB7497" w:rsidRPr="00BB7497" w:rsidRDefault="00BB7497" w:rsidP="00BB7497">
            <w:pPr>
              <w:autoSpaceDE w:val="0"/>
              <w:autoSpaceDN w:val="0"/>
              <w:spacing w:before="78" w:after="0" w:line="254" w:lineRule="auto"/>
              <w:ind w:left="74" w:right="144"/>
              <w:rPr>
                <w:lang w:val="ru-RU"/>
              </w:rPr>
            </w:pPr>
            <w:r w:rsidRPr="00BB7497">
              <w:rPr>
                <w:rFonts w:ascii="Times New Roman" w:eastAsia="Times New Roman" w:hAnsi="Times New Roman"/>
                <w:color w:val="000000"/>
                <w:w w:val="97"/>
                <w:sz w:val="16"/>
                <w:lang w:val="ru-RU"/>
              </w:rPr>
              <w:t xml:space="preserve">Выполнить творческую </w:t>
            </w:r>
            <w:r w:rsidRPr="00BB7497">
              <w:rPr>
                <w:lang w:val="ru-RU"/>
              </w:rPr>
              <w:br/>
            </w:r>
            <w:r w:rsidRPr="00BB7497">
              <w:rPr>
                <w:rFonts w:ascii="Times New Roman" w:eastAsia="Times New Roman" w:hAnsi="Times New Roman"/>
                <w:color w:val="000000"/>
                <w:w w:val="97"/>
                <w:sz w:val="16"/>
                <w:lang w:val="ru-RU"/>
              </w:rPr>
              <w:t xml:space="preserve">работу на тему «Натюрморт»с ярко выраженным </w:t>
            </w:r>
            <w:r w:rsidRPr="00BB7497">
              <w:rPr>
                <w:lang w:val="ru-RU"/>
              </w:rPr>
              <w:br/>
            </w:r>
            <w:r w:rsidRPr="00BB7497">
              <w:rPr>
                <w:rFonts w:ascii="Times New Roman" w:eastAsia="Times New Roman" w:hAnsi="Times New Roman"/>
                <w:color w:val="000000"/>
                <w:w w:val="97"/>
                <w:sz w:val="16"/>
                <w:lang w:val="ru-RU"/>
              </w:rPr>
              <w:t xml:space="preserve">настроением: радостный, </w:t>
            </w:r>
            <w:r w:rsidRPr="00BB7497">
              <w:rPr>
                <w:lang w:val="ru-RU"/>
              </w:rPr>
              <w:br/>
            </w:r>
            <w:r w:rsidRPr="00BB7497">
              <w:rPr>
                <w:rFonts w:ascii="Times New Roman" w:eastAsia="Times New Roman" w:hAnsi="Times New Roman"/>
                <w:color w:val="000000"/>
                <w:w w:val="97"/>
                <w:sz w:val="16"/>
                <w:lang w:val="ru-RU"/>
              </w:rPr>
              <w:t>грустный, тихий натюрморт или «Натюрморт-</w:t>
            </w:r>
            <w:r w:rsidRPr="00BB7497">
              <w:rPr>
                <w:lang w:val="ru-RU"/>
              </w:rPr>
              <w:br/>
            </w:r>
            <w:r w:rsidRPr="00BB7497">
              <w:rPr>
                <w:rFonts w:ascii="Times New Roman" w:eastAsia="Times New Roman" w:hAnsi="Times New Roman"/>
                <w:color w:val="000000"/>
                <w:w w:val="97"/>
                <w:sz w:val="16"/>
                <w:lang w:val="ru-RU"/>
              </w:rPr>
              <w:t>автопортрет».;</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F9AF24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Беседа;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064E207C"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https://resh.edu.ru/subject/lesson/5117/start/273365/</w:t>
            </w:r>
          </w:p>
        </w:tc>
      </w:tr>
    </w:tbl>
    <w:p w14:paraId="1A89F556" w14:textId="77777777" w:rsidR="00BB7497" w:rsidRDefault="00BB7497" w:rsidP="00BB7497">
      <w:pPr>
        <w:autoSpaceDE w:val="0"/>
        <w:autoSpaceDN w:val="0"/>
        <w:spacing w:after="0" w:line="14" w:lineRule="exact"/>
      </w:pPr>
    </w:p>
    <w:p w14:paraId="3995B5FD" w14:textId="77777777" w:rsidR="00BB7497" w:rsidRDefault="00BB7497" w:rsidP="00BB7497">
      <w:pPr>
        <w:sectPr w:rsidR="00BB7497">
          <w:pgSz w:w="16840" w:h="11900"/>
          <w:pgMar w:top="282" w:right="640" w:bottom="838" w:left="666" w:header="720" w:footer="720" w:gutter="0"/>
          <w:cols w:space="720" w:equalWidth="0">
            <w:col w:w="15534" w:space="0"/>
          </w:cols>
          <w:docGrid w:linePitch="360"/>
        </w:sectPr>
      </w:pPr>
    </w:p>
    <w:p w14:paraId="3F738B45"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610"/>
        <w:gridCol w:w="530"/>
        <w:gridCol w:w="1104"/>
        <w:gridCol w:w="1140"/>
        <w:gridCol w:w="866"/>
        <w:gridCol w:w="2196"/>
        <w:gridCol w:w="1236"/>
        <w:gridCol w:w="3424"/>
      </w:tblGrid>
      <w:tr w:rsidR="00BB7497" w14:paraId="628A85A6" w14:textId="77777777" w:rsidTr="00BB7497">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EB2A02B"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B7841D" w14:textId="77777777" w:rsidR="00BB7497" w:rsidRPr="00BB7497" w:rsidRDefault="00BB7497" w:rsidP="00BB7497">
            <w:pPr>
              <w:autoSpaceDE w:val="0"/>
              <w:autoSpaceDN w:val="0"/>
              <w:spacing w:before="78" w:after="0" w:line="247" w:lineRule="auto"/>
              <w:ind w:left="72" w:right="144"/>
              <w:rPr>
                <w:lang w:val="ru-RU"/>
              </w:rPr>
            </w:pPr>
            <w:r w:rsidRPr="00BB7497">
              <w:rPr>
                <w:rFonts w:ascii="Times New Roman" w:eastAsia="Times New Roman" w:hAnsi="Times New Roman"/>
                <w:b/>
                <w:color w:val="000000"/>
                <w:w w:val="97"/>
                <w:sz w:val="16"/>
                <w:lang w:val="ru-RU"/>
              </w:rPr>
              <w:t xml:space="preserve">Знакомство с жанром натюрморта в творчестве </w:t>
            </w:r>
            <w:r w:rsidRPr="00BB7497">
              <w:rPr>
                <w:lang w:val="ru-RU"/>
              </w:rPr>
              <w:br/>
            </w:r>
            <w:r w:rsidRPr="00BB7497">
              <w:rPr>
                <w:rFonts w:ascii="Times New Roman" w:eastAsia="Times New Roman" w:hAnsi="Times New Roman"/>
                <w:b/>
                <w:color w:val="000000"/>
                <w:w w:val="97"/>
                <w:sz w:val="16"/>
                <w:lang w:val="ru-RU"/>
              </w:rPr>
              <w:t xml:space="preserve">отечественных художников (например, И. И. Машков, </w:t>
            </w:r>
            <w:r w:rsidRPr="00BB7497">
              <w:rPr>
                <w:lang w:val="ru-RU"/>
              </w:rPr>
              <w:br/>
            </w:r>
            <w:r w:rsidRPr="00BB7497">
              <w:rPr>
                <w:rFonts w:ascii="Times New Roman" w:eastAsia="Times New Roman" w:hAnsi="Times New Roman"/>
                <w:b/>
                <w:color w:val="000000"/>
                <w:w w:val="97"/>
                <w:sz w:val="16"/>
                <w:lang w:val="ru-RU"/>
              </w:rPr>
              <w:t>К. С. Петров-Водкин, К. А. Коровин, П. П. Кончаловский, М.</w:t>
            </w:r>
          </w:p>
          <w:p w14:paraId="5C5414FD" w14:textId="77777777" w:rsidR="00BB7497" w:rsidRPr="00BB7497" w:rsidRDefault="00BB7497" w:rsidP="00BB7497">
            <w:pPr>
              <w:autoSpaceDE w:val="0"/>
              <w:autoSpaceDN w:val="0"/>
              <w:spacing w:before="20" w:after="0" w:line="245" w:lineRule="auto"/>
              <w:ind w:left="72" w:right="288"/>
              <w:rPr>
                <w:lang w:val="ru-RU"/>
              </w:rPr>
            </w:pPr>
            <w:r w:rsidRPr="00BB7497">
              <w:rPr>
                <w:rFonts w:ascii="Times New Roman" w:eastAsia="Times New Roman" w:hAnsi="Times New Roman"/>
                <w:b/>
                <w:color w:val="000000"/>
                <w:w w:val="97"/>
                <w:sz w:val="16"/>
                <w:lang w:val="ru-RU"/>
              </w:rPr>
              <w:t xml:space="preserve">С. Сарьян, В. Ф. Стожаров) и западноевропейских </w:t>
            </w:r>
            <w:r w:rsidRPr="00BB7497">
              <w:rPr>
                <w:lang w:val="ru-RU"/>
              </w:rPr>
              <w:br/>
            </w:r>
            <w:r w:rsidRPr="00BB7497">
              <w:rPr>
                <w:rFonts w:ascii="Times New Roman" w:eastAsia="Times New Roman" w:hAnsi="Times New Roman"/>
                <w:b/>
                <w:color w:val="000000"/>
                <w:w w:val="97"/>
                <w:sz w:val="16"/>
                <w:lang w:val="ru-RU"/>
              </w:rPr>
              <w:t>художников (например, В. Ван Гог, А. Матисс, П. Сезанн).</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B6208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60B979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C44C7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6B51577" w14:textId="77777777" w:rsidR="00BB7497" w:rsidRDefault="00BB7497" w:rsidP="00BB7497"/>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C055995" w14:textId="77777777" w:rsidR="00BB7497" w:rsidRPr="00BB7497" w:rsidRDefault="00BB7497" w:rsidP="00BB7497">
            <w:pPr>
              <w:autoSpaceDE w:val="0"/>
              <w:autoSpaceDN w:val="0"/>
              <w:spacing w:before="78" w:after="0" w:line="252" w:lineRule="auto"/>
              <w:ind w:left="74" w:right="144"/>
              <w:rPr>
                <w:lang w:val="ru-RU"/>
              </w:rPr>
            </w:pPr>
            <w:r w:rsidRPr="00BB7497">
              <w:rPr>
                <w:rFonts w:ascii="Times New Roman" w:eastAsia="Times New Roman" w:hAnsi="Times New Roman"/>
                <w:color w:val="000000"/>
                <w:w w:val="97"/>
                <w:sz w:val="16"/>
                <w:lang w:val="ru-RU"/>
              </w:rPr>
              <w:t xml:space="preserve">Рассматривать, эстетически анализировать сюжет и </w:t>
            </w:r>
            <w:r w:rsidRPr="00BB7497">
              <w:rPr>
                <w:lang w:val="ru-RU"/>
              </w:rPr>
              <w:br/>
            </w:r>
            <w:r w:rsidRPr="00BB7497">
              <w:rPr>
                <w:rFonts w:ascii="Times New Roman" w:eastAsia="Times New Roman" w:hAnsi="Times New Roman"/>
                <w:color w:val="000000"/>
                <w:w w:val="97"/>
                <w:sz w:val="16"/>
                <w:lang w:val="ru-RU"/>
              </w:rPr>
              <w:t xml:space="preserve">композицию, эмоциональное настроение, выраженное в натюрмортах известных </w:t>
            </w:r>
            <w:r w:rsidRPr="00BB7497">
              <w:rPr>
                <w:lang w:val="ru-RU"/>
              </w:rPr>
              <w:br/>
            </w:r>
            <w:r w:rsidRPr="00BB7497">
              <w:rPr>
                <w:rFonts w:ascii="Times New Roman" w:eastAsia="Times New Roman" w:hAnsi="Times New Roman"/>
                <w:color w:val="000000"/>
                <w:w w:val="97"/>
                <w:sz w:val="16"/>
                <w:lang w:val="ru-RU"/>
              </w:rPr>
              <w:t>отечественных художников.;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44AA3C9" w14:textId="77777777" w:rsidR="00BB7497" w:rsidRDefault="00BB7497" w:rsidP="00BB7497">
            <w:pPr>
              <w:autoSpaceDE w:val="0"/>
              <w:autoSpaceDN w:val="0"/>
              <w:spacing w:before="78"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6E7A3D31"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https://resh.edu.ru/subject/lesson/5117/start/273365/</w:t>
            </w:r>
          </w:p>
        </w:tc>
      </w:tr>
      <w:tr w:rsidR="00BB7497" w14:paraId="2CDE5956" w14:textId="77777777" w:rsidTr="00BB7497">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7360D17"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A118C0" w14:textId="77777777" w:rsidR="00BB7497" w:rsidRPr="00BB7497" w:rsidRDefault="00BB7497" w:rsidP="00BB7497">
            <w:pPr>
              <w:autoSpaceDE w:val="0"/>
              <w:autoSpaceDN w:val="0"/>
              <w:spacing w:before="78" w:after="0" w:line="245" w:lineRule="auto"/>
              <w:ind w:left="72" w:right="144"/>
              <w:rPr>
                <w:lang w:val="ru-RU"/>
              </w:rPr>
            </w:pPr>
            <w:r w:rsidRPr="00BB7497">
              <w:rPr>
                <w:rFonts w:ascii="Times New Roman" w:eastAsia="Times New Roman" w:hAnsi="Times New Roman"/>
                <w:b/>
                <w:color w:val="000000"/>
                <w:w w:val="97"/>
                <w:sz w:val="16"/>
                <w:lang w:val="ru-RU"/>
              </w:rPr>
              <w:t>«Натюрморт-автопортрет» из предметов, характеризующих личность ученика.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3F5F1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2F80A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680A5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2B62A7B8" w14:textId="77777777" w:rsidR="00BB7497" w:rsidRDefault="00BB7497" w:rsidP="00BB7497"/>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2C90315" w14:textId="77777777" w:rsidR="00BB7497" w:rsidRPr="00BB7497" w:rsidRDefault="00BB7497" w:rsidP="00BB7497">
            <w:pPr>
              <w:autoSpaceDE w:val="0"/>
              <w:autoSpaceDN w:val="0"/>
              <w:spacing w:before="78" w:after="0" w:line="250" w:lineRule="auto"/>
              <w:ind w:left="74" w:right="144"/>
              <w:rPr>
                <w:lang w:val="ru-RU"/>
              </w:rPr>
            </w:pPr>
            <w:r w:rsidRPr="00BB7497">
              <w:rPr>
                <w:rFonts w:ascii="Times New Roman" w:eastAsia="Times New Roman" w:hAnsi="Times New Roman"/>
                <w:color w:val="000000"/>
                <w:w w:val="97"/>
                <w:sz w:val="16"/>
                <w:lang w:val="ru-RU"/>
              </w:rPr>
              <w:t xml:space="preserve">Осваивать приёмы </w:t>
            </w:r>
            <w:r w:rsidRPr="00BB7497">
              <w:rPr>
                <w:lang w:val="ru-RU"/>
              </w:rPr>
              <w:br/>
            </w:r>
            <w:r w:rsidRPr="00BB7497">
              <w:rPr>
                <w:rFonts w:ascii="Times New Roman" w:eastAsia="Times New Roman" w:hAnsi="Times New Roman"/>
                <w:color w:val="000000"/>
                <w:w w:val="97"/>
                <w:sz w:val="16"/>
                <w:lang w:val="ru-RU"/>
              </w:rPr>
              <w:t xml:space="preserve">композиции натюрморта </w:t>
            </w:r>
            <w:r w:rsidRPr="00BB7497">
              <w:rPr>
                <w:lang w:val="ru-RU"/>
              </w:rPr>
              <w:br/>
            </w:r>
            <w:r w:rsidRPr="00BB7497">
              <w:rPr>
                <w:rFonts w:ascii="Times New Roman" w:eastAsia="Times New Roman" w:hAnsi="Times New Roman"/>
                <w:color w:val="000000"/>
                <w:w w:val="97"/>
                <w:sz w:val="16"/>
                <w:lang w:val="ru-RU"/>
              </w:rPr>
              <w:t>по наблюдению натуры или по представлению.;</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487E9CF" w14:textId="77777777" w:rsidR="00BB7497" w:rsidRDefault="00BB7497" w:rsidP="00BB7497">
            <w:pPr>
              <w:autoSpaceDE w:val="0"/>
              <w:autoSpaceDN w:val="0"/>
              <w:spacing w:before="78"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1D219859"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https://resh.edu.ru/subject/lesson/3868/start/228487/</w:t>
            </w:r>
          </w:p>
        </w:tc>
      </w:tr>
      <w:tr w:rsidR="00BB7497" w14:paraId="5D26F1AB" w14:textId="77777777" w:rsidTr="00BB7497">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9160B43"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2.4.</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0DBAED13" w14:textId="77777777" w:rsidR="00BB7497" w:rsidRDefault="00BB7497" w:rsidP="00BB7497">
            <w:pPr>
              <w:autoSpaceDE w:val="0"/>
              <w:autoSpaceDN w:val="0"/>
              <w:spacing w:before="76" w:after="0" w:line="250" w:lineRule="auto"/>
              <w:ind w:left="72" w:right="144"/>
            </w:pPr>
            <w:r w:rsidRPr="00BB7497">
              <w:rPr>
                <w:rFonts w:ascii="Times New Roman" w:eastAsia="Times New Roman" w:hAnsi="Times New Roman"/>
                <w:b/>
                <w:color w:val="000000"/>
                <w:w w:val="97"/>
                <w:sz w:val="16"/>
                <w:lang w:val="ru-RU"/>
              </w:rPr>
              <w:t xml:space="preserve">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w:t>
            </w:r>
            <w:r>
              <w:rPr>
                <w:rFonts w:ascii="Times New Roman" w:eastAsia="Times New Roman" w:hAnsi="Times New Roman"/>
                <w:b/>
                <w:color w:val="000000"/>
                <w:w w:val="97"/>
                <w:sz w:val="16"/>
              </w:rPr>
              <w:t>Показать в изображении состояние неба.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7259C50"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8EA7B8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692F644"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FE55F6" w14:textId="3AAB5046"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348E3E" w14:textId="77777777" w:rsidR="00BB7497" w:rsidRPr="00BB7497" w:rsidRDefault="00BB7497" w:rsidP="00BB7497">
            <w:pPr>
              <w:autoSpaceDE w:val="0"/>
              <w:autoSpaceDN w:val="0"/>
              <w:spacing w:before="76" w:after="0" w:line="250" w:lineRule="auto"/>
              <w:ind w:left="74" w:right="720"/>
              <w:rPr>
                <w:lang w:val="ru-RU"/>
              </w:rPr>
            </w:pPr>
            <w:r w:rsidRPr="00BB7497">
              <w:rPr>
                <w:rFonts w:ascii="Times New Roman" w:eastAsia="Times New Roman" w:hAnsi="Times New Roman"/>
                <w:color w:val="000000"/>
                <w:w w:val="97"/>
                <w:sz w:val="16"/>
                <w:lang w:val="ru-RU"/>
              </w:rPr>
              <w:t>Создать творческую композицию на тему«Пейзаж».;</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0141AC21" w14:textId="77777777" w:rsidR="00BB7497" w:rsidRDefault="00BB7497" w:rsidP="00BB7497">
            <w:pPr>
              <w:autoSpaceDE w:val="0"/>
              <w:autoSpaceDN w:val="0"/>
              <w:spacing w:before="76"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4F752C07"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https://resh.edu.ru/subject/lesson/5006/start/207830/</w:t>
            </w:r>
          </w:p>
        </w:tc>
      </w:tr>
      <w:tr w:rsidR="00BB7497" w14:paraId="0C37B6EB" w14:textId="77777777" w:rsidTr="00BB7497">
        <w:trPr>
          <w:trHeight w:hRule="exact" w:val="37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A120C5B"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2.5.</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170D3BA" w14:textId="77777777" w:rsidR="00BB7497" w:rsidRPr="00BB7497" w:rsidRDefault="00BB7497" w:rsidP="00BB7497">
            <w:pPr>
              <w:autoSpaceDE w:val="0"/>
              <w:autoSpaceDN w:val="0"/>
              <w:spacing w:before="76" w:after="0" w:line="254" w:lineRule="auto"/>
              <w:ind w:left="72" w:right="144"/>
              <w:rPr>
                <w:lang w:val="ru-RU"/>
              </w:rPr>
            </w:pPr>
            <w:r w:rsidRPr="00BB7497">
              <w:rPr>
                <w:rFonts w:ascii="Times New Roman" w:eastAsia="Times New Roman" w:hAnsi="Times New Roman"/>
                <w:b/>
                <w:color w:val="000000"/>
                <w:w w:val="97"/>
                <w:sz w:val="16"/>
                <w:lang w:val="ru-RU"/>
              </w:rPr>
              <w:t xml:space="preserve">Портрет человека (по памяти и по представлению, с опорой на натуру). Выражение в портрете (автопортрете) характера человека, особенностей его личности; использование </w:t>
            </w:r>
            <w:r w:rsidRPr="00BB7497">
              <w:rPr>
                <w:lang w:val="ru-RU"/>
              </w:rPr>
              <w:br/>
            </w:r>
            <w:r w:rsidRPr="00BB7497">
              <w:rPr>
                <w:rFonts w:ascii="Times New Roman" w:eastAsia="Times New Roman" w:hAnsi="Times New Roman"/>
                <w:b/>
                <w:color w:val="000000"/>
                <w:w w:val="97"/>
                <w:sz w:val="16"/>
                <w:lang w:val="ru-RU"/>
              </w:rPr>
              <w:t>выразительных возможностей композиционного размещения изображения в плоскости листа. 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776A2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0301D0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0D58A1B"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B1FE002" w14:textId="62B00F01"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0E1A164" w14:textId="77777777" w:rsidR="00BB7497" w:rsidRPr="00BB7497" w:rsidRDefault="00BB7497" w:rsidP="00BB7497">
            <w:pPr>
              <w:autoSpaceDE w:val="0"/>
              <w:autoSpaceDN w:val="0"/>
              <w:spacing w:before="76" w:after="0" w:line="254" w:lineRule="auto"/>
              <w:ind w:left="74"/>
              <w:rPr>
                <w:lang w:val="ru-RU"/>
              </w:rPr>
            </w:pPr>
            <w:r w:rsidRPr="00BB7497">
              <w:rPr>
                <w:rFonts w:ascii="Times New Roman" w:eastAsia="Times New Roman" w:hAnsi="Times New Roman"/>
                <w:color w:val="000000"/>
                <w:w w:val="97"/>
                <w:sz w:val="16"/>
                <w:lang w:val="ru-RU"/>
              </w:rPr>
              <w:t xml:space="preserve">Рассматривать, эстетически анализировать образ человека и средства его выражения в портретах известных </w:t>
            </w:r>
            <w:r w:rsidRPr="00BB7497">
              <w:rPr>
                <w:lang w:val="ru-RU"/>
              </w:rPr>
              <w:br/>
            </w:r>
            <w:r w:rsidRPr="00BB7497">
              <w:rPr>
                <w:rFonts w:ascii="Times New Roman" w:eastAsia="Times New Roman" w:hAnsi="Times New Roman"/>
                <w:color w:val="000000"/>
                <w:w w:val="97"/>
                <w:sz w:val="16"/>
                <w:lang w:val="ru-RU"/>
              </w:rPr>
              <w:t xml:space="preserve">художников.; </w:t>
            </w:r>
            <w:r w:rsidRPr="00BB7497">
              <w:rPr>
                <w:lang w:val="ru-RU"/>
              </w:rPr>
              <w:br/>
            </w:r>
            <w:r w:rsidRPr="00BB7497">
              <w:rPr>
                <w:rFonts w:ascii="Times New Roman" w:eastAsia="Times New Roman" w:hAnsi="Times New Roman"/>
                <w:color w:val="000000"/>
                <w:w w:val="97"/>
                <w:sz w:val="16"/>
                <w:lang w:val="ru-RU"/>
              </w:rPr>
              <w:t xml:space="preserve">Обсуждать характер, </w:t>
            </w:r>
            <w:r w:rsidRPr="00BB7497">
              <w:rPr>
                <w:lang w:val="ru-RU"/>
              </w:rPr>
              <w:br/>
            </w:r>
            <w:r w:rsidRPr="00BB7497">
              <w:rPr>
                <w:rFonts w:ascii="Times New Roman" w:eastAsia="Times New Roman" w:hAnsi="Times New Roman"/>
                <w:color w:val="000000"/>
                <w:w w:val="97"/>
                <w:sz w:val="16"/>
                <w:lang w:val="ru-RU"/>
              </w:rPr>
              <w:t xml:space="preserve">душевный строй </w:t>
            </w:r>
            <w:r w:rsidRPr="00BB7497">
              <w:rPr>
                <w:lang w:val="ru-RU"/>
              </w:rPr>
              <w:br/>
            </w:r>
            <w:r w:rsidRPr="00BB7497">
              <w:rPr>
                <w:rFonts w:ascii="Times New Roman" w:eastAsia="Times New Roman" w:hAnsi="Times New Roman"/>
                <w:color w:val="000000"/>
                <w:w w:val="97"/>
                <w:sz w:val="16"/>
                <w:lang w:val="ru-RU"/>
              </w:rPr>
              <w:t xml:space="preserve">изображённого на портрете человека, отношение к нему художника-автора и </w:t>
            </w:r>
            <w:r w:rsidRPr="00BB7497">
              <w:rPr>
                <w:lang w:val="ru-RU"/>
              </w:rPr>
              <w:br/>
            </w:r>
            <w:r w:rsidRPr="00BB7497">
              <w:rPr>
                <w:rFonts w:ascii="Times New Roman" w:eastAsia="Times New Roman" w:hAnsi="Times New Roman"/>
                <w:color w:val="000000"/>
                <w:w w:val="97"/>
                <w:sz w:val="16"/>
                <w:lang w:val="ru-RU"/>
              </w:rPr>
              <w:t xml:space="preserve">художественные средства </w:t>
            </w:r>
            <w:r w:rsidRPr="00BB7497">
              <w:rPr>
                <w:lang w:val="ru-RU"/>
              </w:rPr>
              <w:br/>
            </w:r>
            <w:r w:rsidRPr="00BB7497">
              <w:rPr>
                <w:rFonts w:ascii="Times New Roman" w:eastAsia="Times New Roman" w:hAnsi="Times New Roman"/>
                <w:color w:val="000000"/>
                <w:w w:val="97"/>
                <w:sz w:val="16"/>
                <w:lang w:val="ru-RU"/>
              </w:rPr>
              <w:t xml:space="preserve">выражения.; </w:t>
            </w:r>
            <w:r w:rsidRPr="00BB7497">
              <w:rPr>
                <w:lang w:val="ru-RU"/>
              </w:rPr>
              <w:br/>
            </w:r>
            <w:r w:rsidRPr="00BB7497">
              <w:rPr>
                <w:rFonts w:ascii="Times New Roman" w:eastAsia="Times New Roman" w:hAnsi="Times New Roman"/>
                <w:color w:val="000000"/>
                <w:w w:val="97"/>
                <w:sz w:val="16"/>
                <w:lang w:val="ru-RU"/>
              </w:rPr>
              <w:t xml:space="preserve">Узнавать портреты кисти В. И. Сурикова, И. Е. Репина, В. А. Серова, А. Г. Венецианова, З. Е. Серебряковой (и других художников по выбору </w:t>
            </w:r>
            <w:r w:rsidRPr="00BB7497">
              <w:rPr>
                <w:lang w:val="ru-RU"/>
              </w:rPr>
              <w:br/>
            </w:r>
            <w:r w:rsidRPr="00BB7497">
              <w:rPr>
                <w:rFonts w:ascii="Times New Roman" w:eastAsia="Times New Roman" w:hAnsi="Times New Roman"/>
                <w:color w:val="000000"/>
                <w:w w:val="97"/>
                <w:sz w:val="16"/>
                <w:lang w:val="ru-RU"/>
              </w:rPr>
              <w:t>учителя).;</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AF94C20" w14:textId="77777777" w:rsidR="00BB7497" w:rsidRDefault="00BB7497" w:rsidP="00BB7497">
            <w:pPr>
              <w:autoSpaceDE w:val="0"/>
              <w:autoSpaceDN w:val="0"/>
              <w:spacing w:before="76"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8EA3673"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https://resh.edu.ru/subject/lesson/5007/start/273393/</w:t>
            </w:r>
          </w:p>
        </w:tc>
      </w:tr>
      <w:tr w:rsidR="00BB7497" w14:paraId="139E3CEA" w14:textId="77777777" w:rsidTr="00BB7497">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710061"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2.6.</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A286D1F" w14:textId="77777777" w:rsidR="00BB7497" w:rsidRPr="00BB7497" w:rsidRDefault="00BB7497" w:rsidP="00BB7497">
            <w:pPr>
              <w:autoSpaceDE w:val="0"/>
              <w:autoSpaceDN w:val="0"/>
              <w:spacing w:before="76" w:after="0" w:line="245" w:lineRule="auto"/>
              <w:ind w:left="72" w:right="864"/>
              <w:rPr>
                <w:lang w:val="ru-RU"/>
              </w:rPr>
            </w:pPr>
            <w:r w:rsidRPr="00BB7497">
              <w:rPr>
                <w:rFonts w:ascii="Times New Roman" w:eastAsia="Times New Roman" w:hAnsi="Times New Roman"/>
                <w:b/>
                <w:color w:val="000000"/>
                <w:w w:val="97"/>
                <w:sz w:val="16"/>
                <w:lang w:val="ru-RU"/>
              </w:rPr>
              <w:t>Сюжетная композиция «В цирке» (по памяти и по представлению).</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BEEF69C"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97788ED"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9CCC62A"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FDAF978" w14:textId="460A4268"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EA163FD" w14:textId="77777777" w:rsidR="00BB7497" w:rsidRPr="00BB7497" w:rsidRDefault="00BB7497" w:rsidP="00BB7497">
            <w:pPr>
              <w:autoSpaceDE w:val="0"/>
              <w:autoSpaceDN w:val="0"/>
              <w:spacing w:before="76" w:after="0" w:line="245" w:lineRule="auto"/>
              <w:ind w:right="432"/>
              <w:jc w:val="center"/>
              <w:rPr>
                <w:lang w:val="ru-RU"/>
              </w:rPr>
            </w:pPr>
            <w:r w:rsidRPr="00BB7497">
              <w:rPr>
                <w:rFonts w:ascii="Times New Roman" w:eastAsia="Times New Roman" w:hAnsi="Times New Roman"/>
                <w:color w:val="000000"/>
                <w:w w:val="97"/>
                <w:sz w:val="16"/>
                <w:lang w:val="ru-RU"/>
              </w:rPr>
              <w:t>Выполнить творческую композицию - в цирке;</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08589E5" w14:textId="77777777" w:rsidR="00BB7497" w:rsidRDefault="00BB7497" w:rsidP="00BB7497">
            <w:pPr>
              <w:autoSpaceDE w:val="0"/>
              <w:autoSpaceDN w:val="0"/>
              <w:spacing w:before="76"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7E07FDBD"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6A3F4A1D" w14:textId="77777777" w:rsidTr="00BB7497">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8939D39"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2.7.</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0360BD" w14:textId="77777777" w:rsidR="00BB7497" w:rsidRPr="00BB7497" w:rsidRDefault="00BB7497" w:rsidP="00BB7497">
            <w:pPr>
              <w:autoSpaceDE w:val="0"/>
              <w:autoSpaceDN w:val="0"/>
              <w:spacing w:before="78" w:after="0" w:line="245" w:lineRule="auto"/>
              <w:ind w:left="72" w:right="432"/>
              <w:rPr>
                <w:lang w:val="ru-RU"/>
              </w:rPr>
            </w:pPr>
            <w:r w:rsidRPr="00BB7497">
              <w:rPr>
                <w:rFonts w:ascii="Times New Roman" w:eastAsia="Times New Roman" w:hAnsi="Times New Roman"/>
                <w:b/>
                <w:color w:val="000000"/>
                <w:w w:val="97"/>
                <w:sz w:val="16"/>
                <w:lang w:val="ru-RU"/>
              </w:rPr>
              <w:t>Художник в театре: эскиз занавеса (или декораций) для спектакля со сказочным сюжетом (сказка по выбору).</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A2DBA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D1307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43E2CA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04435E5" w14:textId="5B4E91DD"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3D47E9D" w14:textId="77777777" w:rsidR="00BB7497" w:rsidRPr="00BB7497" w:rsidRDefault="00BB7497" w:rsidP="00BB7497">
            <w:pPr>
              <w:autoSpaceDE w:val="0"/>
              <w:autoSpaceDN w:val="0"/>
              <w:spacing w:before="78" w:after="0" w:line="252" w:lineRule="auto"/>
              <w:ind w:left="74"/>
              <w:rPr>
                <w:lang w:val="ru-RU"/>
              </w:rPr>
            </w:pPr>
            <w:r w:rsidRPr="00BB7497">
              <w:rPr>
                <w:rFonts w:ascii="Times New Roman" w:eastAsia="Times New Roman" w:hAnsi="Times New Roman"/>
                <w:color w:val="000000"/>
                <w:w w:val="97"/>
                <w:sz w:val="16"/>
                <w:lang w:val="ru-RU"/>
              </w:rPr>
              <w:t xml:space="preserve">Знакомиться с деятельностью и ролью художника в театре.; Выполнить эскиз </w:t>
            </w:r>
            <w:r w:rsidRPr="00BB7497">
              <w:rPr>
                <w:lang w:val="ru-RU"/>
              </w:rPr>
              <w:br/>
            </w:r>
            <w:r w:rsidRPr="00BB7497">
              <w:rPr>
                <w:rFonts w:ascii="Times New Roman" w:eastAsia="Times New Roman" w:hAnsi="Times New Roman"/>
                <w:color w:val="000000"/>
                <w:w w:val="97"/>
                <w:sz w:val="16"/>
                <w:lang w:val="ru-RU"/>
              </w:rPr>
              <w:t xml:space="preserve">театрального занавеса или </w:t>
            </w:r>
            <w:r w:rsidRPr="00BB7497">
              <w:rPr>
                <w:lang w:val="ru-RU"/>
              </w:rPr>
              <w:br/>
            </w:r>
            <w:r w:rsidRPr="00BB7497">
              <w:rPr>
                <w:rFonts w:ascii="Times New Roman" w:eastAsia="Times New Roman" w:hAnsi="Times New Roman"/>
                <w:color w:val="000000"/>
                <w:w w:val="97"/>
                <w:sz w:val="16"/>
                <w:lang w:val="ru-RU"/>
              </w:rPr>
              <w:t xml:space="preserve">декораций по выбранному </w:t>
            </w:r>
            <w:r w:rsidRPr="00BB7497">
              <w:rPr>
                <w:lang w:val="ru-RU"/>
              </w:rPr>
              <w:br/>
            </w:r>
            <w:r w:rsidRPr="00BB7497">
              <w:rPr>
                <w:rFonts w:ascii="Times New Roman" w:eastAsia="Times New Roman" w:hAnsi="Times New Roman"/>
                <w:color w:val="000000"/>
                <w:w w:val="97"/>
                <w:sz w:val="16"/>
                <w:lang w:val="ru-RU"/>
              </w:rPr>
              <w:t>сюжету.;</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A0A208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Беседа;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718DDC09"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r w:rsidR="00BB7497" w14:paraId="5A1BB287" w14:textId="77777777" w:rsidTr="00BB7497">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90B3CB0"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2.8.</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23F2F8" w14:textId="77777777" w:rsidR="00BB7497" w:rsidRPr="00BB7497" w:rsidRDefault="00BB7497" w:rsidP="00BB7497">
            <w:pPr>
              <w:autoSpaceDE w:val="0"/>
              <w:autoSpaceDN w:val="0"/>
              <w:spacing w:before="78" w:after="0" w:line="250" w:lineRule="auto"/>
              <w:ind w:left="72" w:right="144"/>
              <w:rPr>
                <w:lang w:val="ru-RU"/>
              </w:rPr>
            </w:pPr>
            <w:r w:rsidRPr="00BB7497">
              <w:rPr>
                <w:rFonts w:ascii="Times New Roman" w:eastAsia="Times New Roman" w:hAnsi="Times New Roman"/>
                <w:b/>
                <w:color w:val="000000"/>
                <w:w w:val="97"/>
                <w:sz w:val="16"/>
                <w:lang w:val="ru-RU"/>
              </w:rPr>
              <w:t>Тематическая композиция «Праздник в городе» (гуашь по цветной бумаге, возможно совмещение с наклейками в виде коллажа или аппликации).</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12CF56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4D02E9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972D9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BCF90D" w14:textId="1FC669E9"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AB14DE" w14:textId="77777777" w:rsidR="00BB7497" w:rsidRPr="00BB7497" w:rsidRDefault="00BB7497" w:rsidP="00BB7497">
            <w:pPr>
              <w:autoSpaceDE w:val="0"/>
              <w:autoSpaceDN w:val="0"/>
              <w:spacing w:before="78" w:after="0" w:line="250" w:lineRule="auto"/>
              <w:ind w:left="74" w:right="182"/>
              <w:jc w:val="both"/>
              <w:rPr>
                <w:lang w:val="ru-RU"/>
              </w:rPr>
            </w:pPr>
            <w:r w:rsidRPr="00BB7497">
              <w:rPr>
                <w:rFonts w:ascii="Times New Roman" w:eastAsia="Times New Roman" w:hAnsi="Times New Roman"/>
                <w:color w:val="000000"/>
                <w:w w:val="97"/>
                <w:sz w:val="16"/>
                <w:lang w:val="ru-RU"/>
              </w:rPr>
              <w:t>Узнавать и объяснять работу художников по оформлению праздников.;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14C6021" w14:textId="77777777" w:rsidR="00BB7497" w:rsidRDefault="00BB7497" w:rsidP="00BB7497">
            <w:pPr>
              <w:autoSpaceDE w:val="0"/>
              <w:autoSpaceDN w:val="0"/>
              <w:spacing w:before="78"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2A109B1F"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r w:rsidR="00BB7497" w14:paraId="1A015002" w14:textId="77777777" w:rsidTr="00BB7497">
        <w:trPr>
          <w:trHeight w:hRule="exact" w:val="348"/>
        </w:trPr>
        <w:tc>
          <w:tcPr>
            <w:tcW w:w="50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39CBCB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Итого по модулю 2</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00598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6</w:t>
            </w:r>
          </w:p>
        </w:tc>
        <w:tc>
          <w:tcPr>
            <w:tcW w:w="996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2B774791" w14:textId="77777777" w:rsidR="00BB7497" w:rsidRDefault="00BB7497" w:rsidP="00BB7497"/>
        </w:tc>
      </w:tr>
      <w:tr w:rsidR="00BB7497" w14:paraId="70F96025" w14:textId="77777777" w:rsidTr="00BB749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3F67176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Модуль 3.</w:t>
            </w:r>
            <w:r>
              <w:rPr>
                <w:rFonts w:ascii="Times New Roman" w:eastAsia="Times New Roman" w:hAnsi="Times New Roman"/>
                <w:b/>
                <w:color w:val="000000"/>
                <w:w w:val="97"/>
                <w:sz w:val="16"/>
              </w:rPr>
              <w:t xml:space="preserve"> Скульптура</w:t>
            </w:r>
          </w:p>
        </w:tc>
      </w:tr>
    </w:tbl>
    <w:p w14:paraId="29EA5F35" w14:textId="77777777" w:rsidR="00BB7497" w:rsidRDefault="00BB7497" w:rsidP="00BB7497">
      <w:pPr>
        <w:autoSpaceDE w:val="0"/>
        <w:autoSpaceDN w:val="0"/>
        <w:spacing w:after="0" w:line="14" w:lineRule="exact"/>
      </w:pPr>
    </w:p>
    <w:p w14:paraId="1F534029" w14:textId="77777777" w:rsidR="00BB7497" w:rsidRDefault="00BB7497" w:rsidP="00BB7497">
      <w:pPr>
        <w:sectPr w:rsidR="00BB7497">
          <w:pgSz w:w="16840" w:h="11900"/>
          <w:pgMar w:top="284" w:right="640" w:bottom="586" w:left="666" w:header="720" w:footer="720" w:gutter="0"/>
          <w:cols w:space="720" w:equalWidth="0">
            <w:col w:w="15534" w:space="0"/>
          </w:cols>
          <w:docGrid w:linePitch="360"/>
        </w:sectPr>
      </w:pPr>
    </w:p>
    <w:p w14:paraId="57D11872"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610"/>
        <w:gridCol w:w="530"/>
        <w:gridCol w:w="1104"/>
        <w:gridCol w:w="1140"/>
        <w:gridCol w:w="866"/>
        <w:gridCol w:w="2196"/>
        <w:gridCol w:w="1236"/>
        <w:gridCol w:w="3424"/>
      </w:tblGrid>
      <w:tr w:rsidR="00BB7497" w14:paraId="526A39B3" w14:textId="77777777" w:rsidTr="00BB7497">
        <w:trPr>
          <w:trHeight w:hRule="exact" w:val="227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BA3A60F"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3.1.</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263C5B" w14:textId="77777777" w:rsidR="00BB7497" w:rsidRPr="00BB7497" w:rsidRDefault="00BB7497" w:rsidP="00BB7497">
            <w:pPr>
              <w:autoSpaceDE w:val="0"/>
              <w:autoSpaceDN w:val="0"/>
              <w:spacing w:before="78" w:after="0" w:line="247" w:lineRule="auto"/>
              <w:ind w:left="72" w:right="432"/>
              <w:rPr>
                <w:lang w:val="ru-RU"/>
              </w:rPr>
            </w:pPr>
            <w:r w:rsidRPr="00BB7497">
              <w:rPr>
                <w:rFonts w:ascii="Times New Roman" w:eastAsia="Times New Roman" w:hAnsi="Times New Roman"/>
                <w:b/>
                <w:color w:val="000000"/>
                <w:w w:val="97"/>
                <w:sz w:val="16"/>
                <w:lang w:val="ru-RU"/>
              </w:rPr>
              <w:t xml:space="preserve">Лепка сказочного персонажа на основе сюжета известной сказки или создание этого персонажа в технике </w:t>
            </w:r>
            <w:r w:rsidRPr="00BB7497">
              <w:rPr>
                <w:lang w:val="ru-RU"/>
              </w:rPr>
              <w:br/>
            </w:r>
            <w:r w:rsidRPr="00BB7497">
              <w:rPr>
                <w:rFonts w:ascii="Times New Roman" w:eastAsia="Times New Roman" w:hAnsi="Times New Roman"/>
                <w:b/>
                <w:color w:val="000000"/>
                <w:w w:val="97"/>
                <w:sz w:val="16"/>
                <w:lang w:val="ru-RU"/>
              </w:rPr>
              <w:t>бумагопластики.</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5E63DA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CD844A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FCD8BD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B7B59AD" w14:textId="51AFA3A3"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62C2B1F" w14:textId="77777777" w:rsidR="00BB7497" w:rsidRPr="00BB7497" w:rsidRDefault="00BB7497" w:rsidP="00BB7497">
            <w:pPr>
              <w:autoSpaceDE w:val="0"/>
              <w:autoSpaceDN w:val="0"/>
              <w:spacing w:before="78" w:after="0" w:line="254" w:lineRule="auto"/>
              <w:ind w:left="74" w:right="144"/>
              <w:rPr>
                <w:lang w:val="ru-RU"/>
              </w:rPr>
            </w:pPr>
            <w:r w:rsidRPr="00BB7497">
              <w:rPr>
                <w:rFonts w:ascii="Times New Roman" w:eastAsia="Times New Roman" w:hAnsi="Times New Roman"/>
                <w:color w:val="000000"/>
                <w:w w:val="97"/>
                <w:sz w:val="16"/>
                <w:lang w:val="ru-RU"/>
              </w:rPr>
              <w:t xml:space="preserve">Выполнить творческую </w:t>
            </w:r>
            <w:r w:rsidRPr="00BB7497">
              <w:rPr>
                <w:lang w:val="ru-RU"/>
              </w:rPr>
              <w:br/>
            </w:r>
            <w:r w:rsidRPr="00BB7497">
              <w:rPr>
                <w:rFonts w:ascii="Times New Roman" w:eastAsia="Times New Roman" w:hAnsi="Times New Roman"/>
                <w:color w:val="000000"/>
                <w:w w:val="97"/>
                <w:sz w:val="16"/>
                <w:lang w:val="ru-RU"/>
              </w:rPr>
              <w:t xml:space="preserve">работу — лепку образа </w:t>
            </w:r>
            <w:r w:rsidRPr="00BB7497">
              <w:rPr>
                <w:lang w:val="ru-RU"/>
              </w:rPr>
              <w:br/>
            </w:r>
            <w:r w:rsidRPr="00BB7497">
              <w:rPr>
                <w:rFonts w:ascii="Times New Roman" w:eastAsia="Times New Roman" w:hAnsi="Times New Roman"/>
                <w:color w:val="000000"/>
                <w:w w:val="97"/>
                <w:sz w:val="16"/>
                <w:lang w:val="ru-RU"/>
              </w:rPr>
              <w:t xml:space="preserve">персонажа (или создание </w:t>
            </w:r>
            <w:r w:rsidRPr="00BB7497">
              <w:rPr>
                <w:lang w:val="ru-RU"/>
              </w:rPr>
              <w:br/>
            </w:r>
            <w:r w:rsidRPr="00BB7497">
              <w:rPr>
                <w:rFonts w:ascii="Times New Roman" w:eastAsia="Times New Roman" w:hAnsi="Times New Roman"/>
                <w:color w:val="000000"/>
                <w:w w:val="97"/>
                <w:sz w:val="16"/>
                <w:lang w:val="ru-RU"/>
              </w:rPr>
              <w:t xml:space="preserve">образа в технике </w:t>
            </w:r>
            <w:r w:rsidRPr="00BB7497">
              <w:rPr>
                <w:lang w:val="ru-RU"/>
              </w:rPr>
              <w:br/>
            </w:r>
            <w:r w:rsidRPr="00BB7497">
              <w:rPr>
                <w:rFonts w:ascii="Times New Roman" w:eastAsia="Times New Roman" w:hAnsi="Times New Roman"/>
                <w:color w:val="000000"/>
                <w:w w:val="97"/>
                <w:sz w:val="16"/>
                <w:lang w:val="ru-RU"/>
              </w:rPr>
              <w:t xml:space="preserve">бумагопластики) с ярко </w:t>
            </w:r>
            <w:r w:rsidRPr="00BB7497">
              <w:rPr>
                <w:lang w:val="ru-RU"/>
              </w:rPr>
              <w:br/>
            </w:r>
            <w:r w:rsidRPr="00BB7497">
              <w:rPr>
                <w:rFonts w:ascii="Times New Roman" w:eastAsia="Times New Roman" w:hAnsi="Times New Roman"/>
                <w:color w:val="000000"/>
                <w:w w:val="97"/>
                <w:sz w:val="16"/>
                <w:lang w:val="ru-RU"/>
              </w:rPr>
              <w:t xml:space="preserve">выраженным характером (из выбранной сказки). Работа может быть коллективной: совмещение в общей </w:t>
            </w:r>
            <w:r w:rsidRPr="00BB7497">
              <w:rPr>
                <w:lang w:val="ru-RU"/>
              </w:rPr>
              <w:br/>
            </w:r>
            <w:r w:rsidRPr="00BB7497">
              <w:rPr>
                <w:rFonts w:ascii="Times New Roman" w:eastAsia="Times New Roman" w:hAnsi="Times New Roman"/>
                <w:color w:val="000000"/>
                <w:w w:val="97"/>
                <w:sz w:val="16"/>
                <w:lang w:val="ru-RU"/>
              </w:rPr>
              <w:t xml:space="preserve">композиции разных </w:t>
            </w:r>
            <w:r w:rsidRPr="00BB7497">
              <w:rPr>
                <w:lang w:val="ru-RU"/>
              </w:rPr>
              <w:br/>
            </w:r>
            <w:r w:rsidRPr="00BB7497">
              <w:rPr>
                <w:rFonts w:ascii="Times New Roman" w:eastAsia="Times New Roman" w:hAnsi="Times New Roman"/>
                <w:color w:val="000000"/>
                <w:w w:val="97"/>
                <w:sz w:val="16"/>
                <w:lang w:val="ru-RU"/>
              </w:rPr>
              <w:t>персонажей сказки.;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77F260C" w14:textId="77777777" w:rsidR="00BB7497" w:rsidRDefault="00BB7497" w:rsidP="00BB7497">
            <w:pPr>
              <w:autoSpaceDE w:val="0"/>
              <w:autoSpaceDN w:val="0"/>
              <w:spacing w:before="78"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53E34F68"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https://resh.edu.ru/subject/lesson/5005/start/284403/</w:t>
            </w:r>
          </w:p>
        </w:tc>
      </w:tr>
      <w:tr w:rsidR="00BB7497" w14:paraId="1CD9BD39" w14:textId="77777777" w:rsidTr="00BB7497">
        <w:trPr>
          <w:trHeight w:hRule="exact" w:val="188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34579A"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3.2.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11850B" w14:textId="77777777" w:rsidR="00BB7497" w:rsidRPr="00BB7497" w:rsidRDefault="00BB7497" w:rsidP="00BB7497">
            <w:pPr>
              <w:autoSpaceDE w:val="0"/>
              <w:autoSpaceDN w:val="0"/>
              <w:spacing w:before="76" w:after="0" w:line="250" w:lineRule="auto"/>
              <w:ind w:left="72" w:right="144"/>
              <w:rPr>
                <w:lang w:val="ru-RU"/>
              </w:rPr>
            </w:pPr>
            <w:r w:rsidRPr="00BB7497">
              <w:rPr>
                <w:rFonts w:ascii="Times New Roman" w:eastAsia="Times New Roman" w:hAnsi="Times New Roman"/>
                <w:b/>
                <w:color w:val="000000"/>
                <w:w w:val="97"/>
                <w:sz w:val="16"/>
                <w:lang w:val="ru-RU"/>
              </w:rPr>
              <w:t xml:space="preserve">Создание игрушки из подручного нехудожественного </w:t>
            </w:r>
            <w:r w:rsidRPr="00BB7497">
              <w:rPr>
                <w:lang w:val="ru-RU"/>
              </w:rPr>
              <w:br/>
            </w:r>
            <w:r w:rsidRPr="00BB7497">
              <w:rPr>
                <w:rFonts w:ascii="Times New Roman" w:eastAsia="Times New Roman" w:hAnsi="Times New Roman"/>
                <w:b/>
                <w:color w:val="000000"/>
                <w:w w:val="97"/>
                <w:sz w:val="16"/>
                <w:lang w:val="ru-RU"/>
              </w:rPr>
              <w:t xml:space="preserve">материала, придание ей одушевлённого образа путём </w:t>
            </w:r>
            <w:r w:rsidRPr="00BB7497">
              <w:rPr>
                <w:lang w:val="ru-RU"/>
              </w:rPr>
              <w:br/>
            </w:r>
            <w:r w:rsidRPr="00BB7497">
              <w:rPr>
                <w:rFonts w:ascii="Times New Roman" w:eastAsia="Times New Roman" w:hAnsi="Times New Roman"/>
                <w:b/>
                <w:color w:val="000000"/>
                <w:w w:val="97"/>
                <w:sz w:val="16"/>
                <w:lang w:val="ru-RU"/>
              </w:rPr>
              <w:t>добавления деталей лепных или из бумаги, ниток или других материалов.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2299F28"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1CBA929"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D255C6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D5641A5" w14:textId="5EAE96A7"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1211E33" w14:textId="77777777" w:rsidR="00BB7497" w:rsidRPr="00BB7497" w:rsidRDefault="00BB7497" w:rsidP="00BB7497">
            <w:pPr>
              <w:autoSpaceDE w:val="0"/>
              <w:autoSpaceDN w:val="0"/>
              <w:spacing w:before="76" w:after="0" w:line="254" w:lineRule="auto"/>
              <w:ind w:left="74"/>
              <w:rPr>
                <w:lang w:val="ru-RU"/>
              </w:rPr>
            </w:pPr>
            <w:r w:rsidRPr="00BB7497">
              <w:rPr>
                <w:rFonts w:ascii="Times New Roman" w:eastAsia="Times New Roman" w:hAnsi="Times New Roman"/>
                <w:color w:val="000000"/>
                <w:w w:val="97"/>
                <w:sz w:val="16"/>
                <w:lang w:val="ru-RU"/>
              </w:rPr>
              <w:t xml:space="preserve">Учиться осознавать, что </w:t>
            </w:r>
            <w:r w:rsidRPr="00BB7497">
              <w:rPr>
                <w:lang w:val="ru-RU"/>
              </w:rPr>
              <w:br/>
            </w:r>
            <w:r w:rsidRPr="00BB7497">
              <w:rPr>
                <w:rFonts w:ascii="Times New Roman" w:eastAsia="Times New Roman" w:hAnsi="Times New Roman"/>
                <w:color w:val="000000"/>
                <w:w w:val="97"/>
                <w:sz w:val="16"/>
                <w:lang w:val="ru-RU"/>
              </w:rPr>
              <w:t xml:space="preserve">художественный образ </w:t>
            </w:r>
            <w:r w:rsidRPr="00BB7497">
              <w:rPr>
                <w:lang w:val="ru-RU"/>
              </w:rPr>
              <w:br/>
            </w:r>
            <w:r w:rsidRPr="00BB7497">
              <w:rPr>
                <w:rFonts w:ascii="Times New Roman" w:eastAsia="Times New Roman" w:hAnsi="Times New Roman"/>
                <w:color w:val="000000"/>
                <w:w w:val="97"/>
                <w:sz w:val="16"/>
                <w:lang w:val="ru-RU"/>
              </w:rPr>
              <w:t xml:space="preserve">(игрушка, кукла) может быть создан художником из любого подручного материала путём добавления некоторых </w:t>
            </w:r>
            <w:r w:rsidRPr="00BB7497">
              <w:rPr>
                <w:lang w:val="ru-RU"/>
              </w:rPr>
              <w:br/>
            </w:r>
            <w:r w:rsidRPr="00BB7497">
              <w:rPr>
                <w:rFonts w:ascii="Times New Roman" w:eastAsia="Times New Roman" w:hAnsi="Times New Roman"/>
                <w:color w:val="000000"/>
                <w:w w:val="97"/>
                <w:sz w:val="16"/>
                <w:lang w:val="ru-RU"/>
              </w:rPr>
              <w:t xml:space="preserve">деталей для придания </w:t>
            </w:r>
            <w:r w:rsidRPr="00BB7497">
              <w:rPr>
                <w:lang w:val="ru-RU"/>
              </w:rPr>
              <w:br/>
            </w:r>
            <w:r w:rsidRPr="00BB7497">
              <w:rPr>
                <w:rFonts w:ascii="Times New Roman" w:eastAsia="Times New Roman" w:hAnsi="Times New Roman"/>
                <w:color w:val="000000"/>
                <w:w w:val="97"/>
                <w:sz w:val="16"/>
                <w:lang w:val="ru-RU"/>
              </w:rPr>
              <w:t xml:space="preserve">характера, увиденного в </w:t>
            </w:r>
            <w:r w:rsidRPr="00BB7497">
              <w:rPr>
                <w:lang w:val="ru-RU"/>
              </w:rPr>
              <w:br/>
            </w:r>
            <w:r w:rsidRPr="00BB7497">
              <w:rPr>
                <w:rFonts w:ascii="Times New Roman" w:eastAsia="Times New Roman" w:hAnsi="Times New Roman"/>
                <w:color w:val="000000"/>
                <w:w w:val="97"/>
                <w:sz w:val="16"/>
                <w:lang w:val="ru-RU"/>
              </w:rPr>
              <w:t>предмете («одушевление»).;</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E905A66" w14:textId="77777777" w:rsidR="00BB7497" w:rsidRDefault="00BB7497" w:rsidP="00BB7497">
            <w:pPr>
              <w:autoSpaceDE w:val="0"/>
              <w:autoSpaceDN w:val="0"/>
              <w:spacing w:before="76"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62E8ED05"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https://resh.edu.ru/subject/lesson/5117/start/273365/</w:t>
            </w:r>
          </w:p>
        </w:tc>
      </w:tr>
      <w:tr w:rsidR="00BB7497" w14:paraId="198B0F9D" w14:textId="77777777" w:rsidTr="00BB7497">
        <w:trPr>
          <w:trHeight w:hRule="exact" w:val="188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83CF677"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3.3.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C82D5E" w14:textId="77777777" w:rsidR="00BB7497" w:rsidRPr="00BB7497" w:rsidRDefault="00BB7497" w:rsidP="00BB7497">
            <w:pPr>
              <w:autoSpaceDE w:val="0"/>
              <w:autoSpaceDN w:val="0"/>
              <w:spacing w:before="78" w:after="0" w:line="245" w:lineRule="auto"/>
              <w:ind w:left="72" w:right="432"/>
              <w:rPr>
                <w:lang w:val="ru-RU"/>
              </w:rPr>
            </w:pPr>
            <w:r w:rsidRPr="00BB7497">
              <w:rPr>
                <w:rFonts w:ascii="Times New Roman" w:eastAsia="Times New Roman" w:hAnsi="Times New Roman"/>
                <w:b/>
                <w:color w:val="000000"/>
                <w:w w:val="97"/>
                <w:sz w:val="16"/>
                <w:lang w:val="ru-RU"/>
              </w:rPr>
              <w:t>Освоение знаний о видах скульптуры (по назначению) и жанрах скульптуры (по сюжету изображения).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B81257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48760E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9C945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9F3D06E" w14:textId="15A45055"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98FEB57" w14:textId="77777777" w:rsidR="00BB7497" w:rsidRPr="00BB7497" w:rsidRDefault="00BB7497" w:rsidP="00BB7497">
            <w:pPr>
              <w:autoSpaceDE w:val="0"/>
              <w:autoSpaceDN w:val="0"/>
              <w:spacing w:before="78" w:after="0" w:line="254" w:lineRule="auto"/>
              <w:ind w:left="74" w:right="144"/>
              <w:rPr>
                <w:lang w:val="ru-RU"/>
              </w:rPr>
            </w:pPr>
            <w:r w:rsidRPr="00BB7497">
              <w:rPr>
                <w:rFonts w:ascii="Times New Roman" w:eastAsia="Times New Roman" w:hAnsi="Times New Roman"/>
                <w:color w:val="000000"/>
                <w:w w:val="97"/>
                <w:sz w:val="16"/>
                <w:lang w:val="ru-RU"/>
              </w:rPr>
              <w:t xml:space="preserve">Выполнять несложные </w:t>
            </w:r>
            <w:r w:rsidRPr="00BB7497">
              <w:rPr>
                <w:lang w:val="ru-RU"/>
              </w:rPr>
              <w:br/>
            </w:r>
            <w:r w:rsidRPr="00BB7497">
              <w:rPr>
                <w:rFonts w:ascii="Times New Roman" w:eastAsia="Times New Roman" w:hAnsi="Times New Roman"/>
                <w:color w:val="000000"/>
                <w:w w:val="97"/>
                <w:sz w:val="16"/>
                <w:lang w:val="ru-RU"/>
              </w:rPr>
              <w:t xml:space="preserve">игрушки из подручного </w:t>
            </w:r>
            <w:r w:rsidRPr="00BB7497">
              <w:rPr>
                <w:lang w:val="ru-RU"/>
              </w:rPr>
              <w:br/>
            </w:r>
            <w:r w:rsidRPr="00BB7497">
              <w:rPr>
                <w:rFonts w:ascii="Times New Roman" w:eastAsia="Times New Roman" w:hAnsi="Times New Roman"/>
                <w:color w:val="000000"/>
                <w:w w:val="97"/>
                <w:sz w:val="16"/>
                <w:lang w:val="ru-RU"/>
              </w:rPr>
              <w:t xml:space="preserve">(различных упаковок и др.) или природного материала.; Узнавать о разных видах </w:t>
            </w:r>
            <w:r w:rsidRPr="00BB7497">
              <w:rPr>
                <w:lang w:val="ru-RU"/>
              </w:rPr>
              <w:br/>
            </w:r>
            <w:r w:rsidRPr="00BB7497">
              <w:rPr>
                <w:rFonts w:ascii="Times New Roman" w:eastAsia="Times New Roman" w:hAnsi="Times New Roman"/>
                <w:color w:val="000000"/>
                <w:w w:val="97"/>
                <w:sz w:val="16"/>
                <w:lang w:val="ru-RU"/>
              </w:rPr>
              <w:t xml:space="preserve">скульптуры (скульптурные памятники, парковая </w:t>
            </w:r>
            <w:r w:rsidRPr="00BB7497">
              <w:rPr>
                <w:lang w:val="ru-RU"/>
              </w:rPr>
              <w:br/>
            </w:r>
            <w:r w:rsidRPr="00BB7497">
              <w:rPr>
                <w:rFonts w:ascii="Times New Roman" w:eastAsia="Times New Roman" w:hAnsi="Times New Roman"/>
                <w:color w:val="000000"/>
                <w:w w:val="97"/>
                <w:sz w:val="16"/>
                <w:lang w:val="ru-RU"/>
              </w:rPr>
              <w:t>скульптура, мелкая пластика, рельеф разных видов).;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1447194" w14:textId="77777777" w:rsidR="00BB7497" w:rsidRDefault="00BB7497" w:rsidP="00BB7497">
            <w:pPr>
              <w:autoSpaceDE w:val="0"/>
              <w:autoSpaceDN w:val="0"/>
              <w:spacing w:before="78"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59C5EFBD"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https://resh.edu.ru/subject/lesson/4495/start/273315/</w:t>
            </w:r>
          </w:p>
        </w:tc>
      </w:tr>
      <w:tr w:rsidR="00BB7497" w14:paraId="674C56A8" w14:textId="77777777" w:rsidTr="00BB7497">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6E2A75F"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3.4.</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3B96DE" w14:textId="77777777" w:rsidR="00BB7497" w:rsidRPr="00BB7497" w:rsidRDefault="00BB7497" w:rsidP="00BB7497">
            <w:pPr>
              <w:autoSpaceDE w:val="0"/>
              <w:autoSpaceDN w:val="0"/>
              <w:spacing w:before="76" w:after="0" w:line="245" w:lineRule="auto"/>
              <w:ind w:left="72" w:right="144"/>
              <w:rPr>
                <w:lang w:val="ru-RU"/>
              </w:rPr>
            </w:pPr>
            <w:r w:rsidRPr="00BB7497">
              <w:rPr>
                <w:rFonts w:ascii="Times New Roman" w:eastAsia="Times New Roman" w:hAnsi="Times New Roman"/>
                <w:b/>
                <w:color w:val="000000"/>
                <w:w w:val="97"/>
                <w:sz w:val="16"/>
                <w:lang w:val="ru-RU"/>
              </w:rPr>
              <w:t>Лепка эскиза парковой скульптуры (пластилин или глина). Выражение пластики движения в скульптуре.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1794B2"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B04689"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D8EAF6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5EB5CF4" w14:textId="6063D811"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159DD60" w14:textId="77777777" w:rsidR="00BB7497" w:rsidRPr="00BB7497" w:rsidRDefault="00BB7497" w:rsidP="00BB7497">
            <w:pPr>
              <w:autoSpaceDE w:val="0"/>
              <w:autoSpaceDN w:val="0"/>
              <w:spacing w:before="76" w:after="0" w:line="245" w:lineRule="auto"/>
              <w:ind w:left="74" w:right="432"/>
              <w:rPr>
                <w:lang w:val="ru-RU"/>
              </w:rPr>
            </w:pPr>
            <w:r w:rsidRPr="00BB7497">
              <w:rPr>
                <w:rFonts w:ascii="Times New Roman" w:eastAsia="Times New Roman" w:hAnsi="Times New Roman"/>
                <w:color w:val="000000"/>
                <w:w w:val="97"/>
                <w:sz w:val="16"/>
                <w:lang w:val="ru-RU"/>
              </w:rPr>
              <w:t>Выполнить лепку эскиза парковой скульптуры;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0F8E7276" w14:textId="77777777" w:rsidR="00BB7497" w:rsidRDefault="00BB7497" w:rsidP="00BB7497">
            <w:pPr>
              <w:autoSpaceDE w:val="0"/>
              <w:autoSpaceDN w:val="0"/>
              <w:spacing w:before="76"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66C9D063"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https://resh.edu.ru/subject/lesson/4495/start/273315/</w:t>
            </w:r>
          </w:p>
        </w:tc>
      </w:tr>
      <w:tr w:rsidR="00BB7497" w14:paraId="39A69F2A" w14:textId="77777777" w:rsidTr="00BB7497">
        <w:trPr>
          <w:trHeight w:hRule="exact" w:val="348"/>
        </w:trPr>
        <w:tc>
          <w:tcPr>
            <w:tcW w:w="50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6A54C0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Итого по модулю 3</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63E44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4</w:t>
            </w:r>
          </w:p>
        </w:tc>
        <w:tc>
          <w:tcPr>
            <w:tcW w:w="996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1938F89F" w14:textId="77777777" w:rsidR="00BB7497" w:rsidRDefault="00BB7497" w:rsidP="00BB7497"/>
        </w:tc>
      </w:tr>
      <w:tr w:rsidR="00BB7497" w14:paraId="2E7432E1" w14:textId="77777777" w:rsidTr="00BB749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4834D8F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 xml:space="preserve">Модуль 4. </w:t>
            </w:r>
            <w:r>
              <w:rPr>
                <w:rFonts w:ascii="Times New Roman" w:eastAsia="Times New Roman" w:hAnsi="Times New Roman"/>
                <w:b/>
                <w:color w:val="000000"/>
                <w:w w:val="97"/>
                <w:sz w:val="16"/>
              </w:rPr>
              <w:t>Декоративно-прикладное искусство</w:t>
            </w:r>
          </w:p>
        </w:tc>
      </w:tr>
      <w:tr w:rsidR="00BB7497" w14:paraId="197D9FE7" w14:textId="77777777" w:rsidTr="00BB7497">
        <w:trPr>
          <w:trHeight w:hRule="exact" w:val="150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AD0AF97"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4.1.</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ED0320" w14:textId="77777777" w:rsidR="00BB7497" w:rsidRPr="00BB7497" w:rsidRDefault="00BB7497" w:rsidP="00BB7497">
            <w:pPr>
              <w:autoSpaceDE w:val="0"/>
              <w:autoSpaceDN w:val="0"/>
              <w:spacing w:before="78" w:after="0" w:line="250" w:lineRule="auto"/>
              <w:ind w:left="72"/>
              <w:rPr>
                <w:lang w:val="ru-RU"/>
              </w:rPr>
            </w:pPr>
            <w:r w:rsidRPr="00BB7497">
              <w:rPr>
                <w:rFonts w:ascii="Times New Roman" w:eastAsia="Times New Roman" w:hAnsi="Times New Roman"/>
                <w:b/>
                <w:color w:val="000000"/>
                <w:w w:val="97"/>
                <w:sz w:val="16"/>
                <w:lang w:val="ru-RU"/>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99DE99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16652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32435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B4EE5E1" w14:textId="267E0AAA"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CD5D12F" w14:textId="77777777" w:rsidR="00BB7497" w:rsidRPr="00BB7497" w:rsidRDefault="00BB7497" w:rsidP="00BB7497">
            <w:pPr>
              <w:autoSpaceDE w:val="0"/>
              <w:autoSpaceDN w:val="0"/>
              <w:spacing w:before="78" w:after="0" w:line="252" w:lineRule="auto"/>
              <w:ind w:left="74"/>
              <w:rPr>
                <w:lang w:val="ru-RU"/>
              </w:rPr>
            </w:pPr>
            <w:r w:rsidRPr="00BB7497">
              <w:rPr>
                <w:rFonts w:ascii="Times New Roman" w:eastAsia="Times New Roman" w:hAnsi="Times New Roman"/>
                <w:color w:val="000000"/>
                <w:w w:val="97"/>
                <w:sz w:val="16"/>
                <w:lang w:val="ru-RU"/>
              </w:rPr>
              <w:t xml:space="preserve">Узнать о создании глиняной и деревянной посуды, о Гжели, Хохломе — народных </w:t>
            </w:r>
            <w:r w:rsidRPr="00BB7497">
              <w:rPr>
                <w:lang w:val="ru-RU"/>
              </w:rPr>
              <w:br/>
            </w:r>
            <w:r w:rsidRPr="00BB7497">
              <w:rPr>
                <w:rFonts w:ascii="Times New Roman" w:eastAsia="Times New Roman" w:hAnsi="Times New Roman"/>
                <w:color w:val="000000"/>
                <w:w w:val="97"/>
                <w:sz w:val="16"/>
                <w:lang w:val="ru-RU"/>
              </w:rPr>
              <w:t xml:space="preserve">художественных промыслах.; Выполнять красками </w:t>
            </w:r>
            <w:r w:rsidRPr="00BB7497">
              <w:rPr>
                <w:lang w:val="ru-RU"/>
              </w:rPr>
              <w:br/>
            </w:r>
            <w:r w:rsidRPr="00BB7497">
              <w:rPr>
                <w:rFonts w:ascii="Times New Roman" w:eastAsia="Times New Roman" w:hAnsi="Times New Roman"/>
                <w:color w:val="000000"/>
                <w:w w:val="97"/>
                <w:sz w:val="16"/>
                <w:lang w:val="ru-RU"/>
              </w:rPr>
              <w:t>некоторые кистевые приёмы создания орнамента.;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31C7003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Дискуссия;</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A603FD5"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https://resh.edu.ru/subject/lesson/3845/start/273290/</w:t>
            </w:r>
          </w:p>
        </w:tc>
      </w:tr>
      <w:tr w:rsidR="00BB7497" w14:paraId="765B085F" w14:textId="77777777" w:rsidTr="00BB7497">
        <w:trPr>
          <w:trHeight w:hRule="exact" w:val="186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36C2C60"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7EF0EFA" w14:textId="77777777" w:rsidR="00BB7497" w:rsidRPr="00BB7497" w:rsidRDefault="00BB7497" w:rsidP="00BB7497">
            <w:pPr>
              <w:autoSpaceDE w:val="0"/>
              <w:autoSpaceDN w:val="0"/>
              <w:spacing w:before="78" w:after="0" w:line="245" w:lineRule="auto"/>
              <w:ind w:left="72"/>
              <w:rPr>
                <w:lang w:val="ru-RU"/>
              </w:rPr>
            </w:pPr>
            <w:r w:rsidRPr="00BB7497">
              <w:rPr>
                <w:rFonts w:ascii="Times New Roman" w:eastAsia="Times New Roman" w:hAnsi="Times New Roman"/>
                <w:b/>
                <w:color w:val="000000"/>
                <w:w w:val="97"/>
                <w:sz w:val="16"/>
                <w:lang w:val="ru-RU"/>
              </w:rPr>
              <w:t>Эскизы орнаментов для росписи тканей. Раппорт. Трафарет и создание орнамента при помощи печаток или штампов.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1E7E3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1DBCA7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7F2CE3B"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8DEA492" w14:textId="21196438"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05C5E8A" w14:textId="77777777" w:rsidR="00BB7497" w:rsidRPr="00BB7497" w:rsidRDefault="00BB7497" w:rsidP="00BB7497">
            <w:pPr>
              <w:autoSpaceDE w:val="0"/>
              <w:autoSpaceDN w:val="0"/>
              <w:spacing w:before="78" w:after="0" w:line="254" w:lineRule="auto"/>
              <w:ind w:left="74"/>
              <w:rPr>
                <w:lang w:val="ru-RU"/>
              </w:rPr>
            </w:pPr>
            <w:r w:rsidRPr="00BB7497">
              <w:rPr>
                <w:rFonts w:ascii="Times New Roman" w:eastAsia="Times New Roman" w:hAnsi="Times New Roman"/>
                <w:color w:val="000000"/>
                <w:w w:val="97"/>
                <w:sz w:val="16"/>
                <w:lang w:val="ru-RU"/>
              </w:rPr>
              <w:t xml:space="preserve">Выполнять эскизы орнамента, украшающего посуду (по </w:t>
            </w:r>
            <w:r w:rsidRPr="00BB7497">
              <w:rPr>
                <w:lang w:val="ru-RU"/>
              </w:rPr>
              <w:br/>
            </w:r>
            <w:r w:rsidRPr="00BB7497">
              <w:rPr>
                <w:rFonts w:ascii="Times New Roman" w:eastAsia="Times New Roman" w:hAnsi="Times New Roman"/>
                <w:color w:val="000000"/>
                <w:w w:val="97"/>
                <w:sz w:val="16"/>
                <w:lang w:val="ru-RU"/>
              </w:rPr>
              <w:t xml:space="preserve">мотивам выбранного </w:t>
            </w:r>
            <w:r w:rsidRPr="00BB7497">
              <w:rPr>
                <w:lang w:val="ru-RU"/>
              </w:rPr>
              <w:br/>
            </w:r>
            <w:r w:rsidRPr="00BB7497">
              <w:rPr>
                <w:rFonts w:ascii="Times New Roman" w:eastAsia="Times New Roman" w:hAnsi="Times New Roman"/>
                <w:color w:val="000000"/>
                <w:w w:val="97"/>
                <w:sz w:val="16"/>
                <w:lang w:val="ru-RU"/>
              </w:rPr>
              <w:t xml:space="preserve">художественного промысла).; Стараться увидеть красоту, анализировать композицию, особенности применения </w:t>
            </w:r>
            <w:r w:rsidRPr="00BB7497">
              <w:rPr>
                <w:lang w:val="ru-RU"/>
              </w:rPr>
              <w:br/>
            </w:r>
            <w:r w:rsidRPr="00BB7497">
              <w:rPr>
                <w:rFonts w:ascii="Times New Roman" w:eastAsia="Times New Roman" w:hAnsi="Times New Roman"/>
                <w:color w:val="000000"/>
                <w:w w:val="97"/>
                <w:sz w:val="16"/>
                <w:lang w:val="ru-RU"/>
              </w:rPr>
              <w:t>сетчатых орнаментов (а также модульных орнаментов).;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32A3A46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Беседа;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4AE60BAF"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https://resh.edu.ru/subject/lesson/4496/start/273444/</w:t>
            </w:r>
          </w:p>
        </w:tc>
      </w:tr>
    </w:tbl>
    <w:p w14:paraId="1D5D0F83" w14:textId="77777777" w:rsidR="00BB7497" w:rsidRDefault="00BB7497" w:rsidP="00BB7497">
      <w:pPr>
        <w:autoSpaceDE w:val="0"/>
        <w:autoSpaceDN w:val="0"/>
        <w:spacing w:after="0" w:line="14" w:lineRule="exact"/>
      </w:pPr>
    </w:p>
    <w:p w14:paraId="1628D6C1" w14:textId="77777777" w:rsidR="00BB7497" w:rsidRDefault="00BB7497" w:rsidP="00BB7497">
      <w:pPr>
        <w:sectPr w:rsidR="00BB7497">
          <w:pgSz w:w="16840" w:h="11900"/>
          <w:pgMar w:top="284" w:right="640" w:bottom="328" w:left="666" w:header="720" w:footer="720" w:gutter="0"/>
          <w:cols w:space="720" w:equalWidth="0">
            <w:col w:w="15534" w:space="0"/>
          </w:cols>
          <w:docGrid w:linePitch="360"/>
        </w:sectPr>
      </w:pPr>
    </w:p>
    <w:p w14:paraId="37C36C80"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610"/>
        <w:gridCol w:w="530"/>
        <w:gridCol w:w="1104"/>
        <w:gridCol w:w="1140"/>
        <w:gridCol w:w="866"/>
        <w:gridCol w:w="2196"/>
        <w:gridCol w:w="1236"/>
        <w:gridCol w:w="3424"/>
      </w:tblGrid>
      <w:tr w:rsidR="00BB7497" w14:paraId="17739CE3" w14:textId="77777777" w:rsidTr="00BB7497">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2641CA"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B6D3AC" w14:textId="77777777" w:rsidR="00BB7497" w:rsidRDefault="00BB7497" w:rsidP="00BB7497">
            <w:pPr>
              <w:autoSpaceDE w:val="0"/>
              <w:autoSpaceDN w:val="0"/>
              <w:spacing w:before="78" w:after="0" w:line="252" w:lineRule="auto"/>
              <w:ind w:left="72" w:right="288"/>
            </w:pPr>
            <w:r w:rsidRPr="00BB7497">
              <w:rPr>
                <w:rFonts w:ascii="Times New Roman" w:eastAsia="Times New Roman" w:hAnsi="Times New Roman"/>
                <w:b/>
                <w:color w:val="000000"/>
                <w:w w:val="97"/>
                <w:sz w:val="16"/>
                <w:lang w:val="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w:t>
            </w:r>
            <w:r w:rsidRPr="00BB7497">
              <w:rPr>
                <w:lang w:val="ru-RU"/>
              </w:rPr>
              <w:br/>
            </w:r>
            <w:r w:rsidRPr="00BB7497">
              <w:rPr>
                <w:rFonts w:ascii="Times New Roman" w:eastAsia="Times New Roman" w:hAnsi="Times New Roman"/>
                <w:b/>
                <w:color w:val="000000"/>
                <w:w w:val="97"/>
                <w:sz w:val="16"/>
                <w:lang w:val="ru-RU"/>
              </w:rPr>
              <w:t xml:space="preserve">наличие композиционного центра, роспись по канве и др. </w:t>
            </w:r>
            <w:r>
              <w:rPr>
                <w:rFonts w:ascii="Times New Roman" w:eastAsia="Times New Roman" w:hAnsi="Times New Roman"/>
                <w:b/>
                <w:color w:val="000000"/>
                <w:w w:val="97"/>
                <w:sz w:val="16"/>
              </w:rPr>
              <w:t>Рассмотрение павловопосадских платков.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E35FE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EE2E269"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14802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A863ABA" w14:textId="0C04C8C0"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A87DF7E" w14:textId="77777777" w:rsidR="00BB7497" w:rsidRPr="00BB7497" w:rsidRDefault="00BB7497" w:rsidP="00BB7497">
            <w:pPr>
              <w:autoSpaceDE w:val="0"/>
              <w:autoSpaceDN w:val="0"/>
              <w:spacing w:before="78" w:after="0" w:line="254" w:lineRule="auto"/>
              <w:ind w:left="74"/>
              <w:rPr>
                <w:lang w:val="ru-RU"/>
              </w:rPr>
            </w:pPr>
            <w:r w:rsidRPr="00BB7497">
              <w:rPr>
                <w:rFonts w:ascii="Times New Roman" w:eastAsia="Times New Roman" w:hAnsi="Times New Roman"/>
                <w:color w:val="000000"/>
                <w:w w:val="97"/>
                <w:sz w:val="16"/>
                <w:lang w:val="ru-RU"/>
              </w:rPr>
              <w:t xml:space="preserve">Рассуждать о проявлениях </w:t>
            </w:r>
            <w:r w:rsidRPr="00BB7497">
              <w:rPr>
                <w:lang w:val="ru-RU"/>
              </w:rPr>
              <w:br/>
            </w:r>
            <w:r w:rsidRPr="00BB7497">
              <w:rPr>
                <w:rFonts w:ascii="Times New Roman" w:eastAsia="Times New Roman" w:hAnsi="Times New Roman"/>
                <w:color w:val="000000"/>
                <w:w w:val="97"/>
                <w:sz w:val="16"/>
                <w:lang w:val="ru-RU"/>
              </w:rPr>
              <w:t xml:space="preserve">симметрии и её видах в </w:t>
            </w:r>
            <w:r w:rsidRPr="00BB7497">
              <w:rPr>
                <w:lang w:val="ru-RU"/>
              </w:rPr>
              <w:br/>
            </w:r>
            <w:r w:rsidRPr="00BB7497">
              <w:rPr>
                <w:rFonts w:ascii="Times New Roman" w:eastAsia="Times New Roman" w:hAnsi="Times New Roman"/>
                <w:color w:val="000000"/>
                <w:w w:val="97"/>
                <w:sz w:val="16"/>
                <w:lang w:val="ru-RU"/>
              </w:rPr>
              <w:t xml:space="preserve">сетчатом орнаменте.; </w:t>
            </w:r>
            <w:r w:rsidRPr="00BB7497">
              <w:rPr>
                <w:lang w:val="ru-RU"/>
              </w:rPr>
              <w:br/>
            </w:r>
            <w:r w:rsidRPr="00BB7497">
              <w:rPr>
                <w:rFonts w:ascii="Times New Roman" w:eastAsia="Times New Roman" w:hAnsi="Times New Roman"/>
                <w:color w:val="000000"/>
                <w:w w:val="97"/>
                <w:sz w:val="16"/>
                <w:lang w:val="ru-RU"/>
              </w:rPr>
              <w:t xml:space="preserve">Осваивать техники печатных штампов или трафаретов для создания раппорта </w:t>
            </w:r>
            <w:r w:rsidRPr="00BB7497">
              <w:rPr>
                <w:lang w:val="ru-RU"/>
              </w:rPr>
              <w:br/>
            </w:r>
            <w:r w:rsidRPr="00BB7497">
              <w:rPr>
                <w:rFonts w:ascii="Times New Roman" w:eastAsia="Times New Roman" w:hAnsi="Times New Roman"/>
                <w:color w:val="000000"/>
                <w:w w:val="97"/>
                <w:sz w:val="16"/>
                <w:lang w:val="ru-RU"/>
              </w:rPr>
              <w:t xml:space="preserve">(повторения элемента узора) в орнаменте.; </w:t>
            </w:r>
            <w:r w:rsidRPr="00BB7497">
              <w:rPr>
                <w:lang w:val="ru-RU"/>
              </w:rPr>
              <w:br/>
            </w:r>
            <w:r w:rsidRPr="00BB7497">
              <w:rPr>
                <w:rFonts w:ascii="Times New Roman" w:eastAsia="Times New Roman" w:hAnsi="Times New Roman"/>
                <w:color w:val="000000"/>
                <w:w w:val="97"/>
                <w:sz w:val="16"/>
                <w:lang w:val="ru-RU"/>
              </w:rPr>
              <w:t xml:space="preserve">Наблюдать и эстетически </w:t>
            </w:r>
            <w:r w:rsidRPr="00BB7497">
              <w:rPr>
                <w:lang w:val="ru-RU"/>
              </w:rPr>
              <w:br/>
            </w:r>
            <w:r w:rsidRPr="00BB7497">
              <w:rPr>
                <w:rFonts w:ascii="Times New Roman" w:eastAsia="Times New Roman" w:hAnsi="Times New Roman"/>
                <w:color w:val="000000"/>
                <w:w w:val="97"/>
                <w:sz w:val="16"/>
                <w:lang w:val="ru-RU"/>
              </w:rPr>
              <w:t xml:space="preserve">анализировать виды </w:t>
            </w:r>
            <w:r w:rsidRPr="00BB7497">
              <w:rPr>
                <w:lang w:val="ru-RU"/>
              </w:rPr>
              <w:br/>
            </w:r>
            <w:r w:rsidRPr="00BB7497">
              <w:rPr>
                <w:rFonts w:ascii="Times New Roman" w:eastAsia="Times New Roman" w:hAnsi="Times New Roman"/>
                <w:color w:val="000000"/>
                <w:w w:val="97"/>
                <w:sz w:val="16"/>
                <w:lang w:val="ru-RU"/>
              </w:rPr>
              <w:t xml:space="preserve">композиции </w:t>
            </w:r>
            <w:r w:rsidRPr="00BB7497">
              <w:rPr>
                <w:lang w:val="ru-RU"/>
              </w:rPr>
              <w:br/>
            </w:r>
            <w:r w:rsidRPr="00BB7497">
              <w:rPr>
                <w:rFonts w:ascii="Times New Roman" w:eastAsia="Times New Roman" w:hAnsi="Times New Roman"/>
                <w:color w:val="000000"/>
                <w:w w:val="97"/>
                <w:sz w:val="16"/>
                <w:lang w:val="ru-RU"/>
              </w:rPr>
              <w:t>павловопосадских платков.;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1995AA3C" w14:textId="77777777" w:rsidR="00BB7497" w:rsidRDefault="00BB7497" w:rsidP="00BB7497">
            <w:pPr>
              <w:autoSpaceDE w:val="0"/>
              <w:autoSpaceDN w:val="0"/>
              <w:spacing w:before="78"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1DB081E3"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https://resh.edu.ru/subject/lesson/4496/start/273444/</w:t>
            </w:r>
          </w:p>
        </w:tc>
      </w:tr>
      <w:tr w:rsidR="00BB7497" w14:paraId="33D70B91" w14:textId="77777777" w:rsidTr="00BB7497">
        <w:trPr>
          <w:trHeight w:hRule="exact" w:val="348"/>
        </w:trPr>
        <w:tc>
          <w:tcPr>
            <w:tcW w:w="50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9566584"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Итого по модулю 4</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814383"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3</w:t>
            </w:r>
          </w:p>
        </w:tc>
        <w:tc>
          <w:tcPr>
            <w:tcW w:w="996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0407A1CE" w14:textId="77777777" w:rsidR="00BB7497" w:rsidRDefault="00BB7497" w:rsidP="00BB7497"/>
        </w:tc>
      </w:tr>
      <w:tr w:rsidR="00BB7497" w14:paraId="42ECF427" w14:textId="77777777" w:rsidTr="00BB749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BE38833"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 xml:space="preserve">Модуль 5. </w:t>
            </w:r>
            <w:r>
              <w:rPr>
                <w:rFonts w:ascii="Times New Roman" w:eastAsia="Times New Roman" w:hAnsi="Times New Roman"/>
                <w:b/>
                <w:color w:val="000000"/>
                <w:w w:val="97"/>
                <w:sz w:val="16"/>
              </w:rPr>
              <w:t xml:space="preserve">Архитектура </w:t>
            </w:r>
          </w:p>
        </w:tc>
      </w:tr>
      <w:tr w:rsidR="00BB7497" w14:paraId="5530FA85" w14:textId="77777777" w:rsidTr="00BB7497">
        <w:trPr>
          <w:trHeight w:hRule="exact" w:val="150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75F5E07"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5.1.</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A6EE90" w14:textId="77777777" w:rsidR="00BB7497" w:rsidRPr="00BB7497" w:rsidRDefault="00BB7497" w:rsidP="00BB7497">
            <w:pPr>
              <w:autoSpaceDE w:val="0"/>
              <w:autoSpaceDN w:val="0"/>
              <w:spacing w:before="76" w:after="0" w:line="250" w:lineRule="auto"/>
              <w:ind w:left="72" w:right="144"/>
              <w:rPr>
                <w:lang w:val="ru-RU"/>
              </w:rPr>
            </w:pPr>
            <w:r w:rsidRPr="00BB7497">
              <w:rPr>
                <w:rFonts w:ascii="Times New Roman" w:eastAsia="Times New Roman" w:hAnsi="Times New Roman"/>
                <w:b/>
                <w:color w:val="000000"/>
                <w:w w:val="97"/>
                <w:sz w:val="16"/>
                <w:lang w:val="ru-RU"/>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1AD0B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C6FF5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3E58D0"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DE203D9" w14:textId="40A00F89"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2BA5EF8" w14:textId="77777777" w:rsidR="00BB7497" w:rsidRPr="00BB7497" w:rsidRDefault="00BB7497" w:rsidP="00BB7497">
            <w:pPr>
              <w:autoSpaceDE w:val="0"/>
              <w:autoSpaceDN w:val="0"/>
              <w:spacing w:before="76" w:after="0" w:line="254" w:lineRule="auto"/>
              <w:ind w:left="74"/>
              <w:rPr>
                <w:lang w:val="ru-RU"/>
              </w:rPr>
            </w:pPr>
            <w:r w:rsidRPr="00BB7497">
              <w:rPr>
                <w:rFonts w:ascii="Times New Roman" w:eastAsia="Times New Roman" w:hAnsi="Times New Roman"/>
                <w:color w:val="000000"/>
                <w:w w:val="97"/>
                <w:sz w:val="16"/>
                <w:lang w:val="ru-RU"/>
              </w:rPr>
              <w:t xml:space="preserve">Выполнить зарисовки или </w:t>
            </w:r>
            <w:r w:rsidRPr="00BB7497">
              <w:rPr>
                <w:lang w:val="ru-RU"/>
              </w:rPr>
              <w:br/>
            </w:r>
            <w:r w:rsidRPr="00BB7497">
              <w:rPr>
                <w:rFonts w:ascii="Times New Roman" w:eastAsia="Times New Roman" w:hAnsi="Times New Roman"/>
                <w:color w:val="000000"/>
                <w:w w:val="97"/>
                <w:sz w:val="16"/>
                <w:lang w:val="ru-RU"/>
              </w:rPr>
              <w:t xml:space="preserve">творческие рисунки по памяти и по представлению на тему исторических памятников или архитектурных </w:t>
            </w:r>
            <w:r w:rsidRPr="00BB7497">
              <w:rPr>
                <w:lang w:val="ru-RU"/>
              </w:rPr>
              <w:br/>
            </w:r>
            <w:r w:rsidRPr="00BB7497">
              <w:rPr>
                <w:rFonts w:ascii="Times New Roman" w:eastAsia="Times New Roman" w:hAnsi="Times New Roman"/>
                <w:color w:val="000000"/>
                <w:w w:val="97"/>
                <w:sz w:val="16"/>
                <w:lang w:val="ru-RU"/>
              </w:rPr>
              <w:t xml:space="preserve">достопримечательностей </w:t>
            </w:r>
            <w:r w:rsidRPr="00BB7497">
              <w:rPr>
                <w:lang w:val="ru-RU"/>
              </w:rPr>
              <w:br/>
            </w:r>
            <w:r w:rsidRPr="00BB7497">
              <w:rPr>
                <w:rFonts w:ascii="Times New Roman" w:eastAsia="Times New Roman" w:hAnsi="Times New Roman"/>
                <w:color w:val="000000"/>
                <w:w w:val="97"/>
                <w:sz w:val="16"/>
                <w:lang w:val="ru-RU"/>
              </w:rPr>
              <w:t>своего города (села).;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2DA2057" w14:textId="77777777" w:rsidR="00BB7497" w:rsidRDefault="00BB7497" w:rsidP="00BB7497">
            <w:pPr>
              <w:autoSpaceDE w:val="0"/>
              <w:autoSpaceDN w:val="0"/>
              <w:spacing w:before="76" w:after="0" w:line="250" w:lineRule="auto"/>
              <w:ind w:left="72" w:right="288"/>
            </w:pPr>
            <w:r>
              <w:rPr>
                <w:rFonts w:ascii="Times New Roman" w:eastAsia="Times New Roman" w:hAnsi="Times New Roman"/>
                <w:color w:val="000000"/>
                <w:w w:val="97"/>
                <w:sz w:val="16"/>
              </w:rPr>
              <w:t xml:space="preserve">Беседа; </w:t>
            </w:r>
            <w:r>
              <w:br/>
            </w: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6517980C"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https://resh.edu.ru/subject/lesson/5002/start/207777/</w:t>
            </w:r>
          </w:p>
        </w:tc>
      </w:tr>
      <w:tr w:rsidR="00BB7497" w14:paraId="7C70AF99" w14:textId="77777777" w:rsidTr="00BB7497">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307AB50"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5.2.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440496" w14:textId="77777777" w:rsidR="00BB7497" w:rsidRPr="00BB7497" w:rsidRDefault="00BB7497" w:rsidP="00BB7497">
            <w:pPr>
              <w:autoSpaceDE w:val="0"/>
              <w:autoSpaceDN w:val="0"/>
              <w:spacing w:before="78" w:after="0" w:line="250" w:lineRule="auto"/>
              <w:ind w:left="72"/>
              <w:rPr>
                <w:lang w:val="ru-RU"/>
              </w:rPr>
            </w:pPr>
            <w:r w:rsidRPr="00BB7497">
              <w:rPr>
                <w:rFonts w:ascii="Times New Roman" w:eastAsia="Times New Roman" w:hAnsi="Times New Roman"/>
                <w:b/>
                <w:color w:val="000000"/>
                <w:w w:val="97"/>
                <w:sz w:val="16"/>
                <w:lang w:val="ru-RU"/>
              </w:rPr>
              <w:t xml:space="preserve">Проектирование садово-паркового пространства на плоскости (аппликация, коллаж) или в пространственном макете </w:t>
            </w:r>
            <w:r w:rsidRPr="00BB7497">
              <w:rPr>
                <w:lang w:val="ru-RU"/>
              </w:rPr>
              <w:br/>
            </w:r>
            <w:r w:rsidRPr="00BB7497">
              <w:rPr>
                <w:rFonts w:ascii="Times New Roman" w:eastAsia="Times New Roman" w:hAnsi="Times New Roman"/>
                <w:b/>
                <w:color w:val="000000"/>
                <w:w w:val="97"/>
                <w:sz w:val="16"/>
                <w:lang w:val="ru-RU"/>
              </w:rPr>
              <w:t xml:space="preserve">(использование бумаги, картона, пенопласта и других </w:t>
            </w:r>
            <w:r w:rsidRPr="00BB7497">
              <w:rPr>
                <w:lang w:val="ru-RU"/>
              </w:rPr>
              <w:br/>
            </w:r>
            <w:r w:rsidRPr="00BB7497">
              <w:rPr>
                <w:rFonts w:ascii="Times New Roman" w:eastAsia="Times New Roman" w:hAnsi="Times New Roman"/>
                <w:b/>
                <w:color w:val="000000"/>
                <w:w w:val="97"/>
                <w:sz w:val="16"/>
                <w:lang w:val="ru-RU"/>
              </w:rPr>
              <w:t>подручных материалов).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470D73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7FE3CD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6FE8D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0344E59D" w14:textId="11C3CA74"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529799A" w14:textId="77777777" w:rsidR="00BB7497" w:rsidRPr="00BB7497" w:rsidRDefault="00BB7497" w:rsidP="00BB7497">
            <w:pPr>
              <w:autoSpaceDE w:val="0"/>
              <w:autoSpaceDN w:val="0"/>
              <w:spacing w:before="78" w:after="0" w:line="250" w:lineRule="auto"/>
              <w:ind w:left="74" w:right="144"/>
              <w:rPr>
                <w:lang w:val="ru-RU"/>
              </w:rPr>
            </w:pPr>
            <w:r w:rsidRPr="00BB7497">
              <w:rPr>
                <w:rFonts w:ascii="Times New Roman" w:eastAsia="Times New Roman" w:hAnsi="Times New Roman"/>
                <w:color w:val="000000"/>
                <w:w w:val="97"/>
                <w:sz w:val="16"/>
                <w:lang w:val="ru-RU"/>
              </w:rPr>
              <w:t xml:space="preserve">Познакомиться с </w:t>
            </w:r>
            <w:r w:rsidRPr="00BB7497">
              <w:rPr>
                <w:lang w:val="ru-RU"/>
              </w:rPr>
              <w:br/>
            </w:r>
            <w:r w:rsidRPr="00BB7497">
              <w:rPr>
                <w:rFonts w:ascii="Times New Roman" w:eastAsia="Times New Roman" w:hAnsi="Times New Roman"/>
                <w:color w:val="000000"/>
                <w:w w:val="97"/>
                <w:sz w:val="16"/>
                <w:lang w:val="ru-RU"/>
              </w:rPr>
              <w:t>особенностями творческой деятельности ландшафтных дизайнеров.;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32AB9F4" w14:textId="77777777" w:rsidR="00BB7497" w:rsidRDefault="00BB7497" w:rsidP="00BB7497">
            <w:pPr>
              <w:autoSpaceDE w:val="0"/>
              <w:autoSpaceDN w:val="0"/>
              <w:spacing w:before="78"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92C882B"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r w:rsidR="00BB7497" w14:paraId="14839A2F" w14:textId="77777777" w:rsidTr="00BB7497">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A0D7E2A"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5.3.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2ADD538" w14:textId="77777777" w:rsidR="00BB7497" w:rsidRDefault="00BB7497" w:rsidP="00BB7497">
            <w:pPr>
              <w:autoSpaceDE w:val="0"/>
              <w:autoSpaceDN w:val="0"/>
              <w:spacing w:before="76" w:after="0" w:line="233" w:lineRule="auto"/>
              <w:ind w:left="72"/>
            </w:pPr>
            <w:r>
              <w:rPr>
                <w:rFonts w:ascii="Times New Roman" w:eastAsia="Times New Roman" w:hAnsi="Times New Roman"/>
                <w:b/>
                <w:color w:val="000000"/>
                <w:w w:val="97"/>
                <w:sz w:val="16"/>
              </w:rPr>
              <w:t>Дизайн в городе.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D9958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349D06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CDDFE2"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4212A55D" w14:textId="66835C7B"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05EA678" w14:textId="77777777" w:rsidR="00BB7497" w:rsidRPr="00BB7497" w:rsidRDefault="00BB7497" w:rsidP="00BB7497">
            <w:pPr>
              <w:autoSpaceDE w:val="0"/>
              <w:autoSpaceDN w:val="0"/>
              <w:spacing w:before="76" w:after="0" w:line="250" w:lineRule="auto"/>
              <w:ind w:left="74"/>
              <w:rPr>
                <w:lang w:val="ru-RU"/>
              </w:rPr>
            </w:pPr>
            <w:r w:rsidRPr="00BB7497">
              <w:rPr>
                <w:rFonts w:ascii="Times New Roman" w:eastAsia="Times New Roman" w:hAnsi="Times New Roman"/>
                <w:color w:val="000000"/>
                <w:w w:val="97"/>
                <w:sz w:val="16"/>
                <w:lang w:val="ru-RU"/>
              </w:rPr>
              <w:t>Создать проект образа парка в виде макета или рисунка (или аппликации).;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A252096" w14:textId="77777777" w:rsidR="00BB7497" w:rsidRDefault="00BB7497" w:rsidP="00BB7497">
            <w:pPr>
              <w:autoSpaceDE w:val="0"/>
              <w:autoSpaceDN w:val="0"/>
              <w:spacing w:before="76"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6D5FEFE8"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https://resh.edu.ru/subject/lesson/4495/start/273315/</w:t>
            </w:r>
          </w:p>
        </w:tc>
      </w:tr>
      <w:tr w:rsidR="00BB7497" w14:paraId="6C1B7164" w14:textId="77777777" w:rsidTr="00BB7497">
        <w:trPr>
          <w:trHeight w:hRule="exact" w:val="207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7BEBD24"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5.4.</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0B6ACD2C" w14:textId="77777777" w:rsidR="00BB7497" w:rsidRPr="00BB7497" w:rsidRDefault="00BB7497" w:rsidP="00BB7497">
            <w:pPr>
              <w:autoSpaceDE w:val="0"/>
              <w:autoSpaceDN w:val="0"/>
              <w:spacing w:before="76" w:after="0" w:line="250" w:lineRule="auto"/>
              <w:ind w:left="72" w:right="432"/>
              <w:rPr>
                <w:lang w:val="ru-RU"/>
              </w:rPr>
            </w:pPr>
            <w:r w:rsidRPr="00BB7497">
              <w:rPr>
                <w:rFonts w:ascii="Times New Roman" w:eastAsia="Times New Roman" w:hAnsi="Times New Roman"/>
                <w:b/>
                <w:color w:val="000000"/>
                <w:w w:val="97"/>
                <w:sz w:val="16"/>
                <w:lang w:val="ru-RU"/>
              </w:rPr>
              <w:t>Проектирование (эскизы) малых архитектурных форм в городе (ажурные ограды, фонари, остановки транспорта, скамейки, киоски, беседки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B4DC237"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120786C"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5B882C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27EDBD3" w14:textId="77777777" w:rsidR="00BB7497" w:rsidRDefault="00BB7497" w:rsidP="00BB7497"/>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7C3EFF7" w14:textId="77777777" w:rsidR="00BB7497" w:rsidRPr="00BB7497" w:rsidRDefault="00BB7497" w:rsidP="00BB7497">
            <w:pPr>
              <w:autoSpaceDE w:val="0"/>
              <w:autoSpaceDN w:val="0"/>
              <w:spacing w:before="76" w:after="0" w:line="254" w:lineRule="auto"/>
              <w:ind w:left="74" w:right="144"/>
              <w:rPr>
                <w:lang w:val="ru-RU"/>
              </w:rPr>
            </w:pPr>
            <w:r w:rsidRPr="00BB7497">
              <w:rPr>
                <w:rFonts w:ascii="Times New Roman" w:eastAsia="Times New Roman" w:hAnsi="Times New Roman"/>
                <w:color w:val="000000"/>
                <w:w w:val="97"/>
                <w:sz w:val="16"/>
                <w:lang w:val="ru-RU"/>
              </w:rPr>
              <w:t xml:space="preserve">Создать эскизы </w:t>
            </w:r>
            <w:r w:rsidRPr="00BB7497">
              <w:rPr>
                <w:lang w:val="ru-RU"/>
              </w:rPr>
              <w:br/>
            </w:r>
            <w:r w:rsidRPr="00BB7497">
              <w:rPr>
                <w:rFonts w:ascii="Times New Roman" w:eastAsia="Times New Roman" w:hAnsi="Times New Roman"/>
                <w:color w:val="000000"/>
                <w:w w:val="97"/>
                <w:sz w:val="16"/>
                <w:lang w:val="ru-RU"/>
              </w:rPr>
              <w:t xml:space="preserve">разнообразных малых </w:t>
            </w:r>
            <w:r w:rsidRPr="00BB7497">
              <w:rPr>
                <w:lang w:val="ru-RU"/>
              </w:rPr>
              <w:br/>
            </w:r>
            <w:r w:rsidRPr="00BB7497">
              <w:rPr>
                <w:rFonts w:ascii="Times New Roman" w:eastAsia="Times New Roman" w:hAnsi="Times New Roman"/>
                <w:color w:val="000000"/>
                <w:w w:val="97"/>
                <w:sz w:val="16"/>
                <w:lang w:val="ru-RU"/>
              </w:rPr>
              <w:t xml:space="preserve">архитектурных форм, </w:t>
            </w:r>
            <w:r w:rsidRPr="00BB7497">
              <w:rPr>
                <w:lang w:val="ru-RU"/>
              </w:rPr>
              <w:br/>
            </w:r>
            <w:r w:rsidRPr="00BB7497">
              <w:rPr>
                <w:rFonts w:ascii="Times New Roman" w:eastAsia="Times New Roman" w:hAnsi="Times New Roman"/>
                <w:color w:val="000000"/>
                <w:w w:val="97"/>
                <w:sz w:val="16"/>
                <w:lang w:val="ru-RU"/>
              </w:rPr>
              <w:t xml:space="preserve">наполняющих городское </w:t>
            </w:r>
            <w:r w:rsidRPr="00BB7497">
              <w:rPr>
                <w:lang w:val="ru-RU"/>
              </w:rPr>
              <w:br/>
            </w:r>
            <w:r w:rsidRPr="00BB7497">
              <w:rPr>
                <w:rFonts w:ascii="Times New Roman" w:eastAsia="Times New Roman" w:hAnsi="Times New Roman"/>
                <w:color w:val="000000"/>
                <w:w w:val="97"/>
                <w:sz w:val="16"/>
                <w:lang w:val="ru-RU"/>
              </w:rPr>
              <w:t xml:space="preserve">пространство (в виде </w:t>
            </w:r>
            <w:r w:rsidRPr="00BB7497">
              <w:rPr>
                <w:lang w:val="ru-RU"/>
              </w:rPr>
              <w:br/>
            </w:r>
            <w:r w:rsidRPr="00BB7497">
              <w:rPr>
                <w:rFonts w:ascii="Times New Roman" w:eastAsia="Times New Roman" w:hAnsi="Times New Roman"/>
                <w:color w:val="000000"/>
                <w:w w:val="97"/>
                <w:sz w:val="16"/>
                <w:lang w:val="ru-RU"/>
              </w:rPr>
              <w:t xml:space="preserve">рисунков, аппликаций из </w:t>
            </w:r>
            <w:r w:rsidRPr="00BB7497">
              <w:rPr>
                <w:lang w:val="ru-RU"/>
              </w:rPr>
              <w:br/>
            </w:r>
            <w:r w:rsidRPr="00BB7497">
              <w:rPr>
                <w:rFonts w:ascii="Times New Roman" w:eastAsia="Times New Roman" w:hAnsi="Times New Roman"/>
                <w:color w:val="000000"/>
                <w:w w:val="97"/>
                <w:sz w:val="16"/>
                <w:lang w:val="ru-RU"/>
              </w:rPr>
              <w:t xml:space="preserve">цветной бумаги, путём </w:t>
            </w:r>
            <w:r w:rsidRPr="00BB7497">
              <w:rPr>
                <w:lang w:val="ru-RU"/>
              </w:rPr>
              <w:br/>
            </w:r>
            <w:r w:rsidRPr="00BB7497">
              <w:rPr>
                <w:rFonts w:ascii="Times New Roman" w:eastAsia="Times New Roman" w:hAnsi="Times New Roman"/>
                <w:color w:val="000000"/>
                <w:w w:val="97"/>
                <w:sz w:val="16"/>
                <w:lang w:val="ru-RU"/>
              </w:rPr>
              <w:t xml:space="preserve">вырезания и </w:t>
            </w:r>
            <w:r w:rsidRPr="00BB7497">
              <w:rPr>
                <w:lang w:val="ru-RU"/>
              </w:rPr>
              <w:br/>
            </w:r>
            <w:r w:rsidRPr="00BB7497">
              <w:rPr>
                <w:rFonts w:ascii="Times New Roman" w:eastAsia="Times New Roman" w:hAnsi="Times New Roman"/>
                <w:color w:val="000000"/>
                <w:w w:val="97"/>
                <w:sz w:val="16"/>
                <w:lang w:val="ru-RU"/>
              </w:rPr>
              <w:t>макетирования — по выбору учителя).;</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2D9A70E" w14:textId="77777777" w:rsidR="00BB7497" w:rsidRDefault="00BB7497" w:rsidP="00BB7497">
            <w:pPr>
              <w:autoSpaceDE w:val="0"/>
              <w:autoSpaceDN w:val="0"/>
              <w:spacing w:before="76"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2EA9323"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https://resh.edu.ru/subject/lesson/5002/start/207777/</w:t>
            </w:r>
          </w:p>
        </w:tc>
      </w:tr>
      <w:tr w:rsidR="00BB7497" w14:paraId="7ED242B6" w14:textId="77777777" w:rsidTr="00BB7497">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3D9F4B3"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5.5.</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0B8D5C1C" w14:textId="77777777" w:rsidR="00BB7497" w:rsidRDefault="00BB7497" w:rsidP="00BB7497">
            <w:pPr>
              <w:autoSpaceDE w:val="0"/>
              <w:autoSpaceDN w:val="0"/>
              <w:spacing w:before="78" w:after="0" w:line="230" w:lineRule="auto"/>
              <w:ind w:left="72"/>
            </w:pPr>
            <w:r>
              <w:rPr>
                <w:rFonts w:ascii="Times New Roman" w:eastAsia="Times New Roman" w:hAnsi="Times New Roman"/>
                <w:b/>
                <w:color w:val="000000"/>
                <w:w w:val="97"/>
                <w:sz w:val="16"/>
              </w:rPr>
              <w:t>Дизайн транспортных средств.</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1352F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563DCA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314A83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2A87277E" w14:textId="6DB98835"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E02E5DE" w14:textId="77777777" w:rsidR="00BB7497" w:rsidRPr="00BB7497" w:rsidRDefault="00BB7497" w:rsidP="00BB7497">
            <w:pPr>
              <w:autoSpaceDE w:val="0"/>
              <w:autoSpaceDN w:val="0"/>
              <w:spacing w:before="78" w:after="0" w:line="250" w:lineRule="auto"/>
              <w:ind w:left="74"/>
              <w:rPr>
                <w:lang w:val="ru-RU"/>
              </w:rPr>
            </w:pPr>
            <w:r w:rsidRPr="00BB7497">
              <w:rPr>
                <w:rFonts w:ascii="Times New Roman" w:eastAsia="Times New Roman" w:hAnsi="Times New Roman"/>
                <w:color w:val="000000"/>
                <w:w w:val="97"/>
                <w:sz w:val="16"/>
                <w:lang w:val="ru-RU"/>
              </w:rPr>
              <w:t xml:space="preserve">Узнать о работе художника-дизайнера по разработке </w:t>
            </w:r>
            <w:r w:rsidRPr="00BB7497">
              <w:rPr>
                <w:lang w:val="ru-RU"/>
              </w:rPr>
              <w:br/>
            </w:r>
            <w:r w:rsidRPr="00BB7497">
              <w:rPr>
                <w:rFonts w:ascii="Times New Roman" w:eastAsia="Times New Roman" w:hAnsi="Times New Roman"/>
                <w:color w:val="000000"/>
                <w:w w:val="97"/>
                <w:sz w:val="16"/>
                <w:lang w:val="ru-RU"/>
              </w:rPr>
              <w:t>формы автомобилей и других видов транспорта.;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03927FF" w14:textId="77777777" w:rsidR="00BB7497" w:rsidRDefault="00BB7497" w:rsidP="00BB7497">
            <w:pPr>
              <w:autoSpaceDE w:val="0"/>
              <w:autoSpaceDN w:val="0"/>
              <w:spacing w:before="78"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5BC0643C"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r w:rsidR="00BB7497" w14:paraId="1EB82B5C" w14:textId="77777777" w:rsidTr="00BB7497">
        <w:trPr>
          <w:trHeight w:hRule="exact" w:val="90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356360D"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5.6.</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D648D53" w14:textId="77777777" w:rsidR="00BB7497" w:rsidRPr="00BB7497" w:rsidRDefault="00BB7497" w:rsidP="00BB7497">
            <w:pPr>
              <w:autoSpaceDE w:val="0"/>
              <w:autoSpaceDN w:val="0"/>
              <w:spacing w:before="76" w:after="0" w:line="245" w:lineRule="auto"/>
              <w:ind w:left="72" w:right="144"/>
              <w:rPr>
                <w:lang w:val="ru-RU"/>
              </w:rPr>
            </w:pPr>
            <w:r w:rsidRPr="00BB7497">
              <w:rPr>
                <w:rFonts w:ascii="Times New Roman" w:eastAsia="Times New Roman" w:hAnsi="Times New Roman"/>
                <w:b/>
                <w:color w:val="000000"/>
                <w:w w:val="97"/>
                <w:sz w:val="16"/>
                <w:lang w:val="ru-RU"/>
              </w:rPr>
              <w:t>Транспорт в городе. Рисунки реальных или фантастических машин.</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58EABFB"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68755B"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B6AEE3D"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0426D41" w14:textId="77777777" w:rsidR="00BB7497" w:rsidRDefault="00BB7497" w:rsidP="00BB7497"/>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F66414F" w14:textId="77777777" w:rsidR="00BB7497" w:rsidRPr="00BB7497" w:rsidRDefault="00BB7497" w:rsidP="00BB7497">
            <w:pPr>
              <w:autoSpaceDE w:val="0"/>
              <w:autoSpaceDN w:val="0"/>
              <w:spacing w:before="76" w:after="0" w:line="250" w:lineRule="auto"/>
              <w:ind w:left="74"/>
              <w:rPr>
                <w:lang w:val="ru-RU"/>
              </w:rPr>
            </w:pPr>
            <w:r w:rsidRPr="00BB7497">
              <w:rPr>
                <w:rFonts w:ascii="Times New Roman" w:eastAsia="Times New Roman" w:hAnsi="Times New Roman"/>
                <w:color w:val="000000"/>
                <w:w w:val="97"/>
                <w:sz w:val="16"/>
                <w:lang w:val="ru-RU"/>
              </w:rPr>
              <w:t xml:space="preserve">Придумать и нарисовать (или выполнить в технике </w:t>
            </w:r>
            <w:r w:rsidRPr="00BB7497">
              <w:rPr>
                <w:lang w:val="ru-RU"/>
              </w:rPr>
              <w:br/>
            </w:r>
            <w:r w:rsidRPr="00BB7497">
              <w:rPr>
                <w:rFonts w:ascii="Times New Roman" w:eastAsia="Times New Roman" w:hAnsi="Times New Roman"/>
                <w:color w:val="000000"/>
                <w:w w:val="97"/>
                <w:sz w:val="16"/>
                <w:lang w:val="ru-RU"/>
              </w:rPr>
              <w:t xml:space="preserve">бумагопластики) </w:t>
            </w:r>
            <w:r w:rsidRPr="00BB7497">
              <w:rPr>
                <w:lang w:val="ru-RU"/>
              </w:rPr>
              <w:br/>
            </w:r>
            <w:r w:rsidRPr="00BB7497">
              <w:rPr>
                <w:rFonts w:ascii="Times New Roman" w:eastAsia="Times New Roman" w:hAnsi="Times New Roman"/>
                <w:color w:val="000000"/>
                <w:w w:val="97"/>
                <w:sz w:val="16"/>
                <w:lang w:val="ru-RU"/>
              </w:rPr>
              <w:t>транспортное средство.;</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0E466B7" w14:textId="77777777" w:rsidR="00BB7497" w:rsidRDefault="00BB7497" w:rsidP="00BB7497">
            <w:pPr>
              <w:autoSpaceDE w:val="0"/>
              <w:autoSpaceDN w:val="0"/>
              <w:spacing w:before="76"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15454D6E"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bl>
    <w:p w14:paraId="1A643D51" w14:textId="77777777" w:rsidR="00BB7497" w:rsidRDefault="00BB7497" w:rsidP="00BB7497">
      <w:pPr>
        <w:autoSpaceDE w:val="0"/>
        <w:autoSpaceDN w:val="0"/>
        <w:spacing w:after="0" w:line="14" w:lineRule="exact"/>
      </w:pPr>
    </w:p>
    <w:p w14:paraId="12911E8D" w14:textId="77777777" w:rsidR="00BB7497" w:rsidRDefault="00BB7497" w:rsidP="00BB7497">
      <w:pPr>
        <w:sectPr w:rsidR="00BB7497">
          <w:pgSz w:w="16840" w:h="11900"/>
          <w:pgMar w:top="284" w:right="640" w:bottom="538" w:left="666" w:header="720" w:footer="720" w:gutter="0"/>
          <w:cols w:space="720" w:equalWidth="0">
            <w:col w:w="15534" w:space="0"/>
          </w:cols>
          <w:docGrid w:linePitch="360"/>
        </w:sectPr>
      </w:pPr>
    </w:p>
    <w:p w14:paraId="644DBDB2"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610"/>
        <w:gridCol w:w="530"/>
        <w:gridCol w:w="1104"/>
        <w:gridCol w:w="1140"/>
        <w:gridCol w:w="866"/>
        <w:gridCol w:w="2196"/>
        <w:gridCol w:w="1236"/>
        <w:gridCol w:w="3424"/>
      </w:tblGrid>
      <w:tr w:rsidR="00BB7497" w14:paraId="299D6998" w14:textId="77777777" w:rsidTr="00BB7497">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5733187"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5.7.</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3FD60A" w14:textId="77777777" w:rsidR="00BB7497" w:rsidRPr="00BB7497" w:rsidRDefault="00BB7497" w:rsidP="00BB7497">
            <w:pPr>
              <w:autoSpaceDE w:val="0"/>
              <w:autoSpaceDN w:val="0"/>
              <w:spacing w:before="78" w:after="0" w:line="252" w:lineRule="auto"/>
              <w:ind w:left="72" w:right="288"/>
              <w:rPr>
                <w:lang w:val="ru-RU"/>
              </w:rPr>
            </w:pPr>
            <w:r w:rsidRPr="00BB7497">
              <w:rPr>
                <w:rFonts w:ascii="Times New Roman" w:eastAsia="Times New Roman" w:hAnsi="Times New Roman"/>
                <w:b/>
                <w:color w:val="000000"/>
                <w:w w:val="97"/>
                <w:sz w:val="16"/>
                <w:lang w:val="ru-RU"/>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F03413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AE9669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711B4F9"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D58B9E7" w14:textId="473E8BB9"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FE0C016" w14:textId="77777777" w:rsidR="00BB7497" w:rsidRPr="00BB7497" w:rsidRDefault="00BB7497" w:rsidP="00BB7497">
            <w:pPr>
              <w:autoSpaceDE w:val="0"/>
              <w:autoSpaceDN w:val="0"/>
              <w:spacing w:before="78" w:after="0" w:line="252" w:lineRule="auto"/>
              <w:ind w:left="74" w:right="144"/>
              <w:rPr>
                <w:lang w:val="ru-RU"/>
              </w:rPr>
            </w:pPr>
            <w:r w:rsidRPr="00BB7497">
              <w:rPr>
                <w:rFonts w:ascii="Times New Roman" w:eastAsia="Times New Roman" w:hAnsi="Times New Roman"/>
                <w:color w:val="000000"/>
                <w:w w:val="97"/>
                <w:sz w:val="16"/>
                <w:lang w:val="ru-RU"/>
              </w:rPr>
              <w:t xml:space="preserve">Выполнить творческий </w:t>
            </w:r>
            <w:r w:rsidRPr="00BB7497">
              <w:rPr>
                <w:lang w:val="ru-RU"/>
              </w:rPr>
              <w:br/>
            </w:r>
            <w:r w:rsidRPr="00BB7497">
              <w:rPr>
                <w:rFonts w:ascii="Times New Roman" w:eastAsia="Times New Roman" w:hAnsi="Times New Roman"/>
                <w:color w:val="000000"/>
                <w:w w:val="97"/>
                <w:sz w:val="16"/>
                <w:lang w:val="ru-RU"/>
              </w:rPr>
              <w:t xml:space="preserve">рисунок — создать </w:t>
            </w:r>
            <w:r w:rsidRPr="00BB7497">
              <w:rPr>
                <w:lang w:val="ru-RU"/>
              </w:rPr>
              <w:br/>
            </w:r>
            <w:r w:rsidRPr="00BB7497">
              <w:rPr>
                <w:rFonts w:ascii="Times New Roman" w:eastAsia="Times New Roman" w:hAnsi="Times New Roman"/>
                <w:color w:val="000000"/>
                <w:w w:val="97"/>
                <w:sz w:val="16"/>
                <w:lang w:val="ru-RU"/>
              </w:rPr>
              <w:t xml:space="preserve">графический образ своего города или села (или </w:t>
            </w:r>
            <w:r w:rsidRPr="00BB7497">
              <w:rPr>
                <w:lang w:val="ru-RU"/>
              </w:rPr>
              <w:br/>
            </w:r>
            <w:r w:rsidRPr="00BB7497">
              <w:rPr>
                <w:rFonts w:ascii="Times New Roman" w:eastAsia="Times New Roman" w:hAnsi="Times New Roman"/>
                <w:color w:val="000000"/>
                <w:w w:val="97"/>
                <w:sz w:val="16"/>
                <w:lang w:val="ru-RU"/>
              </w:rPr>
              <w:t>участвовать в коллективной работе);</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C35FEDB" w14:textId="77777777" w:rsidR="00BB7497" w:rsidRDefault="00BB7497" w:rsidP="00BB7497">
            <w:pPr>
              <w:autoSpaceDE w:val="0"/>
              <w:autoSpaceDN w:val="0"/>
              <w:spacing w:before="78"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E7F02DB"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https://resh.edu.ru/subject/lesson/4495/start/273315/</w:t>
            </w:r>
          </w:p>
        </w:tc>
      </w:tr>
      <w:tr w:rsidR="00BB7497" w14:paraId="508F3DA2" w14:textId="77777777" w:rsidTr="00BB7497">
        <w:trPr>
          <w:trHeight w:hRule="exact" w:val="350"/>
        </w:trPr>
        <w:tc>
          <w:tcPr>
            <w:tcW w:w="5006"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14:paraId="16E8C47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5</w:t>
            </w:r>
          </w:p>
        </w:tc>
        <w:tc>
          <w:tcPr>
            <w:tcW w:w="530" w:type="dxa"/>
            <w:tcBorders>
              <w:top w:val="single" w:sz="4" w:space="0" w:color="000000"/>
              <w:left w:val="single" w:sz="4" w:space="0" w:color="000000"/>
              <w:bottom w:val="single" w:sz="5" w:space="0" w:color="000000"/>
              <w:right w:val="single" w:sz="4" w:space="0" w:color="000000"/>
            </w:tcBorders>
            <w:tcMar>
              <w:left w:w="0" w:type="dxa"/>
              <w:right w:w="0" w:type="dxa"/>
            </w:tcMar>
          </w:tcPr>
          <w:p w14:paraId="7AC6A1D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5</w:t>
            </w:r>
          </w:p>
        </w:tc>
        <w:tc>
          <w:tcPr>
            <w:tcW w:w="9966"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14:paraId="313B71F3" w14:textId="77777777" w:rsidR="00BB7497" w:rsidRDefault="00BB7497" w:rsidP="00BB7497"/>
        </w:tc>
      </w:tr>
      <w:tr w:rsidR="00BB7497" w14:paraId="011CD7DC" w14:textId="77777777" w:rsidTr="00BB7497">
        <w:trPr>
          <w:trHeight w:hRule="exact" w:val="348"/>
        </w:trPr>
        <w:tc>
          <w:tcPr>
            <w:tcW w:w="15502" w:type="dxa"/>
            <w:gridSpan w:val="9"/>
            <w:tcBorders>
              <w:top w:val="single" w:sz="5" w:space="0" w:color="000000"/>
              <w:left w:val="single" w:sz="4" w:space="0" w:color="000000"/>
              <w:bottom w:val="single" w:sz="4" w:space="0" w:color="000000"/>
              <w:right w:val="single" w:sz="4" w:space="0" w:color="000000"/>
            </w:tcBorders>
            <w:tcMar>
              <w:left w:w="0" w:type="dxa"/>
              <w:right w:w="0" w:type="dxa"/>
            </w:tcMar>
          </w:tcPr>
          <w:p w14:paraId="223C5F32" w14:textId="77777777" w:rsidR="00BB7497" w:rsidRDefault="00BB7497" w:rsidP="00BB7497">
            <w:pPr>
              <w:autoSpaceDE w:val="0"/>
              <w:autoSpaceDN w:val="0"/>
              <w:spacing w:before="74" w:after="0" w:line="230" w:lineRule="auto"/>
              <w:ind w:left="72"/>
            </w:pPr>
            <w:r>
              <w:rPr>
                <w:rFonts w:ascii="Times New Roman" w:eastAsia="Times New Roman" w:hAnsi="Times New Roman"/>
                <w:color w:val="000000"/>
                <w:w w:val="97"/>
                <w:sz w:val="16"/>
              </w:rPr>
              <w:t xml:space="preserve">Модуль 6. </w:t>
            </w:r>
            <w:r>
              <w:rPr>
                <w:rFonts w:ascii="Times New Roman" w:eastAsia="Times New Roman" w:hAnsi="Times New Roman"/>
                <w:b/>
                <w:color w:val="000000"/>
                <w:w w:val="97"/>
                <w:sz w:val="16"/>
              </w:rPr>
              <w:t>Восприятие произведений искусства</w:t>
            </w:r>
          </w:p>
        </w:tc>
      </w:tr>
      <w:tr w:rsidR="00BB7497" w14:paraId="62E4D039" w14:textId="77777777" w:rsidTr="00BB7497">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A91CC77"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6.1.</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565DDE40" w14:textId="77777777" w:rsidR="00BB7497" w:rsidRPr="00BB7497" w:rsidRDefault="00BB7497" w:rsidP="00BB7497">
            <w:pPr>
              <w:autoSpaceDE w:val="0"/>
              <w:autoSpaceDN w:val="0"/>
              <w:spacing w:before="76" w:after="0" w:line="233" w:lineRule="auto"/>
              <w:ind w:left="72"/>
              <w:rPr>
                <w:lang w:val="ru-RU"/>
              </w:rPr>
            </w:pPr>
            <w:r w:rsidRPr="00BB7497">
              <w:rPr>
                <w:rFonts w:ascii="Times New Roman" w:eastAsia="Times New Roman" w:hAnsi="Times New Roman"/>
                <w:b/>
                <w:color w:val="000000"/>
                <w:w w:val="97"/>
                <w:sz w:val="16"/>
                <w:lang w:val="ru-RU"/>
              </w:rPr>
              <w:t>Иллюстрации в детских книгах и дизайн детской книги.</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A242D9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4F83C"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8E3C022"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44EA3E2" w14:textId="42F5E744"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7F1CC2D" w14:textId="77777777" w:rsidR="00BB7497" w:rsidRPr="00BB7497" w:rsidRDefault="00BB7497" w:rsidP="00BB7497">
            <w:pPr>
              <w:autoSpaceDE w:val="0"/>
              <w:autoSpaceDN w:val="0"/>
              <w:spacing w:before="76" w:after="0" w:line="250" w:lineRule="auto"/>
              <w:ind w:left="74" w:right="144"/>
              <w:rPr>
                <w:lang w:val="ru-RU"/>
              </w:rPr>
            </w:pPr>
            <w:r w:rsidRPr="00BB7497">
              <w:rPr>
                <w:rFonts w:ascii="Times New Roman" w:eastAsia="Times New Roman" w:hAnsi="Times New Roman"/>
                <w:color w:val="000000"/>
                <w:w w:val="97"/>
                <w:sz w:val="16"/>
                <w:lang w:val="ru-RU"/>
              </w:rPr>
              <w:t xml:space="preserve">Рассматривать и обсуждать иллюстрации известных </w:t>
            </w:r>
            <w:r w:rsidRPr="00BB7497">
              <w:rPr>
                <w:lang w:val="ru-RU"/>
              </w:rPr>
              <w:br/>
            </w:r>
            <w:r w:rsidRPr="00BB7497">
              <w:rPr>
                <w:rFonts w:ascii="Times New Roman" w:eastAsia="Times New Roman" w:hAnsi="Times New Roman"/>
                <w:color w:val="000000"/>
                <w:w w:val="97"/>
                <w:sz w:val="16"/>
                <w:lang w:val="ru-RU"/>
              </w:rPr>
              <w:t>отечественных художников детских книг.;</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0232A13C" w14:textId="77777777" w:rsidR="00BB7497" w:rsidRDefault="00BB7497" w:rsidP="00BB7497">
            <w:pPr>
              <w:autoSpaceDE w:val="0"/>
              <w:autoSpaceDN w:val="0"/>
              <w:spacing w:before="76" w:after="0" w:line="250" w:lineRule="auto"/>
              <w:ind w:left="72" w:right="288"/>
            </w:pPr>
            <w:r>
              <w:rPr>
                <w:rFonts w:ascii="Times New Roman" w:eastAsia="Times New Roman" w:hAnsi="Times New Roman"/>
                <w:color w:val="000000"/>
                <w:w w:val="97"/>
                <w:sz w:val="16"/>
              </w:rPr>
              <w:t xml:space="preserve">Беседа; </w:t>
            </w:r>
            <w:r>
              <w:br/>
            </w: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6B6027D4"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4E876645" w14:textId="77777777" w:rsidTr="00BB7497">
        <w:trPr>
          <w:trHeight w:hRule="exact" w:val="19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F151450"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6.2.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6B939B2" w14:textId="77777777" w:rsidR="00BB7497" w:rsidRPr="00BB7497" w:rsidRDefault="00BB7497" w:rsidP="00BB7497">
            <w:pPr>
              <w:autoSpaceDE w:val="0"/>
              <w:autoSpaceDN w:val="0"/>
              <w:spacing w:before="76" w:after="0" w:line="250" w:lineRule="auto"/>
              <w:ind w:left="72"/>
              <w:rPr>
                <w:lang w:val="ru-RU"/>
              </w:rPr>
            </w:pPr>
            <w:r w:rsidRPr="00BB7497">
              <w:rPr>
                <w:rFonts w:ascii="Times New Roman" w:eastAsia="Times New Roman" w:hAnsi="Times New Roman"/>
                <w:b/>
                <w:color w:val="000000"/>
                <w:w w:val="97"/>
                <w:sz w:val="16"/>
                <w:lang w:val="ru-RU"/>
              </w:rPr>
              <w:t>Наблюдение окружающего мира по теме «Архитектура, улицы моего города». Памятники архитектуры и архитектурные достопримечательности (по выбору учителя), их значение в современном мире.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AE74C9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71F80C"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D45D162"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A7E5B18" w14:textId="27315FD3"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C796DEC" w14:textId="77777777" w:rsidR="00BB7497" w:rsidRPr="00BB7497" w:rsidRDefault="00BB7497" w:rsidP="00BB7497">
            <w:pPr>
              <w:autoSpaceDE w:val="0"/>
              <w:autoSpaceDN w:val="0"/>
              <w:spacing w:before="76" w:after="0" w:line="254" w:lineRule="auto"/>
              <w:ind w:left="74"/>
              <w:rPr>
                <w:lang w:val="ru-RU"/>
              </w:rPr>
            </w:pPr>
            <w:r w:rsidRPr="00BB7497">
              <w:rPr>
                <w:rFonts w:ascii="Times New Roman" w:eastAsia="Times New Roman" w:hAnsi="Times New Roman"/>
                <w:color w:val="000000"/>
                <w:w w:val="97"/>
                <w:sz w:val="16"/>
                <w:lang w:val="ru-RU"/>
              </w:rPr>
              <w:t xml:space="preserve">Рассматривать и </w:t>
            </w:r>
            <w:r w:rsidRPr="00BB7497">
              <w:rPr>
                <w:lang w:val="ru-RU"/>
              </w:rPr>
              <w:br/>
            </w:r>
            <w:r w:rsidRPr="00BB7497">
              <w:rPr>
                <w:rFonts w:ascii="Times New Roman" w:eastAsia="Times New Roman" w:hAnsi="Times New Roman"/>
                <w:color w:val="000000"/>
                <w:w w:val="97"/>
                <w:sz w:val="16"/>
                <w:lang w:val="ru-RU"/>
              </w:rPr>
              <w:t xml:space="preserve">анализировать архитектурные постройки своего города </w:t>
            </w:r>
            <w:r w:rsidRPr="00BB7497">
              <w:rPr>
                <w:lang w:val="ru-RU"/>
              </w:rPr>
              <w:br/>
            </w:r>
            <w:r w:rsidRPr="00BB7497">
              <w:rPr>
                <w:rFonts w:ascii="Times New Roman" w:eastAsia="Times New Roman" w:hAnsi="Times New Roman"/>
                <w:color w:val="000000"/>
                <w:w w:val="97"/>
                <w:sz w:val="16"/>
                <w:lang w:val="ru-RU"/>
              </w:rPr>
              <w:t xml:space="preserve">(села), характерные </w:t>
            </w:r>
            <w:r w:rsidRPr="00BB7497">
              <w:rPr>
                <w:lang w:val="ru-RU"/>
              </w:rPr>
              <w:br/>
            </w:r>
            <w:r w:rsidRPr="00BB7497">
              <w:rPr>
                <w:rFonts w:ascii="Times New Roman" w:eastAsia="Times New Roman" w:hAnsi="Times New Roman"/>
                <w:color w:val="000000"/>
                <w:w w:val="97"/>
                <w:sz w:val="16"/>
                <w:lang w:val="ru-RU"/>
              </w:rPr>
              <w:t xml:space="preserve">особенности улиц и </w:t>
            </w:r>
            <w:r w:rsidRPr="00BB7497">
              <w:rPr>
                <w:lang w:val="ru-RU"/>
              </w:rPr>
              <w:br/>
            </w:r>
            <w:r w:rsidRPr="00BB7497">
              <w:rPr>
                <w:rFonts w:ascii="Times New Roman" w:eastAsia="Times New Roman" w:hAnsi="Times New Roman"/>
                <w:color w:val="000000"/>
                <w:w w:val="97"/>
                <w:sz w:val="16"/>
                <w:lang w:val="ru-RU"/>
              </w:rPr>
              <w:t xml:space="preserve">площадей, выделять </w:t>
            </w:r>
            <w:r w:rsidRPr="00BB7497">
              <w:rPr>
                <w:lang w:val="ru-RU"/>
              </w:rPr>
              <w:br/>
            </w:r>
            <w:r w:rsidRPr="00BB7497">
              <w:rPr>
                <w:rFonts w:ascii="Times New Roman" w:eastAsia="Times New Roman" w:hAnsi="Times New Roman"/>
                <w:color w:val="000000"/>
                <w:w w:val="97"/>
                <w:sz w:val="16"/>
                <w:lang w:val="ru-RU"/>
              </w:rPr>
              <w:t xml:space="preserve">центральные по архитектуре здания и обсуждать их </w:t>
            </w:r>
            <w:r w:rsidRPr="00BB7497">
              <w:rPr>
                <w:lang w:val="ru-RU"/>
              </w:rPr>
              <w:br/>
            </w:r>
            <w:r w:rsidRPr="00BB7497">
              <w:rPr>
                <w:rFonts w:ascii="Times New Roman" w:eastAsia="Times New Roman" w:hAnsi="Times New Roman"/>
                <w:color w:val="000000"/>
                <w:w w:val="97"/>
                <w:sz w:val="16"/>
                <w:lang w:val="ru-RU"/>
              </w:rPr>
              <w:t>особенности.;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97AFE8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Игра;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5E8279CC"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3E573E4F" w14:textId="77777777" w:rsidTr="00BB7497">
        <w:trPr>
          <w:trHeight w:hRule="exact" w:val="111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B6B32C5"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A8770E8" w14:textId="77777777" w:rsidR="00BB7497" w:rsidRPr="00BB7497" w:rsidRDefault="00BB7497" w:rsidP="00BB7497">
            <w:pPr>
              <w:autoSpaceDE w:val="0"/>
              <w:autoSpaceDN w:val="0"/>
              <w:spacing w:before="78" w:after="0" w:line="245" w:lineRule="auto"/>
              <w:ind w:right="144"/>
              <w:jc w:val="center"/>
              <w:rPr>
                <w:lang w:val="ru-RU"/>
              </w:rPr>
            </w:pPr>
            <w:r w:rsidRPr="00BB7497">
              <w:rPr>
                <w:rFonts w:ascii="Times New Roman" w:eastAsia="Times New Roman" w:hAnsi="Times New Roman"/>
                <w:b/>
                <w:color w:val="000000"/>
                <w:w w:val="97"/>
                <w:sz w:val="16"/>
                <w:lang w:val="ru-RU"/>
              </w:rPr>
              <w:t>Виртуальное путешествие: памятники архитектуры Москвы и Санкт-Петербурга (обзор памятников по выбору учителя).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0336B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57F54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869B85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AD13B04" w14:textId="77777777" w:rsidR="00BB7497" w:rsidRDefault="00BB7497" w:rsidP="00BB7497"/>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7D1F3C0" w14:textId="77777777" w:rsidR="00BB7497" w:rsidRPr="00BB7497" w:rsidRDefault="00BB7497" w:rsidP="00BB7497">
            <w:pPr>
              <w:autoSpaceDE w:val="0"/>
              <w:autoSpaceDN w:val="0"/>
              <w:spacing w:before="78" w:after="0" w:line="252" w:lineRule="auto"/>
              <w:ind w:left="74" w:right="144"/>
              <w:rPr>
                <w:lang w:val="ru-RU"/>
              </w:rPr>
            </w:pPr>
            <w:r w:rsidRPr="00BB7497">
              <w:rPr>
                <w:rFonts w:ascii="Times New Roman" w:eastAsia="Times New Roman" w:hAnsi="Times New Roman"/>
                <w:color w:val="000000"/>
                <w:w w:val="97"/>
                <w:sz w:val="16"/>
                <w:lang w:val="ru-RU"/>
              </w:rPr>
              <w:t>Рассматривать и обсуждать структурные компоненты и архитектурные особенности классических произведений архитектуры.;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C80EAC9" w14:textId="77777777" w:rsidR="00BB7497" w:rsidRDefault="00BB7497" w:rsidP="00BB7497">
            <w:pPr>
              <w:autoSpaceDE w:val="0"/>
              <w:autoSpaceDN w:val="0"/>
              <w:spacing w:before="78"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58BBF949"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r w:rsidR="00BB7497" w14:paraId="7D61BD7B" w14:textId="77777777" w:rsidTr="00BB7497">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3FE3FE8"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6.4.</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BE66DA4" w14:textId="77777777" w:rsidR="00BB7497" w:rsidRPr="00BB7497" w:rsidRDefault="00BB7497" w:rsidP="00BB7497">
            <w:pPr>
              <w:autoSpaceDE w:val="0"/>
              <w:autoSpaceDN w:val="0"/>
              <w:spacing w:before="76" w:after="0" w:line="245" w:lineRule="auto"/>
              <w:ind w:left="72" w:right="144"/>
              <w:rPr>
                <w:lang w:val="ru-RU"/>
              </w:rPr>
            </w:pPr>
            <w:r w:rsidRPr="00BB7497">
              <w:rPr>
                <w:rFonts w:ascii="Times New Roman" w:eastAsia="Times New Roman" w:hAnsi="Times New Roman"/>
                <w:b/>
                <w:color w:val="000000"/>
                <w:w w:val="97"/>
                <w:sz w:val="16"/>
                <w:lang w:val="ru-RU"/>
              </w:rPr>
              <w:t xml:space="preserve">Знания о видах пространственных искусств: виды </w:t>
            </w:r>
            <w:r w:rsidRPr="00BB7497">
              <w:rPr>
                <w:lang w:val="ru-RU"/>
              </w:rPr>
              <w:br/>
            </w:r>
            <w:r w:rsidRPr="00BB7497">
              <w:rPr>
                <w:rFonts w:ascii="Times New Roman" w:eastAsia="Times New Roman" w:hAnsi="Times New Roman"/>
                <w:b/>
                <w:color w:val="000000"/>
                <w:w w:val="97"/>
                <w:sz w:val="16"/>
                <w:lang w:val="ru-RU"/>
              </w:rPr>
              <w:t>определяются по назначению произведений в жизни людей.</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08F590"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C145A3"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D99847D"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257C7612" w14:textId="1BB3F6CE"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2CA4F08" w14:textId="77777777" w:rsidR="00BB7497" w:rsidRPr="00BB7497" w:rsidRDefault="00BB7497" w:rsidP="00BB7497">
            <w:pPr>
              <w:autoSpaceDE w:val="0"/>
              <w:autoSpaceDN w:val="0"/>
              <w:spacing w:before="76" w:after="0" w:line="250" w:lineRule="auto"/>
              <w:ind w:left="74" w:right="168"/>
              <w:jc w:val="both"/>
              <w:rPr>
                <w:lang w:val="ru-RU"/>
              </w:rPr>
            </w:pPr>
            <w:r w:rsidRPr="00BB7497">
              <w:rPr>
                <w:rFonts w:ascii="Times New Roman" w:eastAsia="Times New Roman" w:hAnsi="Times New Roman"/>
                <w:color w:val="000000"/>
                <w:w w:val="97"/>
                <w:sz w:val="16"/>
                <w:lang w:val="ru-RU"/>
              </w:rPr>
              <w:t>Узнавать и уметь объяснять назначение основных видов пространственных искусств.;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1646AC1E" w14:textId="77777777" w:rsidR="00BB7497" w:rsidRDefault="00BB7497" w:rsidP="00BB7497">
            <w:pPr>
              <w:autoSpaceDE w:val="0"/>
              <w:autoSpaceDN w:val="0"/>
              <w:spacing w:before="76"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045B5F1"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1D7C5EDF" w14:textId="77777777" w:rsidTr="00BB7497">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9AF1D35"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6.5.</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00481B" w14:textId="77777777" w:rsidR="00BB7497" w:rsidRPr="00BB7497" w:rsidRDefault="00BB7497" w:rsidP="00BB7497">
            <w:pPr>
              <w:autoSpaceDE w:val="0"/>
              <w:autoSpaceDN w:val="0"/>
              <w:spacing w:before="76" w:after="0" w:line="252" w:lineRule="auto"/>
              <w:ind w:left="72" w:right="144"/>
              <w:rPr>
                <w:lang w:val="ru-RU"/>
              </w:rPr>
            </w:pPr>
            <w:r w:rsidRPr="00BB7497">
              <w:rPr>
                <w:rFonts w:ascii="Times New Roman" w:eastAsia="Times New Roman" w:hAnsi="Times New Roman"/>
                <w:b/>
                <w:color w:val="000000"/>
                <w:w w:val="97"/>
                <w:sz w:val="16"/>
                <w:lang w:val="ru-RU"/>
              </w:rPr>
              <w:t xml:space="preserve">Жанры в изобразительном искусстве — живописи, графике, скульптуре — определяются предметом изображения и служат для классификации и сравнения </w:t>
            </w:r>
            <w:r w:rsidRPr="00BB7497">
              <w:rPr>
                <w:lang w:val="ru-RU"/>
              </w:rPr>
              <w:br/>
            </w:r>
            <w:r w:rsidRPr="00BB7497">
              <w:rPr>
                <w:rFonts w:ascii="Times New Roman" w:eastAsia="Times New Roman" w:hAnsi="Times New Roman"/>
                <w:b/>
                <w:color w:val="000000"/>
                <w:w w:val="97"/>
                <w:sz w:val="16"/>
                <w:lang w:val="ru-RU"/>
              </w:rPr>
              <w:t>содержания произведений сходного сюжета (портреты, пейзажи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BDB031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C121D37"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0.5</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DF77FA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0AE80341" w14:textId="77777777" w:rsidR="00BB7497" w:rsidRDefault="00BB7497" w:rsidP="00BB7497"/>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D19E32" w14:textId="77777777" w:rsidR="00BB7497" w:rsidRPr="00BB7497" w:rsidRDefault="00BB7497" w:rsidP="00BB7497">
            <w:pPr>
              <w:autoSpaceDE w:val="0"/>
              <w:autoSpaceDN w:val="0"/>
              <w:spacing w:before="76" w:after="0" w:line="250" w:lineRule="auto"/>
              <w:ind w:left="74"/>
              <w:rPr>
                <w:lang w:val="ru-RU"/>
              </w:rPr>
            </w:pPr>
            <w:r w:rsidRPr="00BB7497">
              <w:rPr>
                <w:rFonts w:ascii="Times New Roman" w:eastAsia="Times New Roman" w:hAnsi="Times New Roman"/>
                <w:color w:val="000000"/>
                <w:w w:val="97"/>
                <w:sz w:val="16"/>
                <w:lang w:val="ru-RU"/>
              </w:rPr>
              <w:t xml:space="preserve">Уметь перечислять виды </w:t>
            </w:r>
            <w:r w:rsidRPr="00BB7497">
              <w:rPr>
                <w:lang w:val="ru-RU"/>
              </w:rPr>
              <w:br/>
            </w:r>
            <w:r w:rsidRPr="00BB7497">
              <w:rPr>
                <w:rFonts w:ascii="Times New Roman" w:eastAsia="Times New Roman" w:hAnsi="Times New Roman"/>
                <w:color w:val="000000"/>
                <w:w w:val="97"/>
                <w:sz w:val="16"/>
                <w:lang w:val="ru-RU"/>
              </w:rPr>
              <w:t>собственно изобразительных искусств: живопись, графику, скульптуру.;</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61AEA5E0" w14:textId="77777777" w:rsidR="00BB7497" w:rsidRDefault="00BB7497" w:rsidP="00BB7497">
            <w:pPr>
              <w:autoSpaceDE w:val="0"/>
              <w:autoSpaceDN w:val="0"/>
              <w:spacing w:before="76"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041E67AF"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5A9E72EA" w14:textId="77777777" w:rsidTr="00BB7497">
        <w:trPr>
          <w:trHeight w:hRule="exact" w:val="178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75050A0"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6.6.</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31EC21" w14:textId="77777777" w:rsidR="00BB7497" w:rsidRPr="00BB7497" w:rsidRDefault="00BB7497" w:rsidP="00BB7497">
            <w:pPr>
              <w:autoSpaceDE w:val="0"/>
              <w:autoSpaceDN w:val="0"/>
              <w:spacing w:before="78" w:after="0" w:line="245" w:lineRule="auto"/>
              <w:ind w:left="72"/>
              <w:rPr>
                <w:lang w:val="ru-RU"/>
              </w:rPr>
            </w:pPr>
            <w:r w:rsidRPr="00BB7497">
              <w:rPr>
                <w:rFonts w:ascii="Times New Roman" w:eastAsia="Times New Roman" w:hAnsi="Times New Roman"/>
                <w:b/>
                <w:color w:val="000000"/>
                <w:w w:val="97"/>
                <w:sz w:val="16"/>
                <w:lang w:val="ru-RU"/>
              </w:rPr>
              <w:t>Представления о произведениях крупнейших отечественных художников-пейзажистов: И. И. Шишкина, И. И. Левитана, А.</w:t>
            </w:r>
          </w:p>
          <w:p w14:paraId="693C9E4E" w14:textId="77777777" w:rsidR="00BB7497" w:rsidRPr="00BB7497" w:rsidRDefault="00BB7497" w:rsidP="00BB7497">
            <w:pPr>
              <w:autoSpaceDE w:val="0"/>
              <w:autoSpaceDN w:val="0"/>
              <w:spacing w:before="20" w:after="0" w:line="245" w:lineRule="auto"/>
              <w:ind w:left="72" w:right="864"/>
              <w:rPr>
                <w:lang w:val="ru-RU"/>
              </w:rPr>
            </w:pPr>
            <w:r w:rsidRPr="00BB7497">
              <w:rPr>
                <w:rFonts w:ascii="Times New Roman" w:eastAsia="Times New Roman" w:hAnsi="Times New Roman"/>
                <w:b/>
                <w:color w:val="000000"/>
                <w:w w:val="97"/>
                <w:sz w:val="16"/>
                <w:lang w:val="ru-RU"/>
              </w:rPr>
              <w:t>К. Саврасова, В. Д. Поленова, А. И. Куинджи, И. К. Айвазовского (и других по выбору учителя).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91FAF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C55AD6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DE9E97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1AE31AD" w14:textId="1BED223C"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2B4A392" w14:textId="77777777" w:rsidR="00BB7497" w:rsidRPr="00BB7497" w:rsidRDefault="00BB7497" w:rsidP="00BB7497">
            <w:pPr>
              <w:autoSpaceDE w:val="0"/>
              <w:autoSpaceDN w:val="0"/>
              <w:spacing w:before="78" w:after="0" w:line="254" w:lineRule="auto"/>
              <w:ind w:left="74"/>
              <w:rPr>
                <w:lang w:val="ru-RU"/>
              </w:rPr>
            </w:pPr>
            <w:r w:rsidRPr="00BB7497">
              <w:rPr>
                <w:rFonts w:ascii="Times New Roman" w:eastAsia="Times New Roman" w:hAnsi="Times New Roman"/>
                <w:color w:val="000000"/>
                <w:w w:val="97"/>
                <w:sz w:val="16"/>
                <w:lang w:val="ru-RU"/>
              </w:rPr>
              <w:t xml:space="preserve">Уметь объяснять смысл </w:t>
            </w:r>
            <w:r w:rsidRPr="00BB7497">
              <w:rPr>
                <w:lang w:val="ru-RU"/>
              </w:rPr>
              <w:br/>
            </w:r>
            <w:r w:rsidRPr="00BB7497">
              <w:rPr>
                <w:rFonts w:ascii="Times New Roman" w:eastAsia="Times New Roman" w:hAnsi="Times New Roman"/>
                <w:color w:val="000000"/>
                <w:w w:val="97"/>
                <w:sz w:val="16"/>
                <w:lang w:val="ru-RU"/>
              </w:rPr>
              <w:t>термина «жанр»</w:t>
            </w:r>
            <w:r w:rsidRPr="00BB7497">
              <w:rPr>
                <w:lang w:val="ru-RU"/>
              </w:rPr>
              <w:br/>
            </w:r>
            <w:r w:rsidRPr="00BB7497">
              <w:rPr>
                <w:rFonts w:ascii="Times New Roman" w:eastAsia="Times New Roman" w:hAnsi="Times New Roman"/>
                <w:color w:val="000000"/>
                <w:w w:val="97"/>
                <w:sz w:val="16"/>
                <w:lang w:val="ru-RU"/>
              </w:rPr>
              <w:t xml:space="preserve">в изобразительном искусстве.; Получать представления о </w:t>
            </w:r>
            <w:r w:rsidRPr="00BB7497">
              <w:rPr>
                <w:lang w:val="ru-RU"/>
              </w:rPr>
              <w:br/>
            </w:r>
            <w:r w:rsidRPr="00BB7497">
              <w:rPr>
                <w:rFonts w:ascii="Times New Roman" w:eastAsia="Times New Roman" w:hAnsi="Times New Roman"/>
                <w:color w:val="000000"/>
                <w:w w:val="97"/>
                <w:sz w:val="16"/>
                <w:lang w:val="ru-RU"/>
              </w:rPr>
              <w:t xml:space="preserve">наиболее знаменитых </w:t>
            </w:r>
            <w:r w:rsidRPr="00BB7497">
              <w:rPr>
                <w:lang w:val="ru-RU"/>
              </w:rPr>
              <w:br/>
            </w:r>
            <w:r w:rsidRPr="00BB7497">
              <w:rPr>
                <w:rFonts w:ascii="Times New Roman" w:eastAsia="Times New Roman" w:hAnsi="Times New Roman"/>
                <w:color w:val="000000"/>
                <w:w w:val="97"/>
                <w:sz w:val="16"/>
                <w:lang w:val="ru-RU"/>
              </w:rPr>
              <w:t xml:space="preserve">картинах и знать имена </w:t>
            </w:r>
            <w:r w:rsidRPr="00BB7497">
              <w:rPr>
                <w:lang w:val="ru-RU"/>
              </w:rPr>
              <w:br/>
            </w:r>
            <w:r w:rsidRPr="00BB7497">
              <w:rPr>
                <w:rFonts w:ascii="Times New Roman" w:eastAsia="Times New Roman" w:hAnsi="Times New Roman"/>
                <w:color w:val="000000"/>
                <w:w w:val="97"/>
                <w:sz w:val="16"/>
                <w:lang w:val="ru-RU"/>
              </w:rPr>
              <w:t>крупнейших отечественных художников-пейзажистов.;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6F3FD4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Беседа;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794802C0"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bl>
    <w:p w14:paraId="0BAB5BE5" w14:textId="77777777" w:rsidR="00BB7497" w:rsidRDefault="00BB7497" w:rsidP="00BB7497">
      <w:pPr>
        <w:autoSpaceDE w:val="0"/>
        <w:autoSpaceDN w:val="0"/>
        <w:spacing w:after="0" w:line="14" w:lineRule="exact"/>
      </w:pPr>
    </w:p>
    <w:p w14:paraId="47F10E59" w14:textId="77777777" w:rsidR="00BB7497" w:rsidRDefault="00BB7497" w:rsidP="00BB7497">
      <w:pPr>
        <w:sectPr w:rsidR="00BB7497">
          <w:pgSz w:w="16840" w:h="11900"/>
          <w:pgMar w:top="284" w:right="640" w:bottom="856" w:left="666" w:header="720" w:footer="720" w:gutter="0"/>
          <w:cols w:space="720" w:equalWidth="0">
            <w:col w:w="15534" w:space="0"/>
          </w:cols>
          <w:docGrid w:linePitch="360"/>
        </w:sectPr>
      </w:pPr>
    </w:p>
    <w:p w14:paraId="05C041FB"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610"/>
        <w:gridCol w:w="530"/>
        <w:gridCol w:w="1104"/>
        <w:gridCol w:w="1140"/>
        <w:gridCol w:w="866"/>
        <w:gridCol w:w="2196"/>
        <w:gridCol w:w="1236"/>
        <w:gridCol w:w="3424"/>
      </w:tblGrid>
      <w:tr w:rsidR="00BB7497" w14:paraId="494CAEBE" w14:textId="77777777" w:rsidTr="00BB7497">
        <w:trPr>
          <w:trHeight w:hRule="exact" w:val="188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BAFDEE6"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6.7.</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06F78B" w14:textId="77777777" w:rsidR="00BB7497" w:rsidRPr="00BB7497" w:rsidRDefault="00BB7497" w:rsidP="00BB7497">
            <w:pPr>
              <w:autoSpaceDE w:val="0"/>
              <w:autoSpaceDN w:val="0"/>
              <w:spacing w:before="78" w:after="0" w:line="247" w:lineRule="auto"/>
              <w:ind w:left="72" w:right="144"/>
              <w:rPr>
                <w:lang w:val="ru-RU"/>
              </w:rPr>
            </w:pPr>
            <w:r w:rsidRPr="00BB7497">
              <w:rPr>
                <w:rFonts w:ascii="Times New Roman" w:eastAsia="Times New Roman" w:hAnsi="Times New Roman"/>
                <w:b/>
                <w:color w:val="000000"/>
                <w:w w:val="97"/>
                <w:sz w:val="16"/>
                <w:lang w:val="ru-RU"/>
              </w:rPr>
              <w:t>Представления о произведениях крупнейших отечественных портретистов: В. И. Сурикова, И. Е. Репина, В. А. Серова (и других по выбору учителя).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7536F1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6DA2FF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B6E98F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0CEF99E5" w14:textId="77777777" w:rsidR="00BB7497" w:rsidRDefault="00BB7497" w:rsidP="00BB7497"/>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EEFAF65" w14:textId="77777777" w:rsidR="00BB7497" w:rsidRPr="00BB7497" w:rsidRDefault="00BB7497" w:rsidP="00BB7497">
            <w:pPr>
              <w:autoSpaceDE w:val="0"/>
              <w:autoSpaceDN w:val="0"/>
              <w:spacing w:before="78" w:after="0" w:line="254" w:lineRule="auto"/>
              <w:ind w:left="74" w:right="144"/>
              <w:rPr>
                <w:lang w:val="ru-RU"/>
              </w:rPr>
            </w:pPr>
            <w:r w:rsidRPr="00BB7497">
              <w:rPr>
                <w:rFonts w:ascii="Times New Roman" w:eastAsia="Times New Roman" w:hAnsi="Times New Roman"/>
                <w:color w:val="000000"/>
                <w:w w:val="97"/>
                <w:sz w:val="16"/>
                <w:lang w:val="ru-RU"/>
              </w:rPr>
              <w:t xml:space="preserve">Получать представления о наиболее знаменитых </w:t>
            </w:r>
            <w:r w:rsidRPr="00BB7497">
              <w:rPr>
                <w:lang w:val="ru-RU"/>
              </w:rPr>
              <w:br/>
            </w:r>
            <w:r w:rsidRPr="00BB7497">
              <w:rPr>
                <w:rFonts w:ascii="Times New Roman" w:eastAsia="Times New Roman" w:hAnsi="Times New Roman"/>
                <w:color w:val="000000"/>
                <w:w w:val="97"/>
                <w:sz w:val="16"/>
                <w:lang w:val="ru-RU"/>
              </w:rPr>
              <w:t xml:space="preserve">картинах и знать имена </w:t>
            </w:r>
            <w:r w:rsidRPr="00BB7497">
              <w:rPr>
                <w:lang w:val="ru-RU"/>
              </w:rPr>
              <w:br/>
            </w:r>
            <w:r w:rsidRPr="00BB7497">
              <w:rPr>
                <w:rFonts w:ascii="Times New Roman" w:eastAsia="Times New Roman" w:hAnsi="Times New Roman"/>
                <w:color w:val="000000"/>
                <w:w w:val="97"/>
                <w:sz w:val="16"/>
                <w:lang w:val="ru-RU"/>
              </w:rPr>
              <w:t xml:space="preserve">крупнейших отечественных художников-портретистов.; Уметь узнавать некоторые произведения этих </w:t>
            </w:r>
            <w:r w:rsidRPr="00BB7497">
              <w:rPr>
                <w:lang w:val="ru-RU"/>
              </w:rPr>
              <w:br/>
            </w:r>
            <w:r w:rsidRPr="00BB7497">
              <w:rPr>
                <w:rFonts w:ascii="Times New Roman" w:eastAsia="Times New Roman" w:hAnsi="Times New Roman"/>
                <w:color w:val="000000"/>
                <w:w w:val="97"/>
                <w:sz w:val="16"/>
                <w:lang w:val="ru-RU"/>
              </w:rPr>
              <w:t>художников и рассуждать об их содержании.;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2C28A14A" w14:textId="77777777" w:rsidR="00BB7497" w:rsidRDefault="00BB7497" w:rsidP="00BB7497">
            <w:pPr>
              <w:autoSpaceDE w:val="0"/>
              <w:autoSpaceDN w:val="0"/>
              <w:spacing w:before="78" w:after="0" w:line="245" w:lineRule="auto"/>
              <w:ind w:left="72" w:right="288"/>
            </w:pPr>
            <w:r>
              <w:rPr>
                <w:rFonts w:ascii="Times New Roman" w:eastAsia="Times New Roman" w:hAnsi="Times New Roman"/>
                <w:color w:val="000000"/>
                <w:w w:val="97"/>
                <w:sz w:val="16"/>
              </w:rPr>
              <w:t>Творческая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2DC0676E"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r w:rsidR="00BB7497" w14:paraId="65822B70" w14:textId="77777777" w:rsidTr="00BB7497">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DD88950" w14:textId="77777777" w:rsidR="00BB7497" w:rsidRDefault="00BB7497" w:rsidP="00BB7497">
            <w:pPr>
              <w:autoSpaceDE w:val="0"/>
              <w:autoSpaceDN w:val="0"/>
              <w:spacing w:before="80" w:after="0" w:line="230" w:lineRule="auto"/>
              <w:jc w:val="center"/>
            </w:pPr>
            <w:r>
              <w:rPr>
                <w:rFonts w:ascii="Times New Roman" w:eastAsia="Times New Roman" w:hAnsi="Times New Roman"/>
                <w:color w:val="000000"/>
                <w:w w:val="97"/>
                <w:sz w:val="16"/>
              </w:rPr>
              <w:t>6.8.</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718972F" w14:textId="77777777" w:rsidR="00BB7497" w:rsidRPr="00BB7497" w:rsidRDefault="00BB7497" w:rsidP="00BB7497">
            <w:pPr>
              <w:autoSpaceDE w:val="0"/>
              <w:autoSpaceDN w:val="0"/>
              <w:spacing w:before="80" w:after="0" w:line="254" w:lineRule="auto"/>
              <w:ind w:left="72"/>
              <w:rPr>
                <w:lang w:val="ru-RU"/>
              </w:rPr>
            </w:pPr>
            <w:r w:rsidRPr="00BB7497">
              <w:rPr>
                <w:rFonts w:ascii="Times New Roman" w:eastAsia="Times New Roman" w:hAnsi="Times New Roman"/>
                <w:b/>
                <w:color w:val="000000"/>
                <w:w w:val="97"/>
                <w:sz w:val="16"/>
                <w:lang w:val="ru-RU"/>
              </w:rPr>
              <w:t xml:space="preserve">Художественные музеи. Виртуальные (интерактивные) </w:t>
            </w:r>
            <w:r w:rsidRPr="00BB7497">
              <w:rPr>
                <w:lang w:val="ru-RU"/>
              </w:rPr>
              <w:br/>
            </w:r>
            <w:r w:rsidRPr="00BB7497">
              <w:rPr>
                <w:rFonts w:ascii="Times New Roman" w:eastAsia="Times New Roman" w:hAnsi="Times New Roman"/>
                <w:b/>
                <w:color w:val="000000"/>
                <w:w w:val="97"/>
                <w:sz w:val="16"/>
                <w:lang w:val="ru-RU"/>
              </w:rPr>
              <w:t xml:space="preserve">путешествия в художественные музеи: Государственную Третьяковскую галерею, Государственный Эрмитаж, </w:t>
            </w:r>
            <w:r w:rsidRPr="00BB7497">
              <w:rPr>
                <w:lang w:val="ru-RU"/>
              </w:rPr>
              <w:br/>
            </w:r>
            <w:r w:rsidRPr="00BB7497">
              <w:rPr>
                <w:rFonts w:ascii="Times New Roman" w:eastAsia="Times New Roman" w:hAnsi="Times New Roman"/>
                <w:b/>
                <w:color w:val="000000"/>
                <w:w w:val="97"/>
                <w:sz w:val="16"/>
                <w:lang w:val="ru-RU"/>
              </w:rPr>
              <w:t>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56CA6BD"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4457122"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7120257"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8F0870A" w14:textId="6069B710" w:rsidR="00BB7497" w:rsidRDefault="00BB7497" w:rsidP="00BB7497">
            <w:pPr>
              <w:autoSpaceDE w:val="0"/>
              <w:autoSpaceDN w:val="0"/>
              <w:spacing w:before="80"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E7976C2" w14:textId="77777777" w:rsidR="00BB7497" w:rsidRPr="00BB7497" w:rsidRDefault="00BB7497" w:rsidP="00BB7497">
            <w:pPr>
              <w:autoSpaceDE w:val="0"/>
              <w:autoSpaceDN w:val="0"/>
              <w:spacing w:before="80" w:after="0" w:line="254" w:lineRule="auto"/>
              <w:ind w:left="74"/>
              <w:rPr>
                <w:lang w:val="ru-RU"/>
              </w:rPr>
            </w:pPr>
            <w:r w:rsidRPr="00BB7497">
              <w:rPr>
                <w:rFonts w:ascii="Times New Roman" w:eastAsia="Times New Roman" w:hAnsi="Times New Roman"/>
                <w:color w:val="000000"/>
                <w:w w:val="97"/>
                <w:sz w:val="16"/>
                <w:lang w:val="ru-RU"/>
              </w:rPr>
              <w:t xml:space="preserve">Осуществлять виртуальные (интерактивные) путешествия в художественные музеи (по выбору учителя).; </w:t>
            </w:r>
            <w:r w:rsidRPr="00BB7497">
              <w:rPr>
                <w:lang w:val="ru-RU"/>
              </w:rPr>
              <w:br/>
            </w:r>
            <w:r w:rsidRPr="00BB7497">
              <w:rPr>
                <w:rFonts w:ascii="Times New Roman" w:eastAsia="Times New Roman" w:hAnsi="Times New Roman"/>
                <w:color w:val="000000"/>
                <w:w w:val="97"/>
                <w:sz w:val="16"/>
                <w:lang w:val="ru-RU"/>
              </w:rPr>
              <w:t xml:space="preserve">Обсуждать впечатления от </w:t>
            </w:r>
            <w:r w:rsidRPr="00BB7497">
              <w:rPr>
                <w:lang w:val="ru-RU"/>
              </w:rPr>
              <w:br/>
            </w:r>
            <w:r w:rsidRPr="00BB7497">
              <w:rPr>
                <w:rFonts w:ascii="Times New Roman" w:eastAsia="Times New Roman" w:hAnsi="Times New Roman"/>
                <w:color w:val="000000"/>
                <w:w w:val="97"/>
                <w:sz w:val="16"/>
                <w:lang w:val="ru-RU"/>
              </w:rPr>
              <w:t xml:space="preserve">виртуальных путешествий, осуществлять </w:t>
            </w:r>
            <w:r w:rsidRPr="00BB7497">
              <w:rPr>
                <w:lang w:val="ru-RU"/>
              </w:rPr>
              <w:br/>
            </w:r>
            <w:r w:rsidRPr="00BB7497">
              <w:rPr>
                <w:rFonts w:ascii="Times New Roman" w:eastAsia="Times New Roman" w:hAnsi="Times New Roman"/>
                <w:color w:val="000000"/>
                <w:w w:val="97"/>
                <w:sz w:val="16"/>
                <w:lang w:val="ru-RU"/>
              </w:rPr>
              <w:t>исследовательские квесты.;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34CDA813"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50B5B233" w14:textId="77777777" w:rsidR="00BB7497" w:rsidRDefault="00BB7497" w:rsidP="00BB7497">
            <w:pPr>
              <w:autoSpaceDE w:val="0"/>
              <w:autoSpaceDN w:val="0"/>
              <w:spacing w:before="80" w:after="0" w:line="230" w:lineRule="auto"/>
              <w:ind w:left="74"/>
            </w:pPr>
            <w:r>
              <w:rPr>
                <w:rFonts w:ascii="Times New Roman" w:eastAsia="Times New Roman" w:hAnsi="Times New Roman"/>
                <w:color w:val="000000"/>
                <w:w w:val="97"/>
                <w:sz w:val="16"/>
              </w:rPr>
              <w:t>https://resh.edu.ru/subject/7/3/</w:t>
            </w:r>
          </w:p>
        </w:tc>
      </w:tr>
      <w:tr w:rsidR="00BB7497" w:rsidRPr="002F3886" w14:paraId="5F8DFFCB" w14:textId="77777777" w:rsidTr="00BB7497">
        <w:trPr>
          <w:trHeight w:hRule="exact" w:val="207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DC94A84"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6.9.</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3C9A32" w14:textId="77777777" w:rsidR="00BB7497" w:rsidRPr="00BB7497" w:rsidRDefault="00BB7497" w:rsidP="00BB7497">
            <w:pPr>
              <w:autoSpaceDE w:val="0"/>
              <w:autoSpaceDN w:val="0"/>
              <w:spacing w:before="78" w:after="0" w:line="247" w:lineRule="auto"/>
              <w:ind w:left="72" w:right="144"/>
              <w:rPr>
                <w:lang w:val="ru-RU"/>
              </w:rPr>
            </w:pPr>
            <w:r w:rsidRPr="00BB7497">
              <w:rPr>
                <w:rFonts w:ascii="Times New Roman" w:eastAsia="Times New Roman" w:hAnsi="Times New Roman"/>
                <w:b/>
                <w:color w:val="000000"/>
                <w:w w:val="97"/>
                <w:sz w:val="16"/>
                <w:lang w:val="ru-RU"/>
              </w:rPr>
              <w:t xml:space="preserve">Осознание значимости и увлекательности посещения музеев; посещение знаменитого музея как событие; интерес к </w:t>
            </w:r>
            <w:r w:rsidRPr="00BB7497">
              <w:rPr>
                <w:lang w:val="ru-RU"/>
              </w:rPr>
              <w:br/>
            </w:r>
            <w:r w:rsidRPr="00BB7497">
              <w:rPr>
                <w:rFonts w:ascii="Times New Roman" w:eastAsia="Times New Roman" w:hAnsi="Times New Roman"/>
                <w:b/>
                <w:color w:val="000000"/>
                <w:w w:val="97"/>
                <w:sz w:val="16"/>
                <w:lang w:val="ru-RU"/>
              </w:rPr>
              <w:t>коллекции музея и искусству в целом.</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F44DC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857939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2C5133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D7E1FD5" w14:textId="77777777" w:rsidR="00BB7497" w:rsidRDefault="00BB7497" w:rsidP="00BB7497"/>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A9810D6" w14:textId="77777777" w:rsidR="00BB7497" w:rsidRPr="00BB7497" w:rsidRDefault="00BB7497" w:rsidP="00BB7497">
            <w:pPr>
              <w:autoSpaceDE w:val="0"/>
              <w:autoSpaceDN w:val="0"/>
              <w:spacing w:before="78" w:after="0" w:line="254" w:lineRule="auto"/>
              <w:ind w:left="74"/>
              <w:rPr>
                <w:lang w:val="ru-RU"/>
              </w:rPr>
            </w:pPr>
            <w:r w:rsidRPr="00BB7497">
              <w:rPr>
                <w:rFonts w:ascii="Times New Roman" w:eastAsia="Times New Roman" w:hAnsi="Times New Roman"/>
                <w:color w:val="000000"/>
                <w:w w:val="97"/>
                <w:sz w:val="16"/>
                <w:lang w:val="ru-RU"/>
              </w:rPr>
              <w:t xml:space="preserve">Узнавать названия ведущих отечественных </w:t>
            </w:r>
            <w:r w:rsidRPr="00BB7497">
              <w:rPr>
                <w:lang w:val="ru-RU"/>
              </w:rPr>
              <w:br/>
            </w:r>
            <w:r w:rsidRPr="00BB7497">
              <w:rPr>
                <w:rFonts w:ascii="Times New Roman" w:eastAsia="Times New Roman" w:hAnsi="Times New Roman"/>
                <w:color w:val="000000"/>
                <w:w w:val="97"/>
                <w:sz w:val="16"/>
                <w:lang w:val="ru-RU"/>
              </w:rPr>
              <w:t xml:space="preserve">художественных музеев, а </w:t>
            </w:r>
            <w:r w:rsidRPr="00BB7497">
              <w:rPr>
                <w:lang w:val="ru-RU"/>
              </w:rPr>
              <w:br/>
            </w:r>
            <w:r w:rsidRPr="00BB7497">
              <w:rPr>
                <w:rFonts w:ascii="Times New Roman" w:eastAsia="Times New Roman" w:hAnsi="Times New Roman"/>
                <w:color w:val="000000"/>
                <w:w w:val="97"/>
                <w:sz w:val="16"/>
                <w:lang w:val="ru-RU"/>
              </w:rPr>
              <w:t xml:space="preserve">также где они находятся и </w:t>
            </w:r>
            <w:r w:rsidRPr="00BB7497">
              <w:rPr>
                <w:lang w:val="ru-RU"/>
              </w:rPr>
              <w:br/>
            </w:r>
            <w:r w:rsidRPr="00BB7497">
              <w:rPr>
                <w:rFonts w:ascii="Times New Roman" w:eastAsia="Times New Roman" w:hAnsi="Times New Roman"/>
                <w:color w:val="000000"/>
                <w:w w:val="97"/>
                <w:sz w:val="16"/>
                <w:lang w:val="ru-RU"/>
              </w:rPr>
              <w:t xml:space="preserve">чему посвящены их </w:t>
            </w:r>
            <w:r w:rsidRPr="00BB7497">
              <w:rPr>
                <w:lang w:val="ru-RU"/>
              </w:rPr>
              <w:br/>
            </w:r>
            <w:r w:rsidRPr="00BB7497">
              <w:rPr>
                <w:rFonts w:ascii="Times New Roman" w:eastAsia="Times New Roman" w:hAnsi="Times New Roman"/>
                <w:color w:val="000000"/>
                <w:w w:val="97"/>
                <w:sz w:val="16"/>
                <w:lang w:val="ru-RU"/>
              </w:rPr>
              <w:t xml:space="preserve">коллекции.; </w:t>
            </w:r>
            <w:r w:rsidRPr="00BB7497">
              <w:rPr>
                <w:lang w:val="ru-RU"/>
              </w:rPr>
              <w:br/>
            </w:r>
            <w:r w:rsidRPr="00BB7497">
              <w:rPr>
                <w:rFonts w:ascii="Times New Roman" w:eastAsia="Times New Roman" w:hAnsi="Times New Roman"/>
                <w:color w:val="000000"/>
                <w:w w:val="97"/>
                <w:sz w:val="16"/>
                <w:lang w:val="ru-RU"/>
              </w:rPr>
              <w:t xml:space="preserve">Рассуждать о значении </w:t>
            </w:r>
            <w:r w:rsidRPr="00BB7497">
              <w:rPr>
                <w:lang w:val="ru-RU"/>
              </w:rPr>
              <w:br/>
            </w:r>
            <w:r w:rsidRPr="00BB7497">
              <w:rPr>
                <w:rFonts w:ascii="Times New Roman" w:eastAsia="Times New Roman" w:hAnsi="Times New Roman"/>
                <w:color w:val="000000"/>
                <w:w w:val="97"/>
                <w:sz w:val="16"/>
                <w:lang w:val="ru-RU"/>
              </w:rPr>
              <w:t xml:space="preserve">художественных музеев </w:t>
            </w:r>
            <w:r w:rsidRPr="00BB7497">
              <w:rPr>
                <w:lang w:val="ru-RU"/>
              </w:rPr>
              <w:br/>
            </w:r>
            <w:r w:rsidRPr="00BB7497">
              <w:rPr>
                <w:rFonts w:ascii="Times New Roman" w:eastAsia="Times New Roman" w:hAnsi="Times New Roman"/>
                <w:color w:val="000000"/>
                <w:w w:val="97"/>
                <w:sz w:val="16"/>
                <w:lang w:val="ru-RU"/>
              </w:rPr>
              <w:t>в жизни людей, выражать своё отношение к музеям;</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6CAAF4B" w14:textId="77777777" w:rsidR="00BB7497" w:rsidRPr="00BB7497" w:rsidRDefault="00BB7497" w:rsidP="00BB7497">
            <w:pPr>
              <w:autoSpaceDE w:val="0"/>
              <w:autoSpaceDN w:val="0"/>
              <w:spacing w:before="78" w:after="0" w:line="250" w:lineRule="auto"/>
              <w:ind w:left="72"/>
              <w:rPr>
                <w:lang w:val="ru-RU"/>
              </w:rPr>
            </w:pPr>
            <w:r w:rsidRPr="00BB7497">
              <w:rPr>
                <w:rFonts w:ascii="Times New Roman" w:eastAsia="Times New Roman" w:hAnsi="Times New Roman"/>
                <w:color w:val="000000"/>
                <w:w w:val="97"/>
                <w:sz w:val="16"/>
                <w:lang w:val="ru-RU"/>
              </w:rPr>
              <w:t xml:space="preserve">Самооценка с </w:t>
            </w:r>
            <w:r w:rsidRPr="00BB7497">
              <w:rPr>
                <w:lang w:val="ru-RU"/>
              </w:rPr>
              <w:br/>
            </w:r>
            <w:r w:rsidRPr="00BB7497">
              <w:rPr>
                <w:rFonts w:ascii="Times New Roman" w:eastAsia="Times New Roman" w:hAnsi="Times New Roman"/>
                <w:color w:val="000000"/>
                <w:w w:val="97"/>
                <w:sz w:val="16"/>
                <w:lang w:val="ru-RU"/>
              </w:rPr>
              <w:t xml:space="preserve">использованием«Оценочного </w:t>
            </w:r>
            <w:r w:rsidRPr="00BB7497">
              <w:rPr>
                <w:lang w:val="ru-RU"/>
              </w:rPr>
              <w:br/>
            </w:r>
            <w:r w:rsidRPr="00BB7497">
              <w:rPr>
                <w:rFonts w:ascii="Times New Roman" w:eastAsia="Times New Roman" w:hAnsi="Times New Roman"/>
                <w:color w:val="000000"/>
                <w:w w:val="97"/>
                <w:sz w:val="16"/>
                <w:lang w:val="ru-RU"/>
              </w:rPr>
              <w:t>листа»;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8B3AA03" w14:textId="77777777" w:rsidR="00BB7497" w:rsidRPr="00BB7497" w:rsidRDefault="00BB7497" w:rsidP="00BB7497">
            <w:pPr>
              <w:autoSpaceDE w:val="0"/>
              <w:autoSpaceDN w:val="0"/>
              <w:spacing w:before="78" w:after="0" w:line="230" w:lineRule="auto"/>
              <w:ind w:left="74"/>
              <w:rPr>
                <w:lang w:val="ru-RU"/>
              </w:rPr>
            </w:pPr>
            <w:r>
              <w:rPr>
                <w:rFonts w:ascii="Times New Roman" w:eastAsia="Times New Roman" w:hAnsi="Times New Roman"/>
                <w:color w:val="000000"/>
                <w:w w:val="97"/>
                <w:sz w:val="16"/>
              </w:rPr>
              <w:t>https</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BB7497">
              <w:rPr>
                <w:rFonts w:ascii="Times New Roman" w:eastAsia="Times New Roman" w:hAnsi="Times New Roman"/>
                <w:color w:val="000000"/>
                <w:w w:val="97"/>
                <w:sz w:val="16"/>
                <w:lang w:val="ru-RU"/>
              </w:rPr>
              <w:t>/7/3/</w:t>
            </w:r>
          </w:p>
        </w:tc>
      </w:tr>
      <w:tr w:rsidR="00BB7497" w14:paraId="35265077" w14:textId="77777777" w:rsidTr="00BB7497">
        <w:trPr>
          <w:trHeight w:hRule="exact" w:val="396"/>
        </w:trPr>
        <w:tc>
          <w:tcPr>
            <w:tcW w:w="50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59AEC4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Итого по модулю 6</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666DD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5</w:t>
            </w:r>
          </w:p>
        </w:tc>
        <w:tc>
          <w:tcPr>
            <w:tcW w:w="996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0B902D4B" w14:textId="77777777" w:rsidR="00BB7497" w:rsidRDefault="00BB7497" w:rsidP="00BB7497"/>
        </w:tc>
      </w:tr>
      <w:tr w:rsidR="00BB7497" w14:paraId="381A3E4A" w14:textId="77777777" w:rsidTr="00BB749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19E9C43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 xml:space="preserve">Модуль 7. </w:t>
            </w:r>
            <w:r>
              <w:rPr>
                <w:rFonts w:ascii="Times New Roman" w:eastAsia="Times New Roman" w:hAnsi="Times New Roman"/>
                <w:b/>
                <w:color w:val="000000"/>
                <w:w w:val="97"/>
                <w:sz w:val="16"/>
              </w:rPr>
              <w:t>Азбука цифровой графики</w:t>
            </w:r>
          </w:p>
        </w:tc>
      </w:tr>
      <w:tr w:rsidR="00BB7497" w14:paraId="3C97AB32" w14:textId="77777777" w:rsidTr="00BB7497">
        <w:trPr>
          <w:trHeight w:hRule="exact" w:val="169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1D46676"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7.1.</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2C6BA4F2" w14:textId="77777777" w:rsidR="00BB7497" w:rsidRPr="00BB7497" w:rsidRDefault="00BB7497" w:rsidP="00BB7497">
            <w:pPr>
              <w:autoSpaceDE w:val="0"/>
              <w:autoSpaceDN w:val="0"/>
              <w:spacing w:before="76" w:after="0" w:line="250" w:lineRule="auto"/>
              <w:ind w:left="72"/>
              <w:rPr>
                <w:lang w:val="ru-RU"/>
              </w:rPr>
            </w:pPr>
            <w:r w:rsidRPr="00BB7497">
              <w:rPr>
                <w:rFonts w:ascii="Times New Roman" w:eastAsia="Times New Roman" w:hAnsi="Times New Roman"/>
                <w:b/>
                <w:color w:val="000000"/>
                <w:w w:val="97"/>
                <w:sz w:val="16"/>
                <w:lang w:val="ru-RU"/>
              </w:rPr>
              <w:t xml:space="preserve">Построение в графическом редакторе различных по </w:t>
            </w:r>
            <w:r w:rsidRPr="00BB7497">
              <w:rPr>
                <w:lang w:val="ru-RU"/>
              </w:rPr>
              <w:br/>
            </w:r>
            <w:r w:rsidRPr="00BB7497">
              <w:rPr>
                <w:rFonts w:ascii="Times New Roman" w:eastAsia="Times New Roman" w:hAnsi="Times New Roman"/>
                <w:b/>
                <w:color w:val="000000"/>
                <w:w w:val="97"/>
                <w:sz w:val="16"/>
                <w:lang w:val="ru-RU"/>
              </w:rPr>
              <w:t>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w:t>
            </w:r>
          </w:p>
          <w:p w14:paraId="38A396DB" w14:textId="77777777" w:rsidR="00BB7497" w:rsidRPr="00BB7497" w:rsidRDefault="00BB7497" w:rsidP="00BB7497">
            <w:pPr>
              <w:autoSpaceDE w:val="0"/>
              <w:autoSpaceDN w:val="0"/>
              <w:spacing w:before="20" w:after="0" w:line="245" w:lineRule="auto"/>
              <w:ind w:left="72" w:right="288"/>
              <w:rPr>
                <w:lang w:val="ru-RU"/>
              </w:rPr>
            </w:pPr>
            <w:r w:rsidRPr="00BB7497">
              <w:rPr>
                <w:rFonts w:ascii="Times New Roman" w:eastAsia="Times New Roman" w:hAnsi="Times New Roman"/>
                <w:b/>
                <w:color w:val="000000"/>
                <w:w w:val="97"/>
                <w:sz w:val="16"/>
                <w:lang w:val="ru-RU"/>
              </w:rPr>
              <w:t>Вместо пятен (геометрических фигур) могут быть простые силуэты машинок, птичек, облаков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6DF193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7D71BA9"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24D03BA"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F94CE8A" w14:textId="262385EE"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AC4410D" w14:textId="77777777" w:rsidR="00BB7497" w:rsidRPr="00BB7497" w:rsidRDefault="00BB7497" w:rsidP="00BB7497">
            <w:pPr>
              <w:autoSpaceDE w:val="0"/>
              <w:autoSpaceDN w:val="0"/>
              <w:spacing w:before="76" w:after="0" w:line="254" w:lineRule="auto"/>
              <w:ind w:left="74" w:right="144"/>
              <w:rPr>
                <w:lang w:val="ru-RU"/>
              </w:rPr>
            </w:pPr>
            <w:r w:rsidRPr="00BB7497">
              <w:rPr>
                <w:rFonts w:ascii="Times New Roman" w:eastAsia="Times New Roman" w:hAnsi="Times New Roman"/>
                <w:color w:val="000000"/>
                <w:w w:val="97"/>
                <w:sz w:val="16"/>
                <w:lang w:val="ru-RU"/>
              </w:rPr>
              <w:t xml:space="preserve">Осваивать приёмы работы в графическом редакторе.; </w:t>
            </w:r>
            <w:r w:rsidRPr="00BB7497">
              <w:rPr>
                <w:lang w:val="ru-RU"/>
              </w:rPr>
              <w:br/>
            </w:r>
            <w:r w:rsidRPr="00BB7497">
              <w:rPr>
                <w:rFonts w:ascii="Times New Roman" w:eastAsia="Times New Roman" w:hAnsi="Times New Roman"/>
                <w:color w:val="000000"/>
                <w:w w:val="97"/>
                <w:sz w:val="16"/>
                <w:lang w:val="ru-RU"/>
              </w:rPr>
              <w:t xml:space="preserve">Исследовать изменения </w:t>
            </w:r>
            <w:r w:rsidRPr="00BB7497">
              <w:rPr>
                <w:lang w:val="ru-RU"/>
              </w:rPr>
              <w:br/>
            </w:r>
            <w:r w:rsidRPr="00BB7497">
              <w:rPr>
                <w:rFonts w:ascii="Times New Roman" w:eastAsia="Times New Roman" w:hAnsi="Times New Roman"/>
                <w:color w:val="000000"/>
                <w:w w:val="97"/>
                <w:sz w:val="16"/>
                <w:lang w:val="ru-RU"/>
              </w:rPr>
              <w:t xml:space="preserve">содержания произведения в зависимости от изменения положения и ритма пятен в плоскости изображения </w:t>
            </w:r>
            <w:r w:rsidRPr="00BB7497">
              <w:rPr>
                <w:lang w:val="ru-RU"/>
              </w:rPr>
              <w:br/>
            </w:r>
            <w:r w:rsidRPr="00BB7497">
              <w:rPr>
                <w:rFonts w:ascii="Times New Roman" w:eastAsia="Times New Roman" w:hAnsi="Times New Roman"/>
                <w:color w:val="000000"/>
                <w:w w:val="97"/>
                <w:sz w:val="16"/>
                <w:lang w:val="ru-RU"/>
              </w:rPr>
              <w:t>(экрана).;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46005D0C" w14:textId="77777777" w:rsidR="00BB7497" w:rsidRDefault="00BB7497" w:rsidP="00BB7497">
            <w:pPr>
              <w:autoSpaceDE w:val="0"/>
              <w:autoSpaceDN w:val="0"/>
              <w:spacing w:before="76" w:after="0" w:line="250" w:lineRule="auto"/>
              <w:ind w:left="72" w:right="144"/>
            </w:pPr>
            <w:r>
              <w:rPr>
                <w:rFonts w:ascii="Times New Roman" w:eastAsia="Times New Roman" w:hAnsi="Times New Roman"/>
                <w:color w:val="000000"/>
                <w:w w:val="97"/>
                <w:sz w:val="16"/>
              </w:rPr>
              <w:t xml:space="preserve">Практическая работа; </w:t>
            </w:r>
            <w:r>
              <w:br/>
            </w:r>
            <w:r>
              <w:rPr>
                <w:rFonts w:ascii="Times New Roman" w:eastAsia="Times New Roman" w:hAnsi="Times New Roman"/>
                <w:color w:val="000000"/>
                <w:w w:val="97"/>
                <w:sz w:val="16"/>
              </w:rPr>
              <w:t>Беседа;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16FE8096"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19D5F013" w14:textId="77777777" w:rsidTr="00BB7497">
        <w:trPr>
          <w:trHeight w:hRule="exact" w:val="20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18F798E"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7.2.</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36EEA4" w14:textId="77777777" w:rsidR="00BB7497" w:rsidRPr="00BB7497" w:rsidRDefault="00BB7497" w:rsidP="00BB7497">
            <w:pPr>
              <w:autoSpaceDE w:val="0"/>
              <w:autoSpaceDN w:val="0"/>
              <w:spacing w:before="78" w:after="0" w:line="252" w:lineRule="auto"/>
              <w:ind w:left="72" w:right="144"/>
              <w:rPr>
                <w:lang w:val="ru-RU"/>
              </w:rPr>
            </w:pPr>
            <w:r w:rsidRPr="00BB7497">
              <w:rPr>
                <w:rFonts w:ascii="Times New Roman" w:eastAsia="Times New Roman" w:hAnsi="Times New Roman"/>
                <w:b/>
                <w:color w:val="000000"/>
                <w:w w:val="97"/>
                <w:sz w:val="16"/>
                <w:lang w:val="ru-RU"/>
              </w:rPr>
              <w:t xml:space="preserve">В графическом редакторе создание рисунка элемента </w:t>
            </w:r>
            <w:r w:rsidRPr="00BB7497">
              <w:rPr>
                <w:lang w:val="ru-RU"/>
              </w:rPr>
              <w:br/>
            </w:r>
            <w:r w:rsidRPr="00BB7497">
              <w:rPr>
                <w:rFonts w:ascii="Times New Roman" w:eastAsia="Times New Roman" w:hAnsi="Times New Roman"/>
                <w:b/>
                <w:color w:val="000000"/>
                <w:w w:val="97"/>
                <w:sz w:val="16"/>
                <w:lang w:val="ru-RU"/>
              </w:rPr>
              <w:t xml:space="preserve">орнамента (паттерна), его копирование, многократное </w:t>
            </w:r>
            <w:r w:rsidRPr="00BB7497">
              <w:rPr>
                <w:lang w:val="ru-RU"/>
              </w:rPr>
              <w:br/>
            </w:r>
            <w:r w:rsidRPr="00BB7497">
              <w:rPr>
                <w:rFonts w:ascii="Times New Roman" w:eastAsia="Times New Roman" w:hAnsi="Times New Roman"/>
                <w:b/>
                <w:color w:val="000000"/>
                <w:w w:val="97"/>
                <w:sz w:val="16"/>
                <w:lang w:val="ru-RU"/>
              </w:rPr>
              <w:t>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E6DC9F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E8FD8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952781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0BD4BFC1" w14:textId="0294ECF4"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BCCFC97" w14:textId="77777777" w:rsidR="00BB7497" w:rsidRPr="00BB7497" w:rsidRDefault="00BB7497" w:rsidP="00BB7497">
            <w:pPr>
              <w:autoSpaceDE w:val="0"/>
              <w:autoSpaceDN w:val="0"/>
              <w:spacing w:before="78" w:after="0" w:line="254" w:lineRule="auto"/>
              <w:ind w:left="74"/>
              <w:rPr>
                <w:lang w:val="ru-RU"/>
              </w:rPr>
            </w:pPr>
            <w:r w:rsidRPr="00BB7497">
              <w:rPr>
                <w:rFonts w:ascii="Times New Roman" w:eastAsia="Times New Roman" w:hAnsi="Times New Roman"/>
                <w:color w:val="000000"/>
                <w:w w:val="97"/>
                <w:sz w:val="16"/>
                <w:lang w:val="ru-RU"/>
              </w:rPr>
              <w:t xml:space="preserve">Построить и передать ритм </w:t>
            </w:r>
            <w:r w:rsidRPr="00BB7497">
              <w:rPr>
                <w:lang w:val="ru-RU"/>
              </w:rPr>
              <w:br/>
            </w:r>
            <w:r w:rsidRPr="00BB7497">
              <w:rPr>
                <w:rFonts w:ascii="Times New Roman" w:eastAsia="Times New Roman" w:hAnsi="Times New Roman"/>
                <w:color w:val="000000"/>
                <w:w w:val="97"/>
                <w:sz w:val="16"/>
                <w:lang w:val="ru-RU"/>
              </w:rPr>
              <w:t xml:space="preserve">движения машинок на улице города: машинки едут быстро, догоняют друг друга; или, </w:t>
            </w:r>
            <w:r w:rsidRPr="00BB7497">
              <w:rPr>
                <w:lang w:val="ru-RU"/>
              </w:rPr>
              <w:br/>
            </w:r>
            <w:r w:rsidRPr="00BB7497">
              <w:rPr>
                <w:rFonts w:ascii="Times New Roman" w:eastAsia="Times New Roman" w:hAnsi="Times New Roman"/>
                <w:color w:val="000000"/>
                <w:w w:val="97"/>
                <w:sz w:val="16"/>
                <w:lang w:val="ru-RU"/>
              </w:rPr>
              <w:t xml:space="preserve">наоборот, машинки едут </w:t>
            </w:r>
            <w:r w:rsidRPr="00BB7497">
              <w:rPr>
                <w:lang w:val="ru-RU"/>
              </w:rPr>
              <w:br/>
            </w:r>
            <w:r w:rsidRPr="00BB7497">
              <w:rPr>
                <w:rFonts w:ascii="Times New Roman" w:eastAsia="Times New Roman" w:hAnsi="Times New Roman"/>
                <w:color w:val="000000"/>
                <w:w w:val="97"/>
                <w:sz w:val="16"/>
                <w:lang w:val="ru-RU"/>
              </w:rPr>
              <w:t xml:space="preserve">спокойно, не спешат (то же задание может быть дано на сюжет «Полёт птиц»).; </w:t>
            </w:r>
            <w:r w:rsidRPr="00BB7497">
              <w:rPr>
                <w:lang w:val="ru-RU"/>
              </w:rPr>
              <w:br/>
            </w:r>
            <w:r w:rsidRPr="00BB7497">
              <w:rPr>
                <w:rFonts w:ascii="Times New Roman" w:eastAsia="Times New Roman" w:hAnsi="Times New Roman"/>
                <w:color w:val="000000"/>
                <w:w w:val="97"/>
                <w:sz w:val="16"/>
                <w:lang w:val="ru-RU"/>
              </w:rPr>
              <w:t>Учиться понимать, осваивать правила композиции.;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020336E1" w14:textId="77777777" w:rsidR="00BB7497" w:rsidRDefault="00BB7497" w:rsidP="00BB7497">
            <w:pPr>
              <w:autoSpaceDE w:val="0"/>
              <w:autoSpaceDN w:val="0"/>
              <w:spacing w:before="78"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505CF954"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bl>
    <w:p w14:paraId="3F67CA3D" w14:textId="77777777" w:rsidR="00BB7497" w:rsidRDefault="00BB7497" w:rsidP="00BB7497">
      <w:pPr>
        <w:autoSpaceDE w:val="0"/>
        <w:autoSpaceDN w:val="0"/>
        <w:spacing w:after="0" w:line="14" w:lineRule="exact"/>
      </w:pPr>
    </w:p>
    <w:p w14:paraId="0BC66EFD" w14:textId="77777777" w:rsidR="00BB7497" w:rsidRDefault="00BB7497" w:rsidP="00BB7497">
      <w:pPr>
        <w:sectPr w:rsidR="00BB7497">
          <w:pgSz w:w="16840" w:h="11900"/>
          <w:pgMar w:top="284" w:right="640" w:bottom="574" w:left="666" w:header="720" w:footer="720" w:gutter="0"/>
          <w:cols w:space="720" w:equalWidth="0">
            <w:col w:w="15534" w:space="0"/>
          </w:cols>
          <w:docGrid w:linePitch="360"/>
        </w:sectPr>
      </w:pPr>
    </w:p>
    <w:p w14:paraId="569C97CE"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610"/>
        <w:gridCol w:w="530"/>
        <w:gridCol w:w="1104"/>
        <w:gridCol w:w="1140"/>
        <w:gridCol w:w="866"/>
        <w:gridCol w:w="2196"/>
        <w:gridCol w:w="1236"/>
        <w:gridCol w:w="3424"/>
      </w:tblGrid>
      <w:tr w:rsidR="00BB7497" w14:paraId="53603ACE" w14:textId="77777777" w:rsidTr="00BB7497">
        <w:trPr>
          <w:trHeight w:hRule="exact" w:val="275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78A701"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7.3.</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FABC427" w14:textId="77777777" w:rsidR="00BB7497" w:rsidRPr="00BB7497" w:rsidRDefault="00BB7497" w:rsidP="00BB7497">
            <w:pPr>
              <w:autoSpaceDE w:val="0"/>
              <w:autoSpaceDN w:val="0"/>
              <w:spacing w:before="78" w:after="0" w:line="245" w:lineRule="auto"/>
              <w:ind w:left="72"/>
              <w:rPr>
                <w:lang w:val="ru-RU"/>
              </w:rPr>
            </w:pPr>
            <w:r w:rsidRPr="00BB7497">
              <w:rPr>
                <w:rFonts w:ascii="Times New Roman" w:eastAsia="Times New Roman" w:hAnsi="Times New Roman"/>
                <w:b/>
                <w:color w:val="000000"/>
                <w:w w:val="97"/>
                <w:sz w:val="16"/>
                <w:lang w:val="ru-RU"/>
              </w:rPr>
              <w:t xml:space="preserve">Изображение и изучение мимики лица в программе </w:t>
            </w:r>
            <w:r>
              <w:rPr>
                <w:rFonts w:ascii="Times New Roman" w:eastAsia="Times New Roman" w:hAnsi="Times New Roman"/>
                <w:b/>
                <w:color w:val="000000"/>
                <w:w w:val="97"/>
                <w:sz w:val="16"/>
              </w:rPr>
              <w:t>Paint</w:t>
            </w:r>
            <w:r w:rsidRPr="00BB7497">
              <w:rPr>
                <w:rFonts w:ascii="Times New Roman" w:eastAsia="Times New Roman" w:hAnsi="Times New Roman"/>
                <w:b/>
                <w:color w:val="000000"/>
                <w:w w:val="97"/>
                <w:sz w:val="16"/>
                <w:lang w:val="ru-RU"/>
              </w:rPr>
              <w:t xml:space="preserve"> (или в другом графическом редакторе).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B90F07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2671A4B"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868872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2D152607" w14:textId="25F19C15"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F60ABFE" w14:textId="77777777" w:rsidR="00BB7497" w:rsidRPr="00BB7497" w:rsidRDefault="00BB7497" w:rsidP="00BB7497">
            <w:pPr>
              <w:autoSpaceDE w:val="0"/>
              <w:autoSpaceDN w:val="0"/>
              <w:spacing w:before="78" w:after="0" w:line="254" w:lineRule="auto"/>
              <w:ind w:left="74" w:right="144"/>
              <w:rPr>
                <w:lang w:val="ru-RU"/>
              </w:rPr>
            </w:pPr>
            <w:r w:rsidRPr="00BB7497">
              <w:rPr>
                <w:rFonts w:ascii="Times New Roman" w:eastAsia="Times New Roman" w:hAnsi="Times New Roman"/>
                <w:color w:val="000000"/>
                <w:w w:val="97"/>
                <w:sz w:val="16"/>
                <w:lang w:val="ru-RU"/>
              </w:rPr>
              <w:t xml:space="preserve">Осваивать с помощью </w:t>
            </w:r>
            <w:r w:rsidRPr="00BB7497">
              <w:rPr>
                <w:lang w:val="ru-RU"/>
              </w:rPr>
              <w:br/>
            </w:r>
            <w:r w:rsidRPr="00BB7497">
              <w:rPr>
                <w:rFonts w:ascii="Times New Roman" w:eastAsia="Times New Roman" w:hAnsi="Times New Roman"/>
                <w:color w:val="000000"/>
                <w:w w:val="97"/>
                <w:sz w:val="16"/>
                <w:lang w:val="ru-RU"/>
              </w:rPr>
              <w:t xml:space="preserve">графического редактора </w:t>
            </w:r>
            <w:r w:rsidRPr="00BB7497">
              <w:rPr>
                <w:lang w:val="ru-RU"/>
              </w:rPr>
              <w:br/>
            </w:r>
            <w:r w:rsidRPr="00BB7497">
              <w:rPr>
                <w:rFonts w:ascii="Times New Roman" w:eastAsia="Times New Roman" w:hAnsi="Times New Roman"/>
                <w:color w:val="000000"/>
                <w:w w:val="97"/>
                <w:sz w:val="16"/>
                <w:lang w:val="ru-RU"/>
              </w:rPr>
              <w:t xml:space="preserve">строение лица человека и </w:t>
            </w:r>
            <w:r w:rsidRPr="00BB7497">
              <w:rPr>
                <w:lang w:val="ru-RU"/>
              </w:rPr>
              <w:br/>
            </w:r>
            <w:r w:rsidRPr="00BB7497">
              <w:rPr>
                <w:rFonts w:ascii="Times New Roman" w:eastAsia="Times New Roman" w:hAnsi="Times New Roman"/>
                <w:color w:val="000000"/>
                <w:w w:val="97"/>
                <w:sz w:val="16"/>
                <w:lang w:val="ru-RU"/>
              </w:rPr>
              <w:t xml:space="preserve">пропорции (соотношения) </w:t>
            </w:r>
            <w:r w:rsidRPr="00BB7497">
              <w:rPr>
                <w:lang w:val="ru-RU"/>
              </w:rPr>
              <w:br/>
            </w:r>
            <w:r w:rsidRPr="00BB7497">
              <w:rPr>
                <w:rFonts w:ascii="Times New Roman" w:eastAsia="Times New Roman" w:hAnsi="Times New Roman"/>
                <w:color w:val="000000"/>
                <w:w w:val="97"/>
                <w:sz w:val="16"/>
                <w:lang w:val="ru-RU"/>
              </w:rPr>
              <w:t xml:space="preserve">частей.; </w:t>
            </w:r>
            <w:r w:rsidRPr="00BB7497">
              <w:rPr>
                <w:lang w:val="ru-RU"/>
              </w:rPr>
              <w:br/>
            </w:r>
            <w:r w:rsidRPr="00BB7497">
              <w:rPr>
                <w:rFonts w:ascii="Times New Roman" w:eastAsia="Times New Roman" w:hAnsi="Times New Roman"/>
                <w:color w:val="000000"/>
                <w:w w:val="97"/>
                <w:sz w:val="16"/>
                <w:lang w:val="ru-RU"/>
              </w:rPr>
              <w:t xml:space="preserve">Осваивать с помощью </w:t>
            </w:r>
            <w:r w:rsidRPr="00BB7497">
              <w:rPr>
                <w:lang w:val="ru-RU"/>
              </w:rPr>
              <w:br/>
            </w:r>
            <w:r w:rsidRPr="00BB7497">
              <w:rPr>
                <w:rFonts w:ascii="Times New Roman" w:eastAsia="Times New Roman" w:hAnsi="Times New Roman"/>
                <w:color w:val="000000"/>
                <w:w w:val="97"/>
                <w:sz w:val="16"/>
                <w:lang w:val="ru-RU"/>
              </w:rPr>
              <w:t xml:space="preserve">графического редактора </w:t>
            </w:r>
            <w:r w:rsidRPr="00BB7497">
              <w:rPr>
                <w:lang w:val="ru-RU"/>
              </w:rPr>
              <w:br/>
            </w:r>
            <w:r w:rsidRPr="00BB7497">
              <w:rPr>
                <w:rFonts w:ascii="Times New Roman" w:eastAsia="Times New Roman" w:hAnsi="Times New Roman"/>
                <w:color w:val="000000"/>
                <w:w w:val="97"/>
                <w:sz w:val="16"/>
                <w:lang w:val="ru-RU"/>
              </w:rPr>
              <w:t xml:space="preserve">схематические изменения </w:t>
            </w:r>
            <w:r w:rsidRPr="00BB7497">
              <w:rPr>
                <w:lang w:val="ru-RU"/>
              </w:rPr>
              <w:br/>
            </w:r>
            <w:r w:rsidRPr="00BB7497">
              <w:rPr>
                <w:rFonts w:ascii="Times New Roman" w:eastAsia="Times New Roman" w:hAnsi="Times New Roman"/>
                <w:color w:val="000000"/>
                <w:w w:val="97"/>
                <w:sz w:val="16"/>
                <w:lang w:val="ru-RU"/>
              </w:rPr>
              <w:t xml:space="preserve">мимики лица.; </w:t>
            </w:r>
            <w:r w:rsidRPr="00BB7497">
              <w:rPr>
                <w:lang w:val="ru-RU"/>
              </w:rPr>
              <w:br/>
            </w:r>
            <w:r w:rsidRPr="00BB7497">
              <w:rPr>
                <w:rFonts w:ascii="Times New Roman" w:eastAsia="Times New Roman" w:hAnsi="Times New Roman"/>
                <w:color w:val="000000"/>
                <w:w w:val="97"/>
                <w:sz w:val="16"/>
                <w:lang w:val="ru-RU"/>
              </w:rPr>
              <w:t xml:space="preserve">Создать таблицу-схему </w:t>
            </w:r>
            <w:r w:rsidRPr="00BB7497">
              <w:rPr>
                <w:lang w:val="ru-RU"/>
              </w:rPr>
              <w:br/>
            </w:r>
            <w:r w:rsidRPr="00BB7497">
              <w:rPr>
                <w:rFonts w:ascii="Times New Roman" w:eastAsia="Times New Roman" w:hAnsi="Times New Roman"/>
                <w:color w:val="000000"/>
                <w:w w:val="97"/>
                <w:sz w:val="16"/>
                <w:lang w:val="ru-RU"/>
              </w:rPr>
              <w:t>изменений мимики на экране компьютера и сохранить её (распечатать).;</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AB2F3C2" w14:textId="77777777" w:rsidR="00BB7497" w:rsidRDefault="00BB7497" w:rsidP="00BB7497">
            <w:pPr>
              <w:autoSpaceDE w:val="0"/>
              <w:autoSpaceDN w:val="0"/>
              <w:spacing w:before="78"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1E3E3411"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r w:rsidR="00BB7497" w14:paraId="2E0BDE3C" w14:textId="77777777" w:rsidTr="00BB7497">
        <w:trPr>
          <w:trHeight w:hRule="exact" w:val="207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DBCC761"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7.4.</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39A636" w14:textId="77777777" w:rsidR="00BB7497" w:rsidRPr="00BB7497" w:rsidRDefault="00BB7497" w:rsidP="00BB7497">
            <w:pPr>
              <w:autoSpaceDE w:val="0"/>
              <w:autoSpaceDN w:val="0"/>
              <w:spacing w:before="76" w:after="0" w:line="250" w:lineRule="auto"/>
              <w:ind w:left="72" w:right="144"/>
              <w:rPr>
                <w:lang w:val="ru-RU"/>
              </w:rPr>
            </w:pPr>
            <w:r w:rsidRPr="00BB7497">
              <w:rPr>
                <w:rFonts w:ascii="Times New Roman" w:eastAsia="Times New Roman" w:hAnsi="Times New Roman"/>
                <w:b/>
                <w:color w:val="000000"/>
                <w:w w:val="97"/>
                <w:sz w:val="16"/>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4AA3484"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AD900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D7C5CB4"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6FD2349" w14:textId="1390F176"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83F5C59" w14:textId="77777777" w:rsidR="00BB7497" w:rsidRPr="00BB7497" w:rsidRDefault="00BB7497" w:rsidP="00BB7497">
            <w:pPr>
              <w:autoSpaceDE w:val="0"/>
              <w:autoSpaceDN w:val="0"/>
              <w:spacing w:before="76" w:after="0" w:line="254" w:lineRule="auto"/>
              <w:ind w:left="74" w:right="144"/>
              <w:rPr>
                <w:lang w:val="ru-RU"/>
              </w:rPr>
            </w:pPr>
            <w:r w:rsidRPr="00BB7497">
              <w:rPr>
                <w:rFonts w:ascii="Times New Roman" w:eastAsia="Times New Roman" w:hAnsi="Times New Roman"/>
                <w:color w:val="000000"/>
                <w:w w:val="97"/>
                <w:sz w:val="16"/>
                <w:lang w:val="ru-RU"/>
              </w:rPr>
              <w:t xml:space="preserve">Познакомиться с приёмами использования разных </w:t>
            </w:r>
            <w:r w:rsidRPr="00BB7497">
              <w:rPr>
                <w:lang w:val="ru-RU"/>
              </w:rPr>
              <w:br/>
            </w:r>
            <w:r w:rsidRPr="00BB7497">
              <w:rPr>
                <w:rFonts w:ascii="Times New Roman" w:eastAsia="Times New Roman" w:hAnsi="Times New Roman"/>
                <w:color w:val="000000"/>
                <w:w w:val="97"/>
                <w:sz w:val="16"/>
                <w:lang w:val="ru-RU"/>
              </w:rPr>
              <w:t xml:space="preserve">шрифтов в инструментах программы компьютерного редактора.; </w:t>
            </w:r>
            <w:r w:rsidRPr="00BB7497">
              <w:rPr>
                <w:lang w:val="ru-RU"/>
              </w:rPr>
              <w:br/>
            </w:r>
            <w:r w:rsidRPr="00BB7497">
              <w:rPr>
                <w:rFonts w:ascii="Times New Roman" w:eastAsia="Times New Roman" w:hAnsi="Times New Roman"/>
                <w:color w:val="000000"/>
                <w:w w:val="97"/>
                <w:sz w:val="16"/>
                <w:lang w:val="ru-RU"/>
              </w:rPr>
              <w:t xml:space="preserve">Создать поздравительную открытку-пожелание путём совмещения векторного </w:t>
            </w:r>
            <w:r w:rsidRPr="00BB7497">
              <w:rPr>
                <w:lang w:val="ru-RU"/>
              </w:rPr>
              <w:br/>
            </w:r>
            <w:r w:rsidRPr="00BB7497">
              <w:rPr>
                <w:rFonts w:ascii="Times New Roman" w:eastAsia="Times New Roman" w:hAnsi="Times New Roman"/>
                <w:color w:val="000000"/>
                <w:w w:val="97"/>
                <w:sz w:val="16"/>
                <w:lang w:val="ru-RU"/>
              </w:rPr>
              <w:t>рисунка или фотографии с текстом.;</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01C677FC" w14:textId="77777777" w:rsidR="00BB7497" w:rsidRDefault="00BB7497" w:rsidP="00BB7497">
            <w:pPr>
              <w:autoSpaceDE w:val="0"/>
              <w:autoSpaceDN w:val="0"/>
              <w:spacing w:before="76"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5F5B41F"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0211BB0E" w14:textId="77777777" w:rsidTr="00BB7497">
        <w:trPr>
          <w:trHeight w:hRule="exact" w:val="188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8596D87"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7.5.</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9CBA3B1" w14:textId="77777777" w:rsidR="00BB7497" w:rsidRPr="00BB7497" w:rsidRDefault="00BB7497" w:rsidP="00BB7497">
            <w:pPr>
              <w:autoSpaceDE w:val="0"/>
              <w:autoSpaceDN w:val="0"/>
              <w:spacing w:before="78" w:after="0" w:line="247" w:lineRule="auto"/>
              <w:ind w:left="72"/>
              <w:rPr>
                <w:lang w:val="ru-RU"/>
              </w:rPr>
            </w:pPr>
            <w:r w:rsidRPr="00BB7497">
              <w:rPr>
                <w:rFonts w:ascii="Times New Roman" w:eastAsia="Times New Roman" w:hAnsi="Times New Roman"/>
                <w:b/>
                <w:color w:val="000000"/>
                <w:w w:val="97"/>
                <w:sz w:val="16"/>
                <w:lang w:val="ru-RU"/>
              </w:rPr>
              <w:t xml:space="preserve">Редактирование фотографий в программе </w:t>
            </w:r>
            <w:r>
              <w:rPr>
                <w:rFonts w:ascii="Times New Roman" w:eastAsia="Times New Roman" w:hAnsi="Times New Roman"/>
                <w:b/>
                <w:color w:val="000000"/>
                <w:w w:val="97"/>
                <w:sz w:val="16"/>
              </w:rPr>
              <w:t>Picture</w:t>
            </w:r>
            <w:r w:rsidRPr="00BB7497">
              <w:rPr>
                <w:rFonts w:ascii="Times New Roman" w:eastAsia="Times New Roman" w:hAnsi="Times New Roman"/>
                <w:b/>
                <w:color w:val="000000"/>
                <w:w w:val="97"/>
                <w:sz w:val="16"/>
                <w:lang w:val="ru-RU"/>
              </w:rPr>
              <w:t xml:space="preserve"> </w:t>
            </w:r>
            <w:r>
              <w:rPr>
                <w:rFonts w:ascii="Times New Roman" w:eastAsia="Times New Roman" w:hAnsi="Times New Roman"/>
                <w:b/>
                <w:color w:val="000000"/>
                <w:w w:val="97"/>
                <w:sz w:val="16"/>
              </w:rPr>
              <w:t>Manager</w:t>
            </w:r>
            <w:r w:rsidRPr="00BB7497">
              <w:rPr>
                <w:rFonts w:ascii="Times New Roman" w:eastAsia="Times New Roman" w:hAnsi="Times New Roman"/>
                <w:b/>
                <w:color w:val="000000"/>
                <w:w w:val="97"/>
                <w:sz w:val="16"/>
                <w:lang w:val="ru-RU"/>
              </w:rPr>
              <w:t>: изменение яркости, контраста, насыщенности цвета; обрезка, поворот, отражение.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4539A5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655AC3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FBB957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A60C806" w14:textId="4BF1D7D5" w:rsidR="00BB7497" w:rsidRDefault="00BB7497" w:rsidP="00BB7497">
            <w:pPr>
              <w:autoSpaceDE w:val="0"/>
              <w:autoSpaceDN w:val="0"/>
              <w:spacing w:before="78" w:after="0" w:line="230"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DE65BF5" w14:textId="77777777" w:rsidR="00BB7497" w:rsidRPr="00BB7497" w:rsidRDefault="00BB7497" w:rsidP="00BB7497">
            <w:pPr>
              <w:autoSpaceDE w:val="0"/>
              <w:autoSpaceDN w:val="0"/>
              <w:spacing w:before="78" w:after="0" w:line="254" w:lineRule="auto"/>
              <w:ind w:left="74"/>
              <w:rPr>
                <w:lang w:val="ru-RU"/>
              </w:rPr>
            </w:pPr>
            <w:r w:rsidRPr="00BB7497">
              <w:rPr>
                <w:rFonts w:ascii="Times New Roman" w:eastAsia="Times New Roman" w:hAnsi="Times New Roman"/>
                <w:color w:val="000000"/>
                <w:w w:val="97"/>
                <w:sz w:val="16"/>
                <w:lang w:val="ru-RU"/>
              </w:rPr>
              <w:t xml:space="preserve">Осваивать приёмы </w:t>
            </w:r>
            <w:r w:rsidRPr="00BB7497">
              <w:rPr>
                <w:lang w:val="ru-RU"/>
              </w:rPr>
              <w:br/>
            </w:r>
            <w:r w:rsidRPr="00BB7497">
              <w:rPr>
                <w:rFonts w:ascii="Times New Roman" w:eastAsia="Times New Roman" w:hAnsi="Times New Roman"/>
                <w:color w:val="000000"/>
                <w:w w:val="97"/>
                <w:sz w:val="16"/>
                <w:lang w:val="ru-RU"/>
              </w:rPr>
              <w:t xml:space="preserve">редактирования цифровых </w:t>
            </w:r>
            <w:r w:rsidRPr="00BB7497">
              <w:rPr>
                <w:lang w:val="ru-RU"/>
              </w:rPr>
              <w:br/>
            </w:r>
            <w:r w:rsidRPr="00BB7497">
              <w:rPr>
                <w:rFonts w:ascii="Times New Roman" w:eastAsia="Times New Roman" w:hAnsi="Times New Roman"/>
                <w:color w:val="000000"/>
                <w:w w:val="97"/>
                <w:sz w:val="16"/>
                <w:lang w:val="ru-RU"/>
              </w:rPr>
              <w:t xml:space="preserve">фотографий с помощью </w:t>
            </w:r>
            <w:r w:rsidRPr="00BB7497">
              <w:rPr>
                <w:lang w:val="ru-RU"/>
              </w:rPr>
              <w:br/>
            </w:r>
            <w:r w:rsidRPr="00BB7497">
              <w:rPr>
                <w:rFonts w:ascii="Times New Roman" w:eastAsia="Times New Roman" w:hAnsi="Times New Roman"/>
                <w:color w:val="000000"/>
                <w:w w:val="97"/>
                <w:sz w:val="16"/>
                <w:lang w:val="ru-RU"/>
              </w:rPr>
              <w:t xml:space="preserve">компьютерной программы </w:t>
            </w:r>
            <w:r w:rsidRPr="00BB7497">
              <w:rPr>
                <w:lang w:val="ru-RU"/>
              </w:rPr>
              <w:br/>
            </w:r>
            <w:r>
              <w:rPr>
                <w:rFonts w:ascii="Times New Roman" w:eastAsia="Times New Roman" w:hAnsi="Times New Roman"/>
                <w:color w:val="000000"/>
                <w:w w:val="97"/>
                <w:sz w:val="16"/>
              </w:rPr>
              <w:t>Picture</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Manager</w:t>
            </w:r>
            <w:r w:rsidRPr="00BB7497">
              <w:rPr>
                <w:rFonts w:ascii="Times New Roman" w:eastAsia="Times New Roman" w:hAnsi="Times New Roman"/>
                <w:color w:val="000000"/>
                <w:w w:val="97"/>
                <w:sz w:val="16"/>
                <w:lang w:val="ru-RU"/>
              </w:rPr>
              <w:t xml:space="preserve"> (или другой).; Осваивать приёмы: изменение яркости, контраста, </w:t>
            </w:r>
            <w:r w:rsidRPr="00BB7497">
              <w:rPr>
                <w:lang w:val="ru-RU"/>
              </w:rPr>
              <w:br/>
            </w:r>
            <w:r w:rsidRPr="00BB7497">
              <w:rPr>
                <w:rFonts w:ascii="Times New Roman" w:eastAsia="Times New Roman" w:hAnsi="Times New Roman"/>
                <w:color w:val="000000"/>
                <w:w w:val="97"/>
                <w:sz w:val="16"/>
                <w:lang w:val="ru-RU"/>
              </w:rPr>
              <w:t>насыщенности цвета; обрезка, поворот, отражение.;</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59628E4F" w14:textId="77777777" w:rsidR="00BB7497" w:rsidRDefault="00BB7497" w:rsidP="00BB7497">
            <w:pPr>
              <w:autoSpaceDE w:val="0"/>
              <w:autoSpaceDN w:val="0"/>
              <w:spacing w:before="78" w:after="0" w:line="245" w:lineRule="auto"/>
              <w:ind w:left="72" w:right="144"/>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34FA5167" w14:textId="77777777" w:rsidR="00BB7497" w:rsidRDefault="00BB7497" w:rsidP="00BB7497">
            <w:pPr>
              <w:autoSpaceDE w:val="0"/>
              <w:autoSpaceDN w:val="0"/>
              <w:spacing w:before="78" w:after="0" w:line="230" w:lineRule="auto"/>
              <w:ind w:left="74"/>
            </w:pPr>
            <w:r>
              <w:rPr>
                <w:rFonts w:ascii="Times New Roman" w:eastAsia="Times New Roman" w:hAnsi="Times New Roman"/>
                <w:color w:val="000000"/>
                <w:w w:val="97"/>
                <w:sz w:val="16"/>
              </w:rPr>
              <w:t>https://resh.edu.ru/subject/7/3/</w:t>
            </w:r>
          </w:p>
        </w:tc>
      </w:tr>
      <w:tr w:rsidR="00BB7497" w14:paraId="3BBA51C5" w14:textId="77777777" w:rsidTr="00BB7497">
        <w:trPr>
          <w:trHeight w:hRule="exact" w:val="169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D41CB5E"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7.6.</w:t>
            </w:r>
          </w:p>
        </w:tc>
        <w:tc>
          <w:tcPr>
            <w:tcW w:w="46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023D9B3" w14:textId="77777777" w:rsidR="00BB7497" w:rsidRPr="00BB7497" w:rsidRDefault="00BB7497" w:rsidP="00BB7497">
            <w:pPr>
              <w:autoSpaceDE w:val="0"/>
              <w:autoSpaceDN w:val="0"/>
              <w:spacing w:before="76" w:after="0" w:line="245" w:lineRule="auto"/>
              <w:ind w:left="72"/>
              <w:rPr>
                <w:lang w:val="ru-RU"/>
              </w:rPr>
            </w:pPr>
            <w:r w:rsidRPr="00BB7497">
              <w:rPr>
                <w:rFonts w:ascii="Times New Roman" w:eastAsia="Times New Roman" w:hAnsi="Times New Roman"/>
                <w:b/>
                <w:color w:val="000000"/>
                <w:w w:val="97"/>
                <w:sz w:val="16"/>
                <w:lang w:val="ru-RU"/>
              </w:rPr>
              <w:t>Виртуальные путешествия в главные художественные музеи и музеи местные (по выбору учителя).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A637EDE"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606F87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477DE8D"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45A1ACD3" w14:textId="7CD221B2" w:rsidR="00BB7497" w:rsidRDefault="00BB7497" w:rsidP="00BB7497">
            <w:pPr>
              <w:autoSpaceDE w:val="0"/>
              <w:autoSpaceDN w:val="0"/>
              <w:spacing w:before="76" w:after="0" w:line="233" w:lineRule="auto"/>
              <w:jc w:val="center"/>
            </w:pPr>
          </w:p>
        </w:tc>
        <w:tc>
          <w:tcPr>
            <w:tcW w:w="21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670002E" w14:textId="77777777" w:rsidR="00BB7497" w:rsidRPr="00BB7497" w:rsidRDefault="00BB7497" w:rsidP="00BB7497">
            <w:pPr>
              <w:autoSpaceDE w:val="0"/>
              <w:autoSpaceDN w:val="0"/>
              <w:spacing w:before="76" w:after="0" w:line="254" w:lineRule="auto"/>
              <w:ind w:left="74"/>
              <w:rPr>
                <w:lang w:val="ru-RU"/>
              </w:rPr>
            </w:pPr>
            <w:r w:rsidRPr="00BB7497">
              <w:rPr>
                <w:rFonts w:ascii="Times New Roman" w:eastAsia="Times New Roman" w:hAnsi="Times New Roman"/>
                <w:color w:val="000000"/>
                <w:w w:val="97"/>
                <w:sz w:val="16"/>
                <w:lang w:val="ru-RU"/>
              </w:rPr>
              <w:t xml:space="preserve">Осуществлять виртуальные путешествия в отечественные художественные музеи и, </w:t>
            </w:r>
            <w:r w:rsidRPr="00BB7497">
              <w:rPr>
                <w:lang w:val="ru-RU"/>
              </w:rPr>
              <w:br/>
            </w:r>
            <w:r w:rsidRPr="00BB7497">
              <w:rPr>
                <w:rFonts w:ascii="Times New Roman" w:eastAsia="Times New Roman" w:hAnsi="Times New Roman"/>
                <w:color w:val="000000"/>
                <w:w w:val="97"/>
                <w:sz w:val="16"/>
                <w:lang w:val="ru-RU"/>
              </w:rPr>
              <w:t xml:space="preserve">возможно, знаменитые </w:t>
            </w:r>
            <w:r w:rsidRPr="00BB7497">
              <w:rPr>
                <w:lang w:val="ru-RU"/>
              </w:rPr>
              <w:br/>
            </w:r>
            <w:r w:rsidRPr="00BB7497">
              <w:rPr>
                <w:rFonts w:ascii="Times New Roman" w:eastAsia="Times New Roman" w:hAnsi="Times New Roman"/>
                <w:color w:val="000000"/>
                <w:w w:val="97"/>
                <w:sz w:val="16"/>
                <w:lang w:val="ru-RU"/>
              </w:rPr>
              <w:t xml:space="preserve">зарубежные художественные музеи на основе установок и квестов, предложенных </w:t>
            </w:r>
            <w:r w:rsidRPr="00BB7497">
              <w:rPr>
                <w:lang w:val="ru-RU"/>
              </w:rPr>
              <w:br/>
            </w:r>
            <w:r w:rsidRPr="00BB7497">
              <w:rPr>
                <w:rFonts w:ascii="Times New Roman" w:eastAsia="Times New Roman" w:hAnsi="Times New Roman"/>
                <w:color w:val="000000"/>
                <w:w w:val="97"/>
                <w:sz w:val="16"/>
                <w:lang w:val="ru-RU"/>
              </w:rPr>
              <w:t>учителем;</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14:paraId="71C3C345"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14:paraId="7E2710BE" w14:textId="77777777" w:rsidR="00BB7497" w:rsidRDefault="00BB7497" w:rsidP="00BB7497">
            <w:pPr>
              <w:autoSpaceDE w:val="0"/>
              <w:autoSpaceDN w:val="0"/>
              <w:spacing w:before="76" w:after="0" w:line="233" w:lineRule="auto"/>
              <w:ind w:left="74"/>
            </w:pPr>
            <w:r>
              <w:rPr>
                <w:rFonts w:ascii="Times New Roman" w:eastAsia="Times New Roman" w:hAnsi="Times New Roman"/>
                <w:color w:val="000000"/>
                <w:w w:val="97"/>
                <w:sz w:val="16"/>
              </w:rPr>
              <w:t>https://resh.edu.ru/subject/7/3/</w:t>
            </w:r>
          </w:p>
        </w:tc>
      </w:tr>
      <w:tr w:rsidR="00BB7497" w14:paraId="020CA552" w14:textId="77777777" w:rsidTr="00BB7497">
        <w:trPr>
          <w:trHeight w:hRule="exact" w:val="350"/>
        </w:trPr>
        <w:tc>
          <w:tcPr>
            <w:tcW w:w="5006"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14:paraId="75DFB91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7</w:t>
            </w:r>
          </w:p>
        </w:tc>
        <w:tc>
          <w:tcPr>
            <w:tcW w:w="530" w:type="dxa"/>
            <w:tcBorders>
              <w:top w:val="single" w:sz="4" w:space="0" w:color="000000"/>
              <w:left w:val="single" w:sz="4" w:space="0" w:color="000000"/>
              <w:bottom w:val="single" w:sz="5" w:space="0" w:color="000000"/>
              <w:right w:val="single" w:sz="4" w:space="0" w:color="000000"/>
            </w:tcBorders>
            <w:tcMar>
              <w:left w:w="0" w:type="dxa"/>
              <w:right w:w="0" w:type="dxa"/>
            </w:tcMar>
          </w:tcPr>
          <w:p w14:paraId="22CBE4D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6</w:t>
            </w:r>
          </w:p>
        </w:tc>
        <w:tc>
          <w:tcPr>
            <w:tcW w:w="9966"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14:paraId="03161ABE" w14:textId="77777777" w:rsidR="00BB7497" w:rsidRDefault="00BB7497" w:rsidP="00BB7497"/>
        </w:tc>
      </w:tr>
      <w:tr w:rsidR="00BB7497" w14:paraId="4290BA96" w14:textId="77777777" w:rsidTr="00BB7497">
        <w:trPr>
          <w:trHeight w:hRule="exact" w:val="328"/>
        </w:trPr>
        <w:tc>
          <w:tcPr>
            <w:tcW w:w="5006"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14:paraId="3A2EFA68" w14:textId="77777777" w:rsidR="00BB7497" w:rsidRPr="00BB7497" w:rsidRDefault="00BB7497" w:rsidP="00BB7497">
            <w:pPr>
              <w:autoSpaceDE w:val="0"/>
              <w:autoSpaceDN w:val="0"/>
              <w:spacing w:before="74" w:after="0" w:line="230" w:lineRule="auto"/>
              <w:ind w:left="72"/>
              <w:rPr>
                <w:lang w:val="ru-RU"/>
              </w:rPr>
            </w:pPr>
            <w:r w:rsidRPr="00BB7497">
              <w:rPr>
                <w:rFonts w:ascii="Times New Roman" w:eastAsia="Times New Roman" w:hAnsi="Times New Roman"/>
                <w:color w:val="000000"/>
                <w:w w:val="97"/>
                <w:sz w:val="16"/>
                <w:lang w:val="ru-RU"/>
              </w:rPr>
              <w:t>ОБЩЕЕ КОЛИЧЕСТВО ЧАСОВ ПО ПРОГРАММЕ</w:t>
            </w:r>
          </w:p>
        </w:tc>
        <w:tc>
          <w:tcPr>
            <w:tcW w:w="530" w:type="dxa"/>
            <w:tcBorders>
              <w:top w:val="single" w:sz="5" w:space="0" w:color="000000"/>
              <w:left w:val="single" w:sz="4" w:space="0" w:color="000000"/>
              <w:bottom w:val="single" w:sz="4" w:space="0" w:color="000000"/>
              <w:right w:val="single" w:sz="4" w:space="0" w:color="000000"/>
            </w:tcBorders>
            <w:tcMar>
              <w:left w:w="0" w:type="dxa"/>
              <w:right w:w="0" w:type="dxa"/>
            </w:tcMar>
          </w:tcPr>
          <w:p w14:paraId="37493A6C" w14:textId="77777777" w:rsidR="00BB7497" w:rsidRDefault="00BB7497" w:rsidP="00BB7497">
            <w:pPr>
              <w:autoSpaceDE w:val="0"/>
              <w:autoSpaceDN w:val="0"/>
              <w:spacing w:before="74" w:after="0" w:line="230" w:lineRule="auto"/>
              <w:ind w:left="72"/>
            </w:pPr>
            <w:r>
              <w:rPr>
                <w:rFonts w:ascii="Times New Roman" w:eastAsia="Times New Roman" w:hAnsi="Times New Roman"/>
                <w:color w:val="000000"/>
                <w:w w:val="97"/>
                <w:sz w:val="16"/>
              </w:rPr>
              <w:t>34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14:paraId="0F5320D9" w14:textId="77777777" w:rsidR="00BB7497" w:rsidRDefault="00BB7497" w:rsidP="00BB7497">
            <w:pPr>
              <w:autoSpaceDE w:val="0"/>
              <w:autoSpaceDN w:val="0"/>
              <w:spacing w:before="74" w:after="0" w:line="230" w:lineRule="auto"/>
              <w:ind w:left="72"/>
            </w:pPr>
            <w:r>
              <w:rPr>
                <w:rFonts w:ascii="Times New Roman" w:eastAsia="Times New Roman" w:hAnsi="Times New Roman"/>
                <w:color w:val="000000"/>
                <w:w w:val="97"/>
                <w:sz w:val="16"/>
              </w:rPr>
              <w:t>3</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14:paraId="031FCF9F" w14:textId="77777777" w:rsidR="00BB7497" w:rsidRDefault="00BB7497" w:rsidP="00BB7497">
            <w:pPr>
              <w:autoSpaceDE w:val="0"/>
              <w:autoSpaceDN w:val="0"/>
              <w:spacing w:before="74" w:after="0" w:line="230" w:lineRule="auto"/>
              <w:ind w:left="72"/>
            </w:pPr>
            <w:r>
              <w:rPr>
                <w:rFonts w:ascii="Times New Roman" w:eastAsia="Times New Roman" w:hAnsi="Times New Roman"/>
                <w:color w:val="000000"/>
                <w:w w:val="97"/>
                <w:sz w:val="16"/>
              </w:rPr>
              <w:t>3</w:t>
            </w:r>
          </w:p>
        </w:tc>
        <w:tc>
          <w:tcPr>
            <w:tcW w:w="7722" w:type="dxa"/>
            <w:gridSpan w:val="4"/>
            <w:tcBorders>
              <w:top w:val="single" w:sz="5" w:space="0" w:color="000000"/>
              <w:left w:val="single" w:sz="4" w:space="0" w:color="000000"/>
              <w:bottom w:val="single" w:sz="4" w:space="0" w:color="000000"/>
              <w:right w:val="single" w:sz="4" w:space="0" w:color="000000"/>
            </w:tcBorders>
            <w:tcMar>
              <w:left w:w="0" w:type="dxa"/>
              <w:right w:w="0" w:type="dxa"/>
            </w:tcMar>
          </w:tcPr>
          <w:p w14:paraId="766CAF5F" w14:textId="77777777" w:rsidR="00BB7497" w:rsidRDefault="00BB7497" w:rsidP="00BB7497"/>
        </w:tc>
      </w:tr>
    </w:tbl>
    <w:p w14:paraId="4552ECA0" w14:textId="77777777" w:rsidR="00BB7497" w:rsidRDefault="00BB7497" w:rsidP="00BB7497">
      <w:pPr>
        <w:autoSpaceDE w:val="0"/>
        <w:autoSpaceDN w:val="0"/>
        <w:spacing w:after="0" w:line="14" w:lineRule="exact"/>
      </w:pPr>
    </w:p>
    <w:p w14:paraId="34A23A54" w14:textId="77777777" w:rsidR="00BB7497" w:rsidRDefault="00BB7497" w:rsidP="00BB7497">
      <w:pPr>
        <w:autoSpaceDE w:val="0"/>
        <w:autoSpaceDN w:val="0"/>
        <w:spacing w:after="258" w:line="233" w:lineRule="auto"/>
        <w:rPr>
          <w:rFonts w:ascii="Times New Roman" w:eastAsia="Times New Roman" w:hAnsi="Times New Roman"/>
          <w:b/>
          <w:color w:val="000000"/>
          <w:w w:val="101"/>
          <w:sz w:val="19"/>
        </w:rPr>
      </w:pPr>
    </w:p>
    <w:p w14:paraId="6E8543D3" w14:textId="252EE29F" w:rsidR="00BB7497" w:rsidRPr="00BB7497" w:rsidRDefault="00BB7497" w:rsidP="00BB7497">
      <w:pPr>
        <w:autoSpaceDE w:val="0"/>
        <w:autoSpaceDN w:val="0"/>
        <w:spacing w:after="258" w:line="233" w:lineRule="auto"/>
        <w:rPr>
          <w:lang w:val="ru-RU"/>
        </w:rPr>
      </w:pPr>
      <w:r>
        <w:rPr>
          <w:rFonts w:ascii="Times New Roman" w:eastAsia="Times New Roman" w:hAnsi="Times New Roman"/>
          <w:b/>
          <w:color w:val="000000"/>
          <w:w w:val="101"/>
          <w:sz w:val="19"/>
        </w:rPr>
        <w:t xml:space="preserve">ТЕМАТИЧЕСКОЕ ПЛАНИРОВАНИЕ </w:t>
      </w:r>
      <w:r w:rsidRPr="00BB7497">
        <w:rPr>
          <w:rFonts w:ascii="Times New Roman" w:eastAsia="Times New Roman" w:hAnsi="Times New Roman"/>
          <w:b/>
          <w:color w:val="000000"/>
          <w:w w:val="101"/>
          <w:sz w:val="24"/>
          <w:szCs w:val="24"/>
          <w:lang w:val="ru-RU"/>
        </w:rPr>
        <w:t>4 класс</w:t>
      </w: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14:paraId="1A789603" w14:textId="77777777" w:rsidTr="00BB7497">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987F350" w14:textId="77777777" w:rsidR="00BB7497" w:rsidRDefault="00BB7497" w:rsidP="00BB7497">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497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F8DE8B4" w14:textId="77777777" w:rsidR="00BB7497" w:rsidRPr="00BB7497" w:rsidRDefault="00BB7497" w:rsidP="00BB7497">
            <w:pPr>
              <w:autoSpaceDE w:val="0"/>
              <w:autoSpaceDN w:val="0"/>
              <w:spacing w:before="78" w:after="0" w:line="230" w:lineRule="auto"/>
              <w:ind w:left="72"/>
              <w:rPr>
                <w:lang w:val="ru-RU"/>
              </w:rPr>
            </w:pPr>
            <w:r w:rsidRPr="00BB7497">
              <w:rPr>
                <w:rFonts w:ascii="Times New Roman" w:eastAsia="Times New Roman" w:hAnsi="Times New Roman"/>
                <w:b/>
                <w:color w:val="000000"/>
                <w:w w:val="97"/>
                <w:sz w:val="16"/>
                <w:lang w:val="ru-RU"/>
              </w:rPr>
              <w:t>Наименование разделов и тем программы</w:t>
            </w:r>
          </w:p>
        </w:tc>
        <w:tc>
          <w:tcPr>
            <w:tcW w:w="277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42251469" w14:textId="77777777" w:rsidR="00BB7497" w:rsidRDefault="00BB7497" w:rsidP="00BB7497">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80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38CE3E0" w14:textId="77777777" w:rsidR="00BB7497" w:rsidRDefault="00BB7497" w:rsidP="00BB7497">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330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F0ED925" w14:textId="77777777" w:rsidR="00BB7497" w:rsidRDefault="00BB7497" w:rsidP="00BB7497">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2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7AD594D" w14:textId="77777777" w:rsidR="00BB7497" w:rsidRDefault="00BB7497" w:rsidP="00BB7497">
            <w:pPr>
              <w:autoSpaceDE w:val="0"/>
              <w:autoSpaceDN w:val="0"/>
              <w:spacing w:before="78" w:after="0" w:line="245" w:lineRule="auto"/>
              <w:ind w:left="74" w:right="144"/>
            </w:pPr>
            <w:r>
              <w:rPr>
                <w:rFonts w:ascii="Times New Roman" w:eastAsia="Times New Roman" w:hAnsi="Times New Roman"/>
                <w:b/>
                <w:color w:val="000000"/>
                <w:w w:val="97"/>
                <w:sz w:val="16"/>
              </w:rPr>
              <w:t>Виды, формы контроля</w:t>
            </w:r>
          </w:p>
        </w:tc>
        <w:tc>
          <w:tcPr>
            <w:tcW w:w="20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047B85D" w14:textId="77777777" w:rsidR="00BB7497" w:rsidRDefault="00BB7497" w:rsidP="00BB7497">
            <w:pPr>
              <w:autoSpaceDE w:val="0"/>
              <w:autoSpaceDN w:val="0"/>
              <w:spacing w:before="78" w:after="0" w:line="245" w:lineRule="auto"/>
              <w:jc w:val="center"/>
            </w:pPr>
            <w:r>
              <w:rPr>
                <w:rFonts w:ascii="Times New Roman" w:eastAsia="Times New Roman" w:hAnsi="Times New Roman"/>
                <w:b/>
                <w:color w:val="000000"/>
                <w:w w:val="97"/>
                <w:sz w:val="16"/>
              </w:rPr>
              <w:t>Электронные (цифровые) образовательные ресурсы</w:t>
            </w:r>
          </w:p>
        </w:tc>
      </w:tr>
      <w:tr w:rsidR="00BB7497" w14:paraId="54719182" w14:textId="77777777" w:rsidTr="00BB7497">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14:paraId="1F1FBCD8" w14:textId="77777777" w:rsidR="00BB7497" w:rsidRDefault="00BB7497" w:rsidP="00BB7497"/>
        </w:tc>
        <w:tc>
          <w:tcPr>
            <w:tcW w:w="1726" w:type="dxa"/>
            <w:vMerge/>
            <w:tcBorders>
              <w:top w:val="single" w:sz="4" w:space="0" w:color="000000"/>
              <w:left w:val="single" w:sz="4" w:space="0" w:color="000000"/>
              <w:bottom w:val="single" w:sz="4" w:space="0" w:color="000000"/>
              <w:right w:val="single" w:sz="4" w:space="0" w:color="000000"/>
            </w:tcBorders>
          </w:tcPr>
          <w:p w14:paraId="1F9C7673" w14:textId="77777777" w:rsidR="00BB7497" w:rsidRDefault="00BB7497" w:rsidP="00BB7497"/>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078D44C" w14:textId="77777777" w:rsidR="00BB7497" w:rsidRDefault="00BB7497" w:rsidP="00BB7497">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753C21" w14:textId="77777777" w:rsidR="00BB7497" w:rsidRDefault="00BB7497" w:rsidP="00BB7497">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A9093A2" w14:textId="77777777" w:rsidR="00BB7497" w:rsidRDefault="00BB7497" w:rsidP="00BB7497">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14:paraId="377C78EE" w14:textId="77777777" w:rsidR="00BB7497" w:rsidRDefault="00BB7497" w:rsidP="00BB7497"/>
        </w:tc>
        <w:tc>
          <w:tcPr>
            <w:tcW w:w="1726" w:type="dxa"/>
            <w:vMerge/>
            <w:tcBorders>
              <w:top w:val="single" w:sz="4" w:space="0" w:color="000000"/>
              <w:left w:val="single" w:sz="4" w:space="0" w:color="000000"/>
              <w:bottom w:val="single" w:sz="4" w:space="0" w:color="000000"/>
              <w:right w:val="single" w:sz="4" w:space="0" w:color="000000"/>
            </w:tcBorders>
          </w:tcPr>
          <w:p w14:paraId="3D381C73" w14:textId="77777777" w:rsidR="00BB7497" w:rsidRDefault="00BB7497" w:rsidP="00BB7497"/>
        </w:tc>
        <w:tc>
          <w:tcPr>
            <w:tcW w:w="1726" w:type="dxa"/>
            <w:vMerge/>
            <w:tcBorders>
              <w:top w:val="single" w:sz="4" w:space="0" w:color="000000"/>
              <w:left w:val="single" w:sz="4" w:space="0" w:color="000000"/>
              <w:bottom w:val="single" w:sz="4" w:space="0" w:color="000000"/>
              <w:right w:val="single" w:sz="4" w:space="0" w:color="000000"/>
            </w:tcBorders>
          </w:tcPr>
          <w:p w14:paraId="2CA84763" w14:textId="77777777" w:rsidR="00BB7497" w:rsidRDefault="00BB7497" w:rsidP="00BB7497"/>
        </w:tc>
        <w:tc>
          <w:tcPr>
            <w:tcW w:w="1726" w:type="dxa"/>
            <w:vMerge/>
            <w:tcBorders>
              <w:top w:val="single" w:sz="4" w:space="0" w:color="000000"/>
              <w:left w:val="single" w:sz="4" w:space="0" w:color="000000"/>
              <w:bottom w:val="single" w:sz="4" w:space="0" w:color="000000"/>
              <w:right w:val="single" w:sz="4" w:space="0" w:color="000000"/>
            </w:tcBorders>
          </w:tcPr>
          <w:p w14:paraId="4EC7721D" w14:textId="77777777" w:rsidR="00BB7497" w:rsidRDefault="00BB7497" w:rsidP="00BB7497"/>
        </w:tc>
      </w:tr>
      <w:tr w:rsidR="00BB7497" w14:paraId="19393A1B" w14:textId="77777777" w:rsidTr="00BB749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23E8134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Модуль 1.</w:t>
            </w:r>
            <w:r>
              <w:rPr>
                <w:rFonts w:ascii="Times New Roman" w:eastAsia="Times New Roman" w:hAnsi="Times New Roman"/>
                <w:b/>
                <w:color w:val="000000"/>
                <w:w w:val="97"/>
                <w:sz w:val="16"/>
              </w:rPr>
              <w:t xml:space="preserve"> Графика</w:t>
            </w:r>
          </w:p>
        </w:tc>
      </w:tr>
      <w:tr w:rsidR="00BB7497" w:rsidRPr="002F3886" w14:paraId="35F547BD" w14:textId="77777777" w:rsidTr="00BB7497">
        <w:trPr>
          <w:trHeight w:hRule="exact" w:val="51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376DC13" w14:textId="77777777" w:rsidR="00BB7497" w:rsidRDefault="00BB7497" w:rsidP="00BB7497">
            <w:pPr>
              <w:autoSpaceDE w:val="0"/>
              <w:autoSpaceDN w:val="0"/>
              <w:spacing w:before="80" w:after="0" w:line="230" w:lineRule="auto"/>
              <w:jc w:val="center"/>
            </w:pPr>
            <w:r>
              <w:rPr>
                <w:rFonts w:ascii="Times New Roman" w:eastAsia="Times New Roman" w:hAnsi="Times New Roman"/>
                <w:color w:val="000000"/>
                <w:w w:val="97"/>
                <w:sz w:val="16"/>
              </w:rPr>
              <w:t>1.1.</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41E59C92" w14:textId="77777777" w:rsidR="00BB7497" w:rsidRPr="00BB7497" w:rsidRDefault="00BB7497" w:rsidP="00BB7497">
            <w:pPr>
              <w:autoSpaceDE w:val="0"/>
              <w:autoSpaceDN w:val="0"/>
              <w:spacing w:before="80" w:after="0" w:line="250" w:lineRule="auto"/>
              <w:ind w:left="72" w:right="288"/>
              <w:rPr>
                <w:lang w:val="ru-RU"/>
              </w:rPr>
            </w:pPr>
            <w:r w:rsidRPr="00BB7497">
              <w:rPr>
                <w:rFonts w:ascii="Times New Roman" w:eastAsia="Times New Roman" w:hAnsi="Times New Roman"/>
                <w:b/>
                <w:color w:val="000000"/>
                <w:w w:val="97"/>
                <w:sz w:val="16"/>
                <w:lang w:val="ru-RU"/>
              </w:rPr>
              <w:t xml:space="preserve">Освоение правил линейной и воздушной перспективы: </w:t>
            </w:r>
            <w:r w:rsidRPr="00BB7497">
              <w:rPr>
                <w:lang w:val="ru-RU"/>
              </w:rPr>
              <w:br/>
            </w:r>
            <w:r w:rsidRPr="00BB7497">
              <w:rPr>
                <w:rFonts w:ascii="Times New Roman" w:eastAsia="Times New Roman" w:hAnsi="Times New Roman"/>
                <w:b/>
                <w:color w:val="000000"/>
                <w:w w:val="97"/>
                <w:sz w:val="16"/>
                <w:lang w:val="ru-RU"/>
              </w:rPr>
              <w:t>уменьшение размера изображения по мере удаления от первого плана, смягчение цветового и тонального контрастов.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0B45473"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1187739"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2A2AF6E" w14:textId="77777777" w:rsidR="00BB7497" w:rsidRDefault="00BB7497" w:rsidP="00BB7497">
            <w:pPr>
              <w:autoSpaceDE w:val="0"/>
              <w:autoSpaceDN w:val="0"/>
              <w:spacing w:before="80"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630F41E"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11DE9D" w14:textId="77777777" w:rsidR="00BB7497" w:rsidRPr="00BB7497" w:rsidRDefault="00BB7497" w:rsidP="00BB7497">
            <w:pPr>
              <w:autoSpaceDE w:val="0"/>
              <w:autoSpaceDN w:val="0"/>
              <w:spacing w:before="80" w:after="0" w:line="250" w:lineRule="auto"/>
              <w:ind w:left="72" w:right="288"/>
              <w:rPr>
                <w:lang w:val="ru-RU"/>
              </w:rPr>
            </w:pPr>
            <w:r w:rsidRPr="00BB7497">
              <w:rPr>
                <w:rFonts w:ascii="Times New Roman" w:eastAsia="Times New Roman" w:hAnsi="Times New Roman"/>
                <w:color w:val="000000"/>
                <w:w w:val="97"/>
                <w:sz w:val="16"/>
                <w:lang w:val="ru-RU"/>
              </w:rPr>
              <w:t xml:space="preserve">Осваивать правила линейной и воздушной перспективы и применять их в своей </w:t>
            </w:r>
            <w:r w:rsidRPr="00BB7497">
              <w:rPr>
                <w:lang w:val="ru-RU"/>
              </w:rPr>
              <w:br/>
            </w:r>
            <w:r w:rsidRPr="00BB7497">
              <w:rPr>
                <w:rFonts w:ascii="Times New Roman" w:eastAsia="Times New Roman" w:hAnsi="Times New Roman"/>
                <w:color w:val="000000"/>
                <w:w w:val="97"/>
                <w:sz w:val="16"/>
                <w:lang w:val="ru-RU"/>
              </w:rPr>
              <w:t>практической творческой деятельности.;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1B962453" w14:textId="77777777" w:rsidR="00BB7497" w:rsidRDefault="00BB7497" w:rsidP="00BB7497">
            <w:pPr>
              <w:autoSpaceDE w:val="0"/>
              <w:autoSpaceDN w:val="0"/>
              <w:spacing w:before="80" w:after="0" w:line="250"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9FC3E38" w14:textId="77777777" w:rsidR="00BB7497" w:rsidRDefault="00BB7497" w:rsidP="00BB7497">
            <w:pPr>
              <w:autoSpaceDE w:val="0"/>
              <w:autoSpaceDN w:val="0"/>
              <w:spacing w:before="272"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0CEBE1C8"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50417DA9"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B7EAB96"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4589889C"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484AB0E6"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471346E"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1DCDE72B" w14:textId="77777777" w:rsidR="00BB7497" w:rsidRPr="00BB7497" w:rsidRDefault="00BB7497" w:rsidP="00BB7497">
      <w:pPr>
        <w:autoSpaceDE w:val="0"/>
        <w:autoSpaceDN w:val="0"/>
        <w:spacing w:after="0" w:line="14" w:lineRule="exact"/>
        <w:rPr>
          <w:lang w:val="ru-RU"/>
        </w:rPr>
      </w:pPr>
    </w:p>
    <w:p w14:paraId="7F2A175D" w14:textId="77777777" w:rsidR="00BB7497" w:rsidRPr="00BB7497" w:rsidRDefault="00BB7497" w:rsidP="00BB7497">
      <w:pPr>
        <w:rPr>
          <w:lang w:val="ru-RU"/>
        </w:rPr>
        <w:sectPr w:rsidR="00BB7497" w:rsidRPr="00BB7497">
          <w:pgSz w:w="16840" w:h="11900"/>
          <w:pgMar w:top="282" w:right="640" w:bottom="1440" w:left="666" w:header="720" w:footer="720" w:gutter="0"/>
          <w:cols w:space="720" w:equalWidth="0">
            <w:col w:w="15534" w:space="0"/>
          </w:cols>
          <w:docGrid w:linePitch="360"/>
        </w:sectPr>
      </w:pPr>
    </w:p>
    <w:p w14:paraId="0CCF3436"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61F76FFF" w14:textId="77777777" w:rsidTr="00BB7497">
        <w:trPr>
          <w:trHeight w:hRule="exact" w:val="55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412C4FA"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1.2.</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F1B57A0" w14:textId="77777777" w:rsidR="00BB7497" w:rsidRPr="00BB7497" w:rsidRDefault="00BB7497" w:rsidP="00BB7497">
            <w:pPr>
              <w:autoSpaceDE w:val="0"/>
              <w:autoSpaceDN w:val="0"/>
              <w:spacing w:before="78" w:after="0" w:line="247" w:lineRule="auto"/>
              <w:ind w:left="72" w:right="288"/>
              <w:rPr>
                <w:lang w:val="ru-RU"/>
              </w:rPr>
            </w:pPr>
            <w:r w:rsidRPr="00BB7497">
              <w:rPr>
                <w:rFonts w:ascii="Times New Roman" w:eastAsia="Times New Roman" w:hAnsi="Times New Roman"/>
                <w:b/>
                <w:color w:val="000000"/>
                <w:w w:val="97"/>
                <w:sz w:val="16"/>
                <w:lang w:val="ru-RU"/>
              </w:rPr>
              <w:t xml:space="preserve">Рисунок фигуры человека: основные пропорции и </w:t>
            </w:r>
            <w:r w:rsidRPr="00BB7497">
              <w:rPr>
                <w:lang w:val="ru-RU"/>
              </w:rPr>
              <w:br/>
            </w:r>
            <w:r w:rsidRPr="00BB7497">
              <w:rPr>
                <w:rFonts w:ascii="Times New Roman" w:eastAsia="Times New Roman" w:hAnsi="Times New Roman"/>
                <w:b/>
                <w:color w:val="000000"/>
                <w:w w:val="97"/>
                <w:sz w:val="16"/>
                <w:lang w:val="ru-RU"/>
              </w:rPr>
              <w:t>взаимоотношение частей фигуры, передача движения фигуры в плоскости листа: бег, ходьба, сидящая и стоящая фигура.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6FD86CB"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28E24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67D910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A31FEE8"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B0CCEB1" w14:textId="77777777" w:rsidR="00BB7497" w:rsidRPr="00BB7497" w:rsidRDefault="00BB7497" w:rsidP="00BB7497">
            <w:pPr>
              <w:autoSpaceDE w:val="0"/>
              <w:autoSpaceDN w:val="0"/>
              <w:spacing w:before="78" w:after="0" w:line="252" w:lineRule="auto"/>
              <w:ind w:left="72" w:right="144"/>
              <w:rPr>
                <w:lang w:val="ru-RU"/>
              </w:rPr>
            </w:pPr>
            <w:r w:rsidRPr="00BB7497">
              <w:rPr>
                <w:rFonts w:ascii="Times New Roman" w:eastAsia="Times New Roman" w:hAnsi="Times New Roman"/>
                <w:color w:val="000000"/>
                <w:w w:val="97"/>
                <w:sz w:val="16"/>
                <w:lang w:val="ru-RU"/>
              </w:rPr>
              <w:t xml:space="preserve">Изучать и осваивать основные пропорции фигуры человека.; </w:t>
            </w:r>
            <w:r w:rsidRPr="00BB7497">
              <w:rPr>
                <w:lang w:val="ru-RU"/>
              </w:rPr>
              <w:br/>
            </w:r>
            <w:r w:rsidRPr="00BB7497">
              <w:rPr>
                <w:rFonts w:ascii="Times New Roman" w:eastAsia="Times New Roman" w:hAnsi="Times New Roman"/>
                <w:color w:val="000000"/>
                <w:w w:val="97"/>
                <w:sz w:val="16"/>
                <w:lang w:val="ru-RU"/>
              </w:rPr>
              <w:t xml:space="preserve">Осваивать пропорциональные отношения отдельных частей фигуры человека и учиться применять эти знания в своих рисунках.; </w:t>
            </w:r>
            <w:r w:rsidRPr="00BB7497">
              <w:rPr>
                <w:lang w:val="ru-RU"/>
              </w:rPr>
              <w:br/>
            </w:r>
            <w:r w:rsidRPr="00BB7497">
              <w:rPr>
                <w:rFonts w:ascii="Times New Roman" w:eastAsia="Times New Roman" w:hAnsi="Times New Roman"/>
                <w:color w:val="000000"/>
                <w:w w:val="97"/>
                <w:sz w:val="16"/>
                <w:lang w:val="ru-RU"/>
              </w:rPr>
              <w:t xml:space="preserve">Приобретать опыт изображения фигуры </w:t>
            </w:r>
            <w:r w:rsidRPr="00BB7497">
              <w:rPr>
                <w:lang w:val="ru-RU"/>
              </w:rPr>
              <w:br/>
            </w:r>
            <w:r w:rsidRPr="00BB7497">
              <w:rPr>
                <w:rFonts w:ascii="Times New Roman" w:eastAsia="Times New Roman" w:hAnsi="Times New Roman"/>
                <w:color w:val="000000"/>
                <w:w w:val="97"/>
                <w:sz w:val="16"/>
                <w:lang w:val="ru-RU"/>
              </w:rPr>
              <w:t>человека в движении.;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75622FEB"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2D53F7C" w14:textId="77777777" w:rsidR="00BB7497" w:rsidRDefault="00BB7497" w:rsidP="00BB7497">
            <w:pPr>
              <w:autoSpaceDE w:val="0"/>
              <w:autoSpaceDN w:val="0"/>
              <w:spacing w:before="270"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59F14E4A"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19554959"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7EB9459"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3A7234E"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5E021C4F"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1204ECA7"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2612CBDD" w14:textId="77777777" w:rsidTr="00BB7497">
        <w:trPr>
          <w:trHeight w:hRule="exact" w:val="513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C9085B7"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1.3.</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7F66B5E3" w14:textId="77777777" w:rsidR="00BB7497" w:rsidRPr="00BB7497" w:rsidRDefault="00BB7497" w:rsidP="00BB7497">
            <w:pPr>
              <w:autoSpaceDE w:val="0"/>
              <w:autoSpaceDN w:val="0"/>
              <w:spacing w:before="76" w:after="0" w:line="245" w:lineRule="auto"/>
              <w:ind w:left="72" w:right="144"/>
              <w:rPr>
                <w:lang w:val="ru-RU"/>
              </w:rPr>
            </w:pPr>
            <w:r w:rsidRPr="00BB7497">
              <w:rPr>
                <w:rFonts w:ascii="Times New Roman" w:eastAsia="Times New Roman" w:hAnsi="Times New Roman"/>
                <w:b/>
                <w:color w:val="000000"/>
                <w:w w:val="97"/>
                <w:sz w:val="16"/>
                <w:lang w:val="ru-RU"/>
              </w:rPr>
              <w:t>Графическое изображение героев былин, древних легенд, сказок и сказаний разных народов.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25CC1C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B828997"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9E55CB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F21CF4A"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F1A0D52" w14:textId="77777777" w:rsidR="00BB7497" w:rsidRPr="00BB7497" w:rsidRDefault="00BB7497" w:rsidP="00BB7497">
            <w:pPr>
              <w:autoSpaceDE w:val="0"/>
              <w:autoSpaceDN w:val="0"/>
              <w:spacing w:before="76" w:after="0" w:line="250" w:lineRule="auto"/>
              <w:ind w:left="72" w:right="144"/>
              <w:rPr>
                <w:lang w:val="ru-RU"/>
              </w:rPr>
            </w:pPr>
            <w:r w:rsidRPr="00BB7497">
              <w:rPr>
                <w:rFonts w:ascii="Times New Roman" w:eastAsia="Times New Roman" w:hAnsi="Times New Roman"/>
                <w:color w:val="000000"/>
                <w:w w:val="97"/>
                <w:sz w:val="16"/>
                <w:lang w:val="ru-RU"/>
              </w:rPr>
              <w:t>Получать представления о традиционных одеждах разных народов и о красоте человека в разных культурах.;</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657DC88C" w14:textId="77777777" w:rsidR="00BB7497" w:rsidRDefault="00BB7497" w:rsidP="00BB7497">
            <w:pPr>
              <w:autoSpaceDE w:val="0"/>
              <w:autoSpaceDN w:val="0"/>
              <w:spacing w:before="76" w:after="0" w:line="250"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58380D2" w14:textId="77777777" w:rsidR="00BB7497" w:rsidRDefault="00BB7497" w:rsidP="00BB7497">
            <w:pPr>
              <w:autoSpaceDE w:val="0"/>
              <w:autoSpaceDN w:val="0"/>
              <w:spacing w:before="76"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40F1C996"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16CF5C68"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C18BE40"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4C476721"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6A4C3A92"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96FEE3A"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3A2397E1" w14:textId="77777777" w:rsidR="00BB7497" w:rsidRPr="00BB7497" w:rsidRDefault="00BB7497" w:rsidP="00BB7497">
      <w:pPr>
        <w:autoSpaceDE w:val="0"/>
        <w:autoSpaceDN w:val="0"/>
        <w:spacing w:after="0" w:line="14" w:lineRule="exact"/>
        <w:rPr>
          <w:lang w:val="ru-RU"/>
        </w:rPr>
      </w:pPr>
    </w:p>
    <w:p w14:paraId="02866E3B" w14:textId="77777777" w:rsidR="00BB7497" w:rsidRPr="00BB7497" w:rsidRDefault="00BB7497" w:rsidP="00BB7497">
      <w:pPr>
        <w:rPr>
          <w:lang w:val="ru-RU"/>
        </w:rPr>
        <w:sectPr w:rsidR="00BB7497" w:rsidRPr="00BB7497">
          <w:pgSz w:w="16840" w:h="11900"/>
          <w:pgMar w:top="284" w:right="640" w:bottom="328" w:left="666" w:header="720" w:footer="720" w:gutter="0"/>
          <w:cols w:space="720" w:equalWidth="0">
            <w:col w:w="15534" w:space="0"/>
          </w:cols>
          <w:docGrid w:linePitch="360"/>
        </w:sectPr>
      </w:pPr>
    </w:p>
    <w:p w14:paraId="7A3F7897"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5520B019" w14:textId="77777777" w:rsidTr="00BB7497">
        <w:trPr>
          <w:trHeight w:hRule="exact" w:val="518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0022AAC"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1.4.</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E2BF5F5" w14:textId="77777777" w:rsidR="00BB7497" w:rsidRPr="00BB7497" w:rsidRDefault="00BB7497" w:rsidP="00BB7497">
            <w:pPr>
              <w:autoSpaceDE w:val="0"/>
              <w:autoSpaceDN w:val="0"/>
              <w:spacing w:before="78" w:after="0" w:line="247" w:lineRule="auto"/>
              <w:ind w:left="72" w:right="288"/>
              <w:rPr>
                <w:lang w:val="ru-RU"/>
              </w:rPr>
            </w:pPr>
            <w:r w:rsidRPr="00BB7497">
              <w:rPr>
                <w:rFonts w:ascii="Times New Roman" w:eastAsia="Times New Roman" w:hAnsi="Times New Roman"/>
                <w:b/>
                <w:color w:val="000000"/>
                <w:w w:val="97"/>
                <w:sz w:val="16"/>
                <w:lang w:val="ru-RU"/>
              </w:rPr>
              <w:t>Изображение города — тематическая графическая композиция; использование карандаша, мелков, фломастеров (смешанная техника).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7877A0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60C64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A2FE3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2003456"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CE4C0DB"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Учиться передавать в рисунках характерные особенности архитектурных построек разных народов и культурных эпох.; </w:t>
            </w:r>
            <w:r w:rsidRPr="00BB7497">
              <w:rPr>
                <w:lang w:val="ru-RU"/>
              </w:rPr>
              <w:br/>
            </w:r>
            <w:r w:rsidRPr="00BB7497">
              <w:rPr>
                <w:rFonts w:ascii="Times New Roman" w:eastAsia="Times New Roman" w:hAnsi="Times New Roman"/>
                <w:color w:val="000000"/>
                <w:w w:val="97"/>
                <w:sz w:val="16"/>
                <w:lang w:val="ru-RU"/>
              </w:rPr>
              <w:t xml:space="preserve">Создать творческую композицию: </w:t>
            </w:r>
            <w:r w:rsidRPr="00BB7497">
              <w:rPr>
                <w:lang w:val="ru-RU"/>
              </w:rPr>
              <w:br/>
            </w:r>
            <w:r w:rsidRPr="00BB7497">
              <w:rPr>
                <w:rFonts w:ascii="Times New Roman" w:eastAsia="Times New Roman" w:hAnsi="Times New Roman"/>
                <w:color w:val="000000"/>
                <w:w w:val="97"/>
                <w:sz w:val="16"/>
                <w:lang w:val="ru-RU"/>
              </w:rPr>
              <w:t xml:space="preserve">изображение старинного города, характерного для отечественной культуры или культур </w:t>
            </w:r>
            <w:r w:rsidRPr="00BB7497">
              <w:rPr>
                <w:lang w:val="ru-RU"/>
              </w:rPr>
              <w:br/>
            </w:r>
            <w:r w:rsidRPr="00BB7497">
              <w:rPr>
                <w:rFonts w:ascii="Times New Roman" w:eastAsia="Times New Roman" w:hAnsi="Times New Roman"/>
                <w:color w:val="000000"/>
                <w:w w:val="97"/>
                <w:sz w:val="16"/>
                <w:lang w:val="ru-RU"/>
              </w:rPr>
              <w:t>других народов;</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EC73D8B"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C90C8DF"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597708DF"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469C4893"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4990904"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DFBC196"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2E3E56F5"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289AC913"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14:paraId="4CA1F32D" w14:textId="77777777" w:rsidTr="00BB7497">
        <w:trPr>
          <w:trHeight w:hRule="exact" w:val="350"/>
        </w:trPr>
        <w:tc>
          <w:tcPr>
            <w:tcW w:w="53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21092E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1</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0DFE63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4</w:t>
            </w:r>
          </w:p>
        </w:tc>
        <w:tc>
          <w:tcPr>
            <w:tcW w:w="960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188F4DA2" w14:textId="77777777" w:rsidR="00BB7497" w:rsidRDefault="00BB7497" w:rsidP="00BB7497"/>
        </w:tc>
      </w:tr>
      <w:tr w:rsidR="00BB7497" w14:paraId="64C0CA0B" w14:textId="77777777" w:rsidTr="00BB749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7BFAEF7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Модуль 2.</w:t>
            </w:r>
            <w:r>
              <w:rPr>
                <w:rFonts w:ascii="Times New Roman" w:eastAsia="Times New Roman" w:hAnsi="Times New Roman"/>
                <w:b/>
                <w:color w:val="000000"/>
                <w:w w:val="97"/>
                <w:sz w:val="16"/>
              </w:rPr>
              <w:t xml:space="preserve"> Живопись</w:t>
            </w:r>
          </w:p>
        </w:tc>
      </w:tr>
    </w:tbl>
    <w:p w14:paraId="5313FBE9" w14:textId="77777777" w:rsidR="00BB7497" w:rsidRDefault="00BB7497" w:rsidP="00BB7497">
      <w:pPr>
        <w:autoSpaceDE w:val="0"/>
        <w:autoSpaceDN w:val="0"/>
        <w:spacing w:after="0" w:line="14" w:lineRule="exact"/>
      </w:pPr>
    </w:p>
    <w:p w14:paraId="40B3F369" w14:textId="77777777" w:rsidR="00BB7497" w:rsidRDefault="00BB7497" w:rsidP="00BB7497">
      <w:pPr>
        <w:sectPr w:rsidR="00BB7497">
          <w:pgSz w:w="16840" w:h="11900"/>
          <w:pgMar w:top="284" w:right="640" w:bottom="1440" w:left="666" w:header="720" w:footer="720" w:gutter="0"/>
          <w:cols w:space="720" w:equalWidth="0">
            <w:col w:w="15534" w:space="0"/>
          </w:cols>
          <w:docGrid w:linePitch="360"/>
        </w:sectPr>
      </w:pPr>
    </w:p>
    <w:p w14:paraId="528DCDD9"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2EED14FF" w14:textId="77777777" w:rsidTr="00BB7497">
        <w:trPr>
          <w:trHeight w:hRule="exact" w:val="51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51EDB58"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2.1.</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2BD18CD2" w14:textId="77777777" w:rsidR="00BB7497" w:rsidRPr="00BB7497" w:rsidRDefault="00BB7497" w:rsidP="00BB7497">
            <w:pPr>
              <w:autoSpaceDE w:val="0"/>
              <w:autoSpaceDN w:val="0"/>
              <w:spacing w:before="78" w:after="0" w:line="245" w:lineRule="auto"/>
              <w:ind w:left="72" w:right="144"/>
              <w:rPr>
                <w:lang w:val="ru-RU"/>
              </w:rPr>
            </w:pPr>
            <w:r w:rsidRPr="00BB7497">
              <w:rPr>
                <w:rFonts w:ascii="Times New Roman" w:eastAsia="Times New Roman" w:hAnsi="Times New Roman"/>
                <w:b/>
                <w:color w:val="000000"/>
                <w:w w:val="97"/>
                <w:sz w:val="16"/>
                <w:lang w:val="ru-RU"/>
              </w:rPr>
              <w:t>Красота природы разных климатических зон, создание пейзажных композиций (горный, степной, среднерусский ландшафт).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114239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CA52BE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791CF3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FC6BDA7"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6669F9D" w14:textId="77777777" w:rsidR="00BB7497" w:rsidRPr="00BB7497" w:rsidRDefault="00BB7497" w:rsidP="00BB7497">
            <w:pPr>
              <w:autoSpaceDE w:val="0"/>
              <w:autoSpaceDN w:val="0"/>
              <w:spacing w:before="78" w:after="0" w:line="252" w:lineRule="auto"/>
              <w:ind w:left="72" w:right="144"/>
              <w:rPr>
                <w:lang w:val="ru-RU"/>
              </w:rPr>
            </w:pPr>
            <w:r w:rsidRPr="00BB7497">
              <w:rPr>
                <w:rFonts w:ascii="Times New Roman" w:eastAsia="Times New Roman" w:hAnsi="Times New Roman"/>
                <w:color w:val="000000"/>
                <w:w w:val="97"/>
                <w:sz w:val="16"/>
                <w:lang w:val="ru-RU"/>
              </w:rPr>
              <w:t xml:space="preserve">Выполнить живописное изображение </w:t>
            </w:r>
            <w:r w:rsidRPr="00BB7497">
              <w:rPr>
                <w:lang w:val="ru-RU"/>
              </w:rPr>
              <w:br/>
            </w:r>
            <w:r w:rsidRPr="00BB7497">
              <w:rPr>
                <w:rFonts w:ascii="Times New Roman" w:eastAsia="Times New Roman" w:hAnsi="Times New Roman"/>
                <w:color w:val="000000"/>
                <w:w w:val="97"/>
                <w:sz w:val="16"/>
                <w:lang w:val="ru-RU"/>
              </w:rPr>
              <w:t xml:space="preserve">пейзажей разных климатических зон (пейзаж гор, пейзаж степной или пустынной зоны, пейзаж, типичный для среднерусской </w:t>
            </w:r>
            <w:r w:rsidRPr="00BB7497">
              <w:rPr>
                <w:lang w:val="ru-RU"/>
              </w:rPr>
              <w:br/>
            </w:r>
            <w:r w:rsidRPr="00BB7497">
              <w:rPr>
                <w:rFonts w:ascii="Times New Roman" w:eastAsia="Times New Roman" w:hAnsi="Times New Roman"/>
                <w:color w:val="000000"/>
                <w:w w:val="97"/>
                <w:sz w:val="16"/>
                <w:lang w:val="ru-RU"/>
              </w:rPr>
              <w:t>природы).;</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2A060BE6"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503436E"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293EBABD"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68EAE16"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0AB9827F"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09D00952"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0D0257B3"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2DEB1764"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240FA10C" w14:textId="77777777" w:rsidTr="00BB7497">
        <w:trPr>
          <w:trHeight w:hRule="exact" w:val="49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84B40EB"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2.2.</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A065FBF" w14:textId="77777777" w:rsidR="00BB7497" w:rsidRPr="00BB7497" w:rsidRDefault="00BB7497" w:rsidP="00BB7497">
            <w:pPr>
              <w:autoSpaceDE w:val="0"/>
              <w:autoSpaceDN w:val="0"/>
              <w:spacing w:before="78" w:after="0" w:line="230" w:lineRule="auto"/>
              <w:ind w:left="72"/>
              <w:rPr>
                <w:lang w:val="ru-RU"/>
              </w:rPr>
            </w:pPr>
            <w:r w:rsidRPr="00BB7497">
              <w:rPr>
                <w:rFonts w:ascii="Times New Roman" w:eastAsia="Times New Roman" w:hAnsi="Times New Roman"/>
                <w:b/>
                <w:color w:val="000000"/>
                <w:w w:val="97"/>
                <w:sz w:val="16"/>
                <w:lang w:val="ru-RU"/>
              </w:rPr>
              <w:t>Изображение красоты человека в традициях русской культуры.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193FD3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656D0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15C8F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CC8B5F"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F0B7FEC"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Приобретать опыт изображения народных представлений о красоте человека, опыт </w:t>
            </w:r>
            <w:r w:rsidRPr="00BB7497">
              <w:rPr>
                <w:lang w:val="ru-RU"/>
              </w:rPr>
              <w:br/>
            </w:r>
            <w:r w:rsidRPr="00BB7497">
              <w:rPr>
                <w:rFonts w:ascii="Times New Roman" w:eastAsia="Times New Roman" w:hAnsi="Times New Roman"/>
                <w:color w:val="000000"/>
                <w:w w:val="97"/>
                <w:sz w:val="16"/>
                <w:lang w:val="ru-RU"/>
              </w:rPr>
              <w:t xml:space="preserve">создания образа женщины в русском </w:t>
            </w:r>
            <w:r w:rsidRPr="00BB7497">
              <w:rPr>
                <w:lang w:val="ru-RU"/>
              </w:rPr>
              <w:br/>
            </w:r>
            <w:r w:rsidRPr="00BB7497">
              <w:rPr>
                <w:rFonts w:ascii="Times New Roman" w:eastAsia="Times New Roman" w:hAnsi="Times New Roman"/>
                <w:color w:val="000000"/>
                <w:w w:val="97"/>
                <w:sz w:val="16"/>
                <w:lang w:val="ru-RU"/>
              </w:rPr>
              <w:t>народном костюме и мужского традиционного народного образа.;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1737545C" w14:textId="77777777" w:rsidR="00BB7497" w:rsidRDefault="00BB7497" w:rsidP="00BB7497">
            <w:pPr>
              <w:autoSpaceDE w:val="0"/>
              <w:autoSpaceDN w:val="0"/>
              <w:spacing w:before="78" w:after="0" w:line="250"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0AC0CD0"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237454AA"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40E0D413"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0C34C056"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5EC35824"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07194010"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EBB5743"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06A21F02" w14:textId="77777777" w:rsidR="00BB7497" w:rsidRPr="00BB7497" w:rsidRDefault="00BB7497" w:rsidP="00BB7497">
      <w:pPr>
        <w:autoSpaceDE w:val="0"/>
        <w:autoSpaceDN w:val="0"/>
        <w:spacing w:after="0" w:line="14" w:lineRule="exact"/>
        <w:rPr>
          <w:lang w:val="ru-RU"/>
        </w:rPr>
      </w:pPr>
    </w:p>
    <w:p w14:paraId="148C3472" w14:textId="77777777" w:rsidR="00BB7497" w:rsidRPr="00BB7497" w:rsidRDefault="00BB7497" w:rsidP="00BB7497">
      <w:pPr>
        <w:rPr>
          <w:lang w:val="ru-RU"/>
        </w:rPr>
        <w:sectPr w:rsidR="00BB7497" w:rsidRPr="00BB7497">
          <w:pgSz w:w="16840" w:h="11900"/>
          <w:pgMar w:top="284" w:right="640" w:bottom="598" w:left="666" w:header="720" w:footer="720" w:gutter="0"/>
          <w:cols w:space="720" w:equalWidth="0">
            <w:col w:w="15534" w:space="0"/>
          </w:cols>
          <w:docGrid w:linePitch="360"/>
        </w:sectPr>
      </w:pPr>
    </w:p>
    <w:p w14:paraId="61C4AD0A"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3A766299"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12F383E"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2.3.</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B8D73AC" w14:textId="77777777" w:rsidR="00BB7497" w:rsidRPr="00BB7497" w:rsidRDefault="00BB7497" w:rsidP="00BB7497">
            <w:pPr>
              <w:autoSpaceDE w:val="0"/>
              <w:autoSpaceDN w:val="0"/>
              <w:spacing w:before="78" w:after="0" w:line="245" w:lineRule="auto"/>
              <w:ind w:left="72" w:right="432"/>
              <w:rPr>
                <w:lang w:val="ru-RU"/>
              </w:rPr>
            </w:pPr>
            <w:r w:rsidRPr="00BB7497">
              <w:rPr>
                <w:rFonts w:ascii="Times New Roman" w:eastAsia="Times New Roman" w:hAnsi="Times New Roman"/>
                <w:b/>
                <w:color w:val="000000"/>
                <w:w w:val="97"/>
                <w:sz w:val="16"/>
                <w:lang w:val="ru-RU"/>
              </w:rPr>
              <w:t>Изображение национального образа человека и его одежды в разных культурах.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9B5C7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F36DF9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2BF9E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D1EAAD1"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C8C11F5" w14:textId="77777777" w:rsidR="00BB7497" w:rsidRPr="00BB7497" w:rsidRDefault="00BB7497" w:rsidP="00BB7497">
            <w:pPr>
              <w:autoSpaceDE w:val="0"/>
              <w:autoSpaceDN w:val="0"/>
              <w:spacing w:before="78" w:after="0" w:line="247" w:lineRule="auto"/>
              <w:ind w:left="72" w:right="288"/>
              <w:rPr>
                <w:lang w:val="ru-RU"/>
              </w:rPr>
            </w:pPr>
            <w:r w:rsidRPr="00BB7497">
              <w:rPr>
                <w:rFonts w:ascii="Times New Roman" w:eastAsia="Times New Roman" w:hAnsi="Times New Roman"/>
                <w:color w:val="000000"/>
                <w:w w:val="97"/>
                <w:sz w:val="16"/>
                <w:lang w:val="ru-RU"/>
              </w:rPr>
              <w:t>Исследовать проявление культурно-</w:t>
            </w:r>
            <w:r w:rsidRPr="00BB7497">
              <w:rPr>
                <w:lang w:val="ru-RU"/>
              </w:rPr>
              <w:br/>
            </w:r>
            <w:r w:rsidRPr="00BB7497">
              <w:rPr>
                <w:rFonts w:ascii="Times New Roman" w:eastAsia="Times New Roman" w:hAnsi="Times New Roman"/>
                <w:color w:val="000000"/>
                <w:w w:val="97"/>
                <w:sz w:val="16"/>
                <w:lang w:val="ru-RU"/>
              </w:rPr>
              <w:t>исторических и возрастных особенностей в изображении человека.;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499AB8F"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65778B2"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74BE2625"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3DCA3F58"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2ECEE02"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67390CE"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3A86ECA7"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53196E3"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25B02012" w14:textId="77777777" w:rsidTr="00BB7497">
        <w:trPr>
          <w:trHeight w:hRule="exact" w:val="49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AB16324"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2.4.</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32355AEF" w14:textId="77777777" w:rsidR="00BB7497" w:rsidRDefault="00BB7497" w:rsidP="00BB7497">
            <w:pPr>
              <w:autoSpaceDE w:val="0"/>
              <w:autoSpaceDN w:val="0"/>
              <w:spacing w:before="78" w:after="0" w:line="252" w:lineRule="auto"/>
              <w:ind w:left="72" w:right="288"/>
            </w:pPr>
            <w:r w:rsidRPr="00BB7497">
              <w:rPr>
                <w:rFonts w:ascii="Times New Roman" w:eastAsia="Times New Roman" w:hAnsi="Times New Roman"/>
                <w:b/>
                <w:color w:val="000000"/>
                <w:w w:val="97"/>
                <w:sz w:val="16"/>
                <w:lang w:val="ru-RU"/>
              </w:rPr>
              <w:t xml:space="preserve">Портретные изображения человека по представлению и </w:t>
            </w:r>
            <w:r w:rsidRPr="00BB7497">
              <w:rPr>
                <w:lang w:val="ru-RU"/>
              </w:rPr>
              <w:br/>
            </w:r>
            <w:r w:rsidRPr="00BB7497">
              <w:rPr>
                <w:rFonts w:ascii="Times New Roman" w:eastAsia="Times New Roman" w:hAnsi="Times New Roman"/>
                <w:b/>
                <w:color w:val="000000"/>
                <w:w w:val="97"/>
                <w:sz w:val="16"/>
                <w:lang w:val="ru-RU"/>
              </w:rPr>
              <w:t xml:space="preserve">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w:t>
            </w:r>
            <w:r>
              <w:rPr>
                <w:rFonts w:ascii="Times New Roman" w:eastAsia="Times New Roman" w:hAnsi="Times New Roman"/>
                <w:b/>
                <w:color w:val="000000"/>
                <w:w w:val="97"/>
                <w:sz w:val="16"/>
              </w:rPr>
              <w:t>(из выбранной культурной эпохи).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3EE4A2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79FB76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4AA55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BB678D7"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468F58" w14:textId="77777777" w:rsidR="00BB7497" w:rsidRPr="00BB7497" w:rsidRDefault="00BB7497" w:rsidP="00BB7497">
            <w:pPr>
              <w:autoSpaceDE w:val="0"/>
              <w:autoSpaceDN w:val="0"/>
              <w:spacing w:before="78" w:after="0" w:line="254" w:lineRule="auto"/>
              <w:ind w:left="72"/>
              <w:rPr>
                <w:lang w:val="ru-RU"/>
              </w:rPr>
            </w:pPr>
            <w:r w:rsidRPr="00BB7497">
              <w:rPr>
                <w:rFonts w:ascii="Times New Roman" w:eastAsia="Times New Roman" w:hAnsi="Times New Roman"/>
                <w:color w:val="000000"/>
                <w:w w:val="97"/>
                <w:sz w:val="16"/>
                <w:lang w:val="ru-RU"/>
              </w:rPr>
              <w:t xml:space="preserve">Выполнить несколько портретных </w:t>
            </w:r>
            <w:r w:rsidRPr="00BB7497">
              <w:rPr>
                <w:lang w:val="ru-RU"/>
              </w:rPr>
              <w:br/>
            </w:r>
            <w:r w:rsidRPr="00BB7497">
              <w:rPr>
                <w:rFonts w:ascii="Times New Roman" w:eastAsia="Times New Roman" w:hAnsi="Times New Roman"/>
                <w:color w:val="000000"/>
                <w:w w:val="97"/>
                <w:sz w:val="16"/>
                <w:lang w:val="ru-RU"/>
              </w:rPr>
              <w:t xml:space="preserve">изображений (по представлению или с опорой на натуру): женский, мужской, двойной </w:t>
            </w:r>
            <w:r w:rsidRPr="00BB7497">
              <w:rPr>
                <w:lang w:val="ru-RU"/>
              </w:rPr>
              <w:br/>
            </w:r>
            <w:r w:rsidRPr="00BB7497">
              <w:rPr>
                <w:rFonts w:ascii="Times New Roman" w:eastAsia="Times New Roman" w:hAnsi="Times New Roman"/>
                <w:color w:val="000000"/>
                <w:w w:val="97"/>
                <w:sz w:val="16"/>
                <w:lang w:val="ru-RU"/>
              </w:rPr>
              <w:t xml:space="preserve">портрет матери и ребёнка, портрет пожилого человека, детский портрет или автопортрет, портрет персонажа по представлению (из </w:t>
            </w:r>
            <w:r w:rsidRPr="00BB7497">
              <w:rPr>
                <w:lang w:val="ru-RU"/>
              </w:rPr>
              <w:br/>
            </w:r>
            <w:r w:rsidRPr="00BB7497">
              <w:rPr>
                <w:rFonts w:ascii="Times New Roman" w:eastAsia="Times New Roman" w:hAnsi="Times New Roman"/>
                <w:color w:val="000000"/>
                <w:w w:val="97"/>
                <w:sz w:val="16"/>
                <w:lang w:val="ru-RU"/>
              </w:rPr>
              <w:t xml:space="preserve">выбранной культурной эпохи).; </w:t>
            </w:r>
            <w:r w:rsidRPr="00BB7497">
              <w:rPr>
                <w:lang w:val="ru-RU"/>
              </w:rPr>
              <w:br/>
            </w:r>
            <w:r w:rsidRPr="00BB7497">
              <w:rPr>
                <w:rFonts w:ascii="Times New Roman" w:eastAsia="Times New Roman" w:hAnsi="Times New Roman"/>
                <w:color w:val="000000"/>
                <w:w w:val="97"/>
                <w:sz w:val="16"/>
                <w:lang w:val="ru-RU"/>
              </w:rPr>
              <w:t xml:space="preserve">Собрать необходимый материал и исследовать особенности визуального образа, характерного для выбранной исторической эпохи или </w:t>
            </w:r>
            <w:r w:rsidRPr="00BB7497">
              <w:rPr>
                <w:lang w:val="ru-RU"/>
              </w:rPr>
              <w:br/>
            </w:r>
            <w:r w:rsidRPr="00BB7497">
              <w:rPr>
                <w:rFonts w:ascii="Times New Roman" w:eastAsia="Times New Roman" w:hAnsi="Times New Roman"/>
                <w:color w:val="000000"/>
                <w:w w:val="97"/>
                <w:sz w:val="16"/>
                <w:lang w:val="ru-RU"/>
              </w:rPr>
              <w:t xml:space="preserve">национальной культуры.; </w:t>
            </w:r>
            <w:r w:rsidRPr="00BB7497">
              <w:rPr>
                <w:lang w:val="ru-RU"/>
              </w:rPr>
              <w:br/>
            </w:r>
            <w:r w:rsidRPr="00BB7497">
              <w:rPr>
                <w:rFonts w:ascii="Times New Roman" w:eastAsia="Times New Roman" w:hAnsi="Times New Roman"/>
                <w:color w:val="000000"/>
                <w:w w:val="97"/>
                <w:sz w:val="16"/>
                <w:lang w:val="ru-RU"/>
              </w:rPr>
              <w:t xml:space="preserve">Выполнить рисунки характерных </w:t>
            </w:r>
            <w:r w:rsidRPr="00BB7497">
              <w:rPr>
                <w:lang w:val="ru-RU"/>
              </w:rPr>
              <w:br/>
            </w:r>
            <w:r w:rsidRPr="00BB7497">
              <w:rPr>
                <w:rFonts w:ascii="Times New Roman" w:eastAsia="Times New Roman" w:hAnsi="Times New Roman"/>
                <w:color w:val="000000"/>
                <w:w w:val="97"/>
                <w:sz w:val="16"/>
                <w:lang w:val="ru-RU"/>
              </w:rPr>
              <w:t xml:space="preserve">особенностей памятников материальной </w:t>
            </w:r>
            <w:r w:rsidRPr="00BB7497">
              <w:rPr>
                <w:lang w:val="ru-RU"/>
              </w:rPr>
              <w:br/>
            </w:r>
            <w:r w:rsidRPr="00BB7497">
              <w:rPr>
                <w:rFonts w:ascii="Times New Roman" w:eastAsia="Times New Roman" w:hAnsi="Times New Roman"/>
                <w:color w:val="000000"/>
                <w:w w:val="97"/>
                <w:sz w:val="16"/>
                <w:lang w:val="ru-RU"/>
              </w:rPr>
              <w:t>культуры выбранной культурной эпохи или народа.;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17F60880"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4B0CEC5"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1DF94538"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EE12D29"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F8E8A76"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3A62A16A"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74D74376"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143EB8D"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70CB0D95" w14:textId="77777777" w:rsidR="00BB7497" w:rsidRPr="00BB7497" w:rsidRDefault="00BB7497" w:rsidP="00BB7497">
      <w:pPr>
        <w:autoSpaceDE w:val="0"/>
        <w:autoSpaceDN w:val="0"/>
        <w:spacing w:after="0" w:line="14" w:lineRule="exact"/>
        <w:rPr>
          <w:lang w:val="ru-RU"/>
        </w:rPr>
      </w:pPr>
    </w:p>
    <w:p w14:paraId="38D4F791" w14:textId="77777777" w:rsidR="00BB7497" w:rsidRPr="00BB7497" w:rsidRDefault="00BB7497" w:rsidP="00BB7497">
      <w:pPr>
        <w:rPr>
          <w:lang w:val="ru-RU"/>
        </w:rPr>
        <w:sectPr w:rsidR="00BB7497" w:rsidRPr="00BB7497">
          <w:pgSz w:w="16840" w:h="11900"/>
          <w:pgMar w:top="284" w:right="640" w:bottom="700" w:left="666" w:header="720" w:footer="720" w:gutter="0"/>
          <w:cols w:space="720" w:equalWidth="0">
            <w:col w:w="15534" w:space="0"/>
          </w:cols>
          <w:docGrid w:linePitch="360"/>
        </w:sectPr>
      </w:pPr>
    </w:p>
    <w:p w14:paraId="5D2A3D3B"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132B55B4"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87BEC2E"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2.5.</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05208232" w14:textId="77777777" w:rsidR="00BB7497" w:rsidRPr="00BB7497" w:rsidRDefault="00BB7497" w:rsidP="00BB7497">
            <w:pPr>
              <w:autoSpaceDE w:val="0"/>
              <w:autoSpaceDN w:val="0"/>
              <w:spacing w:before="78" w:after="0" w:line="250" w:lineRule="auto"/>
              <w:ind w:left="72" w:right="144"/>
              <w:rPr>
                <w:lang w:val="ru-RU"/>
              </w:rPr>
            </w:pPr>
            <w:r w:rsidRPr="00BB7497">
              <w:rPr>
                <w:rFonts w:ascii="Times New Roman" w:eastAsia="Times New Roman" w:hAnsi="Times New Roman"/>
                <w:b/>
                <w:color w:val="000000"/>
                <w:w w:val="97"/>
                <w:sz w:val="16"/>
                <w:lang w:val="ru-RU"/>
              </w:rPr>
              <w:t xml:space="preserve">Тематические многофигурные композиции: коллективно </w:t>
            </w:r>
            <w:r w:rsidRPr="00BB7497">
              <w:rPr>
                <w:lang w:val="ru-RU"/>
              </w:rPr>
              <w:br/>
            </w:r>
            <w:r w:rsidRPr="00BB7497">
              <w:rPr>
                <w:rFonts w:ascii="Times New Roman" w:eastAsia="Times New Roman" w:hAnsi="Times New Roman"/>
                <w:b/>
                <w:color w:val="000000"/>
                <w:w w:val="97"/>
                <w:sz w:val="16"/>
                <w:lang w:val="ru-RU"/>
              </w:rPr>
              <w:t>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2F77B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7100F6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2CBD09"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55CE699"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075DBC"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Выполнить самостоятельно или участвовать в коллективной работе по созданию </w:t>
            </w:r>
            <w:r w:rsidRPr="00BB7497">
              <w:rPr>
                <w:lang w:val="ru-RU"/>
              </w:rPr>
              <w:br/>
            </w:r>
            <w:r w:rsidRPr="00BB7497">
              <w:rPr>
                <w:rFonts w:ascii="Times New Roman" w:eastAsia="Times New Roman" w:hAnsi="Times New Roman"/>
                <w:color w:val="000000"/>
                <w:w w:val="97"/>
                <w:sz w:val="16"/>
                <w:lang w:val="ru-RU"/>
              </w:rPr>
              <w:t>тематической композиции на темы праздников разных народов (создание обобщённого образа разных национальных культур);</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7DA3F38C" w14:textId="77777777" w:rsidR="00BB7497" w:rsidRPr="00BB7497" w:rsidRDefault="00BB7497" w:rsidP="00BB7497">
            <w:pPr>
              <w:autoSpaceDE w:val="0"/>
              <w:autoSpaceDN w:val="0"/>
              <w:spacing w:before="78" w:after="0" w:line="252" w:lineRule="auto"/>
              <w:ind w:left="74"/>
              <w:rPr>
                <w:lang w:val="ru-RU"/>
              </w:rPr>
            </w:pPr>
            <w:r w:rsidRPr="00BB7497">
              <w:rPr>
                <w:rFonts w:ascii="Times New Roman" w:eastAsia="Times New Roman" w:hAnsi="Times New Roman"/>
                <w:color w:val="000000"/>
                <w:w w:val="97"/>
                <w:sz w:val="16"/>
                <w:lang w:val="ru-RU"/>
              </w:rPr>
              <w:t xml:space="preserve">Контрольная </w:t>
            </w:r>
            <w:r w:rsidRPr="00BB7497">
              <w:rPr>
                <w:lang w:val="ru-RU"/>
              </w:rPr>
              <w:br/>
            </w:r>
            <w:r w:rsidRPr="00BB7497">
              <w:rPr>
                <w:rFonts w:ascii="Times New Roman" w:eastAsia="Times New Roman" w:hAnsi="Times New Roman"/>
                <w:color w:val="000000"/>
                <w:w w:val="97"/>
                <w:sz w:val="16"/>
                <w:lang w:val="ru-RU"/>
              </w:rPr>
              <w:t xml:space="preserve">работа; </w:t>
            </w:r>
            <w:r w:rsidRPr="00BB7497">
              <w:rPr>
                <w:lang w:val="ru-RU"/>
              </w:rPr>
              <w:br/>
            </w:r>
            <w:r w:rsidRPr="00BB7497">
              <w:rPr>
                <w:rFonts w:ascii="Times New Roman" w:eastAsia="Times New Roman" w:hAnsi="Times New Roman"/>
                <w:color w:val="000000"/>
                <w:w w:val="97"/>
                <w:sz w:val="16"/>
                <w:lang w:val="ru-RU"/>
              </w:rPr>
              <w:t xml:space="preserve">Самооценка с </w:t>
            </w:r>
            <w:r w:rsidRPr="00BB7497">
              <w:rPr>
                <w:lang w:val="ru-RU"/>
              </w:rPr>
              <w:br/>
            </w:r>
            <w:r w:rsidRPr="00BB7497">
              <w:rPr>
                <w:rFonts w:ascii="Times New Roman" w:eastAsia="Times New Roman" w:hAnsi="Times New Roman"/>
                <w:color w:val="000000"/>
                <w:w w:val="97"/>
                <w:sz w:val="16"/>
                <w:lang w:val="ru-RU"/>
              </w:rPr>
              <w:t xml:space="preserve">использованием "Оценочного </w:t>
            </w:r>
            <w:r w:rsidRPr="00BB7497">
              <w:rPr>
                <w:lang w:val="ru-RU"/>
              </w:rPr>
              <w:br/>
            </w:r>
            <w:r w:rsidRPr="00BB7497">
              <w:rPr>
                <w:rFonts w:ascii="Times New Roman" w:eastAsia="Times New Roman" w:hAnsi="Times New Roman"/>
                <w:color w:val="000000"/>
                <w:w w:val="97"/>
                <w:sz w:val="16"/>
                <w:lang w:val="ru-RU"/>
              </w:rPr>
              <w:t>листа";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5C3448A"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Образовательные ресурсы в помощь учителю ИЗО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sidRPr="00BB7497">
              <w:rPr>
                <w:lang w:val="ru-RU"/>
              </w:rPr>
              <w:br/>
            </w:r>
            <w:r>
              <w:rPr>
                <w:rFonts w:ascii="Times New Roman" w:eastAsia="Times New Roman" w:hAnsi="Times New Roman"/>
                <w:color w:val="000000"/>
                <w:w w:val="97"/>
                <w:sz w:val="16"/>
              </w:rPr>
              <w:t>multiurok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blog</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polieznyie</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ssylki</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dlia</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izo</w:t>
            </w:r>
            <w:r w:rsidRPr="00BB7497">
              <w:rPr>
                <w:rFonts w:ascii="Times New Roman" w:eastAsia="Times New Roman" w:hAnsi="Times New Roman"/>
                <w:color w:val="000000"/>
                <w:w w:val="97"/>
                <w:sz w:val="16"/>
                <w:lang w:val="ru-RU"/>
              </w:rPr>
              <w:t>…</w:t>
            </w:r>
          </w:p>
          <w:p w14:paraId="7F290D37"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4ECE1D4"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EA05CC0"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91330AE"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103F51AA"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82CA10D"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14:paraId="5D0CA280" w14:textId="77777777" w:rsidTr="00BB7497">
        <w:trPr>
          <w:trHeight w:hRule="exact" w:val="348"/>
        </w:trPr>
        <w:tc>
          <w:tcPr>
            <w:tcW w:w="53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083960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2</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1FA139"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5</w:t>
            </w:r>
          </w:p>
        </w:tc>
        <w:tc>
          <w:tcPr>
            <w:tcW w:w="960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7F78EC42" w14:textId="77777777" w:rsidR="00BB7497" w:rsidRDefault="00BB7497" w:rsidP="00BB7497"/>
        </w:tc>
      </w:tr>
      <w:tr w:rsidR="00BB7497" w14:paraId="79DED957" w14:textId="77777777" w:rsidTr="00BB7497">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48C2F28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Модуль 3.</w:t>
            </w:r>
            <w:r>
              <w:rPr>
                <w:rFonts w:ascii="Times New Roman" w:eastAsia="Times New Roman" w:hAnsi="Times New Roman"/>
                <w:b/>
                <w:color w:val="000000"/>
                <w:w w:val="97"/>
                <w:sz w:val="16"/>
              </w:rPr>
              <w:t xml:space="preserve"> Скульптура</w:t>
            </w:r>
          </w:p>
        </w:tc>
      </w:tr>
      <w:tr w:rsidR="00BB7497" w:rsidRPr="002F3886" w14:paraId="55330626" w14:textId="77777777" w:rsidTr="00BB7497">
        <w:trPr>
          <w:trHeight w:hRule="exact" w:val="50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544D690"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3.1.</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6CE84B2B" w14:textId="77777777" w:rsidR="00BB7497" w:rsidRPr="00BB7497" w:rsidRDefault="00BB7497" w:rsidP="00BB7497">
            <w:pPr>
              <w:autoSpaceDE w:val="0"/>
              <w:autoSpaceDN w:val="0"/>
              <w:spacing w:before="76" w:after="0" w:line="245" w:lineRule="auto"/>
              <w:ind w:left="72" w:right="864"/>
              <w:rPr>
                <w:lang w:val="ru-RU"/>
              </w:rPr>
            </w:pPr>
            <w:r w:rsidRPr="00BB7497">
              <w:rPr>
                <w:rFonts w:ascii="Times New Roman" w:eastAsia="Times New Roman" w:hAnsi="Times New Roman"/>
                <w:b/>
                <w:color w:val="000000"/>
                <w:w w:val="97"/>
                <w:sz w:val="16"/>
                <w:lang w:val="ru-RU"/>
              </w:rPr>
              <w:t>Знакомство со скульптурными памятниками героям и мемориальными комплексами.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698B060"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AB3212D"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0C8E1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B31065"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988D3F3" w14:textId="77777777" w:rsidR="00BB7497" w:rsidRPr="00BB7497" w:rsidRDefault="00BB7497" w:rsidP="00BB7497">
            <w:pPr>
              <w:autoSpaceDE w:val="0"/>
              <w:autoSpaceDN w:val="0"/>
              <w:spacing w:before="76" w:after="0" w:line="252" w:lineRule="auto"/>
              <w:ind w:left="72"/>
              <w:rPr>
                <w:lang w:val="ru-RU"/>
              </w:rPr>
            </w:pPr>
            <w:r w:rsidRPr="00BB7497">
              <w:rPr>
                <w:rFonts w:ascii="Times New Roman" w:eastAsia="Times New Roman" w:hAnsi="Times New Roman"/>
                <w:color w:val="000000"/>
                <w:w w:val="97"/>
                <w:sz w:val="16"/>
                <w:lang w:val="ru-RU"/>
              </w:rPr>
              <w:t xml:space="preserve">Собрать необходимый материал, исследовать, совершить виртуальное путешествие к </w:t>
            </w:r>
            <w:r w:rsidRPr="00BB7497">
              <w:rPr>
                <w:lang w:val="ru-RU"/>
              </w:rPr>
              <w:br/>
            </w:r>
            <w:r w:rsidRPr="00BB7497">
              <w:rPr>
                <w:rFonts w:ascii="Times New Roman" w:eastAsia="Times New Roman" w:hAnsi="Times New Roman"/>
                <w:color w:val="000000"/>
                <w:w w:val="97"/>
                <w:sz w:val="16"/>
                <w:lang w:val="ru-RU"/>
              </w:rPr>
              <w:t xml:space="preserve">наиболее значительным мемориальным </w:t>
            </w:r>
            <w:r w:rsidRPr="00BB7497">
              <w:rPr>
                <w:lang w:val="ru-RU"/>
              </w:rPr>
              <w:br/>
            </w:r>
            <w:r w:rsidRPr="00BB7497">
              <w:rPr>
                <w:rFonts w:ascii="Times New Roman" w:eastAsia="Times New Roman" w:hAnsi="Times New Roman"/>
                <w:color w:val="000000"/>
                <w:w w:val="97"/>
                <w:sz w:val="16"/>
                <w:lang w:val="ru-RU"/>
              </w:rPr>
              <w:t xml:space="preserve">комплексам нашей страны, а также к </w:t>
            </w:r>
            <w:r w:rsidRPr="00BB7497">
              <w:rPr>
                <w:lang w:val="ru-RU"/>
              </w:rPr>
              <w:br/>
            </w:r>
            <w:r w:rsidRPr="00BB7497">
              <w:rPr>
                <w:rFonts w:ascii="Times New Roman" w:eastAsia="Times New Roman" w:hAnsi="Times New Roman"/>
                <w:color w:val="000000"/>
                <w:w w:val="97"/>
                <w:sz w:val="16"/>
                <w:lang w:val="ru-RU"/>
              </w:rPr>
              <w:t>региональным памятникам (с учётом места проживания ребёнка).;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5137E246" w14:textId="77777777" w:rsidR="00BB7497" w:rsidRDefault="00BB7497" w:rsidP="00BB7497">
            <w:pPr>
              <w:autoSpaceDE w:val="0"/>
              <w:autoSpaceDN w:val="0"/>
              <w:spacing w:before="76" w:after="0" w:line="250"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F07ED4" w14:textId="77777777" w:rsidR="00BB7497" w:rsidRDefault="00BB7497" w:rsidP="00BB7497">
            <w:pPr>
              <w:autoSpaceDE w:val="0"/>
              <w:autoSpaceDN w:val="0"/>
              <w:spacing w:before="76"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103E7E55"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48814B42"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3310EA7"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C0BD0D2" w14:textId="77777777" w:rsidR="00BB7497" w:rsidRPr="00BB7497" w:rsidRDefault="00BB7497" w:rsidP="00BB7497">
            <w:pPr>
              <w:autoSpaceDE w:val="0"/>
              <w:autoSpaceDN w:val="0"/>
              <w:spacing w:before="20"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5C56CBF3" w14:textId="77777777" w:rsidR="00BB7497" w:rsidRPr="00BB7497" w:rsidRDefault="00BB7497" w:rsidP="00BB7497">
            <w:pPr>
              <w:autoSpaceDE w:val="0"/>
              <w:autoSpaceDN w:val="0"/>
              <w:spacing w:before="210"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8DB03F2"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217FB23A" w14:textId="77777777" w:rsidR="00BB7497" w:rsidRPr="00BB7497" w:rsidRDefault="00BB7497" w:rsidP="00BB7497">
      <w:pPr>
        <w:autoSpaceDE w:val="0"/>
        <w:autoSpaceDN w:val="0"/>
        <w:spacing w:after="0" w:line="14" w:lineRule="exact"/>
        <w:rPr>
          <w:lang w:val="ru-RU"/>
        </w:rPr>
      </w:pPr>
    </w:p>
    <w:p w14:paraId="3AE52D6B" w14:textId="77777777" w:rsidR="00BB7497" w:rsidRPr="00BB7497" w:rsidRDefault="00BB7497" w:rsidP="00BB7497">
      <w:pPr>
        <w:rPr>
          <w:lang w:val="ru-RU"/>
        </w:rPr>
        <w:sectPr w:rsidR="00BB7497" w:rsidRPr="00BB7497">
          <w:pgSz w:w="16840" w:h="11900"/>
          <w:pgMar w:top="284" w:right="640" w:bottom="298" w:left="666" w:header="720" w:footer="720" w:gutter="0"/>
          <w:cols w:space="720" w:equalWidth="0">
            <w:col w:w="15534" w:space="0"/>
          </w:cols>
          <w:docGrid w:linePitch="360"/>
        </w:sectPr>
      </w:pPr>
    </w:p>
    <w:p w14:paraId="050C2D41"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7C26ACA2"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30BFC0"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3.2.</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4C38F7E0" w14:textId="77777777" w:rsidR="00BB7497" w:rsidRDefault="00BB7497" w:rsidP="00BB7497">
            <w:pPr>
              <w:autoSpaceDE w:val="0"/>
              <w:autoSpaceDN w:val="0"/>
              <w:spacing w:before="78" w:after="0" w:line="247" w:lineRule="auto"/>
              <w:ind w:left="72" w:right="144"/>
            </w:pPr>
            <w:r w:rsidRPr="00BB7497">
              <w:rPr>
                <w:rFonts w:ascii="Times New Roman" w:eastAsia="Times New Roman" w:hAnsi="Times New Roman"/>
                <w:b/>
                <w:color w:val="000000"/>
                <w:w w:val="97"/>
                <w:sz w:val="16"/>
                <w:lang w:val="ru-RU"/>
              </w:rPr>
              <w:t xml:space="preserve">Создание эскиза памятника народному герою. Работа с </w:t>
            </w:r>
            <w:r w:rsidRPr="00BB7497">
              <w:rPr>
                <w:lang w:val="ru-RU"/>
              </w:rPr>
              <w:br/>
            </w:r>
            <w:r w:rsidRPr="00BB7497">
              <w:rPr>
                <w:rFonts w:ascii="Times New Roman" w:eastAsia="Times New Roman" w:hAnsi="Times New Roman"/>
                <w:b/>
                <w:color w:val="000000"/>
                <w:w w:val="97"/>
                <w:sz w:val="16"/>
                <w:lang w:val="ru-RU"/>
              </w:rPr>
              <w:t xml:space="preserve">пластилином или глиной. </w:t>
            </w:r>
            <w:r>
              <w:rPr>
                <w:rFonts w:ascii="Times New Roman" w:eastAsia="Times New Roman" w:hAnsi="Times New Roman"/>
                <w:b/>
                <w:color w:val="000000"/>
                <w:w w:val="97"/>
                <w:sz w:val="16"/>
              </w:rPr>
              <w:t>Выражение значительности, трагизма и победительной сил.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08A1F0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DD4EA1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C24738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71DF35"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8CDF2C" w14:textId="77777777" w:rsidR="00BB7497" w:rsidRPr="00BB7497" w:rsidRDefault="00BB7497" w:rsidP="00BB7497">
            <w:pPr>
              <w:autoSpaceDE w:val="0"/>
              <w:autoSpaceDN w:val="0"/>
              <w:spacing w:before="78" w:after="0" w:line="252" w:lineRule="auto"/>
              <w:ind w:left="72" w:right="144"/>
              <w:rPr>
                <w:lang w:val="ru-RU"/>
              </w:rPr>
            </w:pPr>
            <w:r w:rsidRPr="00BB7497">
              <w:rPr>
                <w:rFonts w:ascii="Times New Roman" w:eastAsia="Times New Roman" w:hAnsi="Times New Roman"/>
                <w:color w:val="000000"/>
                <w:w w:val="97"/>
                <w:sz w:val="16"/>
                <w:lang w:val="ru-RU"/>
              </w:rPr>
              <w:t xml:space="preserve">Сделать зарисовки мемориальных </w:t>
            </w:r>
            <w:r w:rsidRPr="00BB7497">
              <w:rPr>
                <w:lang w:val="ru-RU"/>
              </w:rPr>
              <w:br/>
            </w:r>
            <w:r w:rsidRPr="00BB7497">
              <w:rPr>
                <w:rFonts w:ascii="Times New Roman" w:eastAsia="Times New Roman" w:hAnsi="Times New Roman"/>
                <w:color w:val="000000"/>
                <w:w w:val="97"/>
                <w:sz w:val="16"/>
                <w:lang w:val="ru-RU"/>
              </w:rPr>
              <w:t xml:space="preserve">памятников.; </w:t>
            </w:r>
            <w:r w:rsidRPr="00BB7497">
              <w:rPr>
                <w:lang w:val="ru-RU"/>
              </w:rPr>
              <w:br/>
            </w:r>
            <w:r w:rsidRPr="00BB7497">
              <w:rPr>
                <w:rFonts w:ascii="Times New Roman" w:eastAsia="Times New Roman" w:hAnsi="Times New Roman"/>
                <w:color w:val="000000"/>
                <w:w w:val="97"/>
                <w:sz w:val="16"/>
                <w:lang w:val="ru-RU"/>
              </w:rPr>
              <w:t xml:space="preserve">Создать из пластилина свой эскиз памятника выбранному герою или участвовать в </w:t>
            </w:r>
            <w:r w:rsidRPr="00BB7497">
              <w:rPr>
                <w:lang w:val="ru-RU"/>
              </w:rPr>
              <w:br/>
            </w:r>
            <w:r w:rsidRPr="00BB7497">
              <w:rPr>
                <w:rFonts w:ascii="Times New Roman" w:eastAsia="Times New Roman" w:hAnsi="Times New Roman"/>
                <w:color w:val="000000"/>
                <w:w w:val="97"/>
                <w:sz w:val="16"/>
                <w:lang w:val="ru-RU"/>
              </w:rPr>
              <w:t>коллективной разработке проекта макета мемориального комплекса;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5B5AA2E7"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 ;</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F2864F0"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0BB5300B"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4100DC34"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590C984C"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533B7A8B"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2BD905A8"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3FBACBBB"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14:paraId="0A028560" w14:textId="77777777" w:rsidTr="00BB7497">
        <w:trPr>
          <w:trHeight w:hRule="exact" w:val="348"/>
        </w:trPr>
        <w:tc>
          <w:tcPr>
            <w:tcW w:w="53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2B9ABA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3</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7FBEA2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2</w:t>
            </w:r>
          </w:p>
        </w:tc>
        <w:tc>
          <w:tcPr>
            <w:tcW w:w="960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7653DAEC" w14:textId="77777777" w:rsidR="00BB7497" w:rsidRDefault="00BB7497" w:rsidP="00BB7497"/>
        </w:tc>
      </w:tr>
      <w:tr w:rsidR="00BB7497" w14:paraId="6D692D77" w14:textId="77777777" w:rsidTr="00BB7497">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1DC36E3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 xml:space="preserve">Модуль 4. </w:t>
            </w:r>
            <w:r>
              <w:rPr>
                <w:rFonts w:ascii="Times New Roman" w:eastAsia="Times New Roman" w:hAnsi="Times New Roman"/>
                <w:b/>
                <w:color w:val="000000"/>
                <w:w w:val="97"/>
                <w:sz w:val="16"/>
              </w:rPr>
              <w:t>Декоративно-прикладное искусство</w:t>
            </w:r>
          </w:p>
        </w:tc>
      </w:tr>
      <w:tr w:rsidR="00BB7497" w:rsidRPr="002F3886" w14:paraId="67601A13" w14:textId="77777777" w:rsidTr="00BB7497">
        <w:trPr>
          <w:trHeight w:hRule="exact" w:val="493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702327A" w14:textId="77777777" w:rsidR="00BB7497" w:rsidRDefault="00BB7497" w:rsidP="00BB7497">
            <w:pPr>
              <w:autoSpaceDE w:val="0"/>
              <w:autoSpaceDN w:val="0"/>
              <w:spacing w:before="76" w:after="0" w:line="233" w:lineRule="auto"/>
              <w:jc w:val="center"/>
            </w:pPr>
            <w:r>
              <w:rPr>
                <w:rFonts w:ascii="Times New Roman" w:eastAsia="Times New Roman" w:hAnsi="Times New Roman"/>
                <w:color w:val="000000"/>
                <w:w w:val="97"/>
                <w:sz w:val="16"/>
              </w:rPr>
              <w:t>4.1.</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2A576317" w14:textId="77777777" w:rsidR="00BB7497" w:rsidRPr="00BB7497" w:rsidRDefault="00BB7497" w:rsidP="00BB7497">
            <w:pPr>
              <w:autoSpaceDE w:val="0"/>
              <w:autoSpaceDN w:val="0"/>
              <w:spacing w:before="76" w:after="0" w:line="252" w:lineRule="auto"/>
              <w:ind w:left="72"/>
              <w:rPr>
                <w:lang w:val="ru-RU"/>
              </w:rPr>
            </w:pPr>
            <w:r w:rsidRPr="00BB7497">
              <w:rPr>
                <w:rFonts w:ascii="Times New Roman" w:eastAsia="Times New Roman" w:hAnsi="Times New Roman"/>
                <w:b/>
                <w:color w:val="000000"/>
                <w:w w:val="97"/>
                <w:sz w:val="16"/>
                <w:lang w:val="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5812B1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75E107A"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EAB085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26BBA5D"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9D943A5" w14:textId="77777777" w:rsidR="00BB7497" w:rsidRPr="00BB7497" w:rsidRDefault="00BB7497" w:rsidP="00BB7497">
            <w:pPr>
              <w:autoSpaceDE w:val="0"/>
              <w:autoSpaceDN w:val="0"/>
              <w:spacing w:before="76" w:after="0" w:line="254" w:lineRule="auto"/>
              <w:ind w:left="72" w:right="144"/>
              <w:rPr>
                <w:lang w:val="ru-RU"/>
              </w:rPr>
            </w:pPr>
            <w:r w:rsidRPr="00BB7497">
              <w:rPr>
                <w:rFonts w:ascii="Times New Roman" w:eastAsia="Times New Roman" w:hAnsi="Times New Roman"/>
                <w:color w:val="000000"/>
                <w:w w:val="97"/>
                <w:sz w:val="16"/>
                <w:lang w:val="ru-RU"/>
              </w:rPr>
              <w:t xml:space="preserve">Исследовать и сделать зарисовки </w:t>
            </w:r>
            <w:r w:rsidRPr="00BB7497">
              <w:rPr>
                <w:lang w:val="ru-RU"/>
              </w:rPr>
              <w:br/>
            </w:r>
            <w:r w:rsidRPr="00BB7497">
              <w:rPr>
                <w:rFonts w:ascii="Times New Roman" w:eastAsia="Times New Roman" w:hAnsi="Times New Roman"/>
                <w:color w:val="000000"/>
                <w:w w:val="97"/>
                <w:sz w:val="16"/>
                <w:lang w:val="ru-RU"/>
              </w:rPr>
              <w:t xml:space="preserve">особенностей, характерных для орнаментов разных народов или культурных эпох.; </w:t>
            </w:r>
            <w:r w:rsidRPr="00BB7497">
              <w:rPr>
                <w:lang w:val="ru-RU"/>
              </w:rPr>
              <w:br/>
            </w:r>
            <w:r w:rsidRPr="00BB7497">
              <w:rPr>
                <w:rFonts w:ascii="Times New Roman" w:eastAsia="Times New Roman" w:hAnsi="Times New Roman"/>
                <w:color w:val="000000"/>
                <w:w w:val="97"/>
                <w:sz w:val="16"/>
                <w:lang w:val="ru-RU"/>
              </w:rPr>
              <w:t xml:space="preserve">Показать в рисунках традиции использования орнаментов в архитектуре, одежде, </w:t>
            </w:r>
            <w:r w:rsidRPr="00BB7497">
              <w:rPr>
                <w:lang w:val="ru-RU"/>
              </w:rPr>
              <w:br/>
            </w:r>
            <w:r w:rsidRPr="00BB7497">
              <w:rPr>
                <w:rFonts w:ascii="Times New Roman" w:eastAsia="Times New Roman" w:hAnsi="Times New Roman"/>
                <w:color w:val="000000"/>
                <w:w w:val="97"/>
                <w:sz w:val="16"/>
                <w:lang w:val="ru-RU"/>
              </w:rPr>
              <w:t xml:space="preserve">оформлении предметов быта выбранной </w:t>
            </w:r>
            <w:r w:rsidRPr="00BB7497">
              <w:rPr>
                <w:lang w:val="ru-RU"/>
              </w:rPr>
              <w:br/>
            </w:r>
            <w:r w:rsidRPr="00BB7497">
              <w:rPr>
                <w:rFonts w:ascii="Times New Roman" w:eastAsia="Times New Roman" w:hAnsi="Times New Roman"/>
                <w:color w:val="000000"/>
                <w:w w:val="97"/>
                <w:sz w:val="16"/>
                <w:lang w:val="ru-RU"/>
              </w:rPr>
              <w:t xml:space="preserve">народной культуры или исторической эпохи.; Исследовать и показать в практической </w:t>
            </w:r>
            <w:r w:rsidRPr="00BB7497">
              <w:rPr>
                <w:lang w:val="ru-RU"/>
              </w:rPr>
              <w:br/>
            </w:r>
            <w:r w:rsidRPr="00BB7497">
              <w:rPr>
                <w:rFonts w:ascii="Times New Roman" w:eastAsia="Times New Roman" w:hAnsi="Times New Roman"/>
                <w:color w:val="000000"/>
                <w:w w:val="97"/>
                <w:sz w:val="16"/>
                <w:lang w:val="ru-RU"/>
              </w:rPr>
              <w:t>творческой работе орнаменты, характерные для традиций отечественной культуры.;</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F05042E" w14:textId="77777777" w:rsidR="00BB7497" w:rsidRDefault="00BB7497" w:rsidP="00BB7497">
            <w:pPr>
              <w:autoSpaceDE w:val="0"/>
              <w:autoSpaceDN w:val="0"/>
              <w:spacing w:before="76" w:after="0" w:line="250"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E7E407D" w14:textId="77777777" w:rsidR="00BB7497" w:rsidRDefault="00BB7497" w:rsidP="00BB7497">
            <w:pPr>
              <w:autoSpaceDE w:val="0"/>
              <w:autoSpaceDN w:val="0"/>
              <w:spacing w:before="76"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1C7CC4D8"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998463E"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1CBA611"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5CAEC998" w14:textId="77777777" w:rsidR="00BB7497" w:rsidRPr="00BB7497" w:rsidRDefault="00BB7497" w:rsidP="00BB7497">
            <w:pPr>
              <w:autoSpaceDE w:val="0"/>
              <w:autoSpaceDN w:val="0"/>
              <w:spacing w:before="20"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3878A9E1" w14:textId="77777777" w:rsidR="00BB7497" w:rsidRPr="00BB7497" w:rsidRDefault="00BB7497" w:rsidP="00BB7497">
            <w:pPr>
              <w:autoSpaceDE w:val="0"/>
              <w:autoSpaceDN w:val="0"/>
              <w:spacing w:before="210"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819F887"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6CD52C3B" w14:textId="77777777" w:rsidR="00BB7497" w:rsidRPr="00BB7497" w:rsidRDefault="00BB7497" w:rsidP="00BB7497">
      <w:pPr>
        <w:autoSpaceDE w:val="0"/>
        <w:autoSpaceDN w:val="0"/>
        <w:spacing w:after="0" w:line="14" w:lineRule="exact"/>
        <w:rPr>
          <w:lang w:val="ru-RU"/>
        </w:rPr>
      </w:pPr>
    </w:p>
    <w:p w14:paraId="490ED1C3" w14:textId="77777777" w:rsidR="00BB7497" w:rsidRPr="00BB7497" w:rsidRDefault="00BB7497" w:rsidP="00BB7497">
      <w:pPr>
        <w:rPr>
          <w:lang w:val="ru-RU"/>
        </w:rPr>
        <w:sectPr w:rsidR="00BB7497" w:rsidRPr="00BB7497">
          <w:pgSz w:w="16840" w:h="11900"/>
          <w:pgMar w:top="284" w:right="640" w:bottom="352" w:left="666" w:header="720" w:footer="720" w:gutter="0"/>
          <w:cols w:space="720" w:equalWidth="0">
            <w:col w:w="15534" w:space="0"/>
          </w:cols>
          <w:docGrid w:linePitch="360"/>
        </w:sectPr>
      </w:pPr>
    </w:p>
    <w:p w14:paraId="58920945"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1DCC64F9"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57A7753"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4.2.</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7640B47E" w14:textId="77777777" w:rsidR="00BB7497" w:rsidRPr="00BB7497" w:rsidRDefault="00BB7497" w:rsidP="00BB7497">
            <w:pPr>
              <w:autoSpaceDE w:val="0"/>
              <w:autoSpaceDN w:val="0"/>
              <w:spacing w:before="78" w:after="0" w:line="247" w:lineRule="auto"/>
              <w:ind w:left="72"/>
              <w:rPr>
                <w:lang w:val="ru-RU"/>
              </w:rPr>
            </w:pPr>
            <w:r w:rsidRPr="00BB7497">
              <w:rPr>
                <w:rFonts w:ascii="Times New Roman" w:eastAsia="Times New Roman" w:hAnsi="Times New Roman"/>
                <w:b/>
                <w:color w:val="000000"/>
                <w:w w:val="97"/>
                <w:sz w:val="16"/>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B59440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A939CE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BF82EE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B2B2E19"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947668"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Исследовать и показать в своей творческой работе традиционные мотивы и символы </w:t>
            </w:r>
            <w:r w:rsidRPr="00BB7497">
              <w:rPr>
                <w:lang w:val="ru-RU"/>
              </w:rPr>
              <w:br/>
            </w:r>
            <w:r w:rsidRPr="00BB7497">
              <w:rPr>
                <w:rFonts w:ascii="Times New Roman" w:eastAsia="Times New Roman" w:hAnsi="Times New Roman"/>
                <w:color w:val="000000"/>
                <w:w w:val="97"/>
                <w:sz w:val="16"/>
                <w:lang w:val="ru-RU"/>
              </w:rPr>
              <w:t xml:space="preserve">русской народной культуры (деревянная </w:t>
            </w:r>
            <w:r w:rsidRPr="00BB7497">
              <w:rPr>
                <w:lang w:val="ru-RU"/>
              </w:rPr>
              <w:br/>
            </w:r>
            <w:r w:rsidRPr="00BB7497">
              <w:rPr>
                <w:rFonts w:ascii="Times New Roman" w:eastAsia="Times New Roman" w:hAnsi="Times New Roman"/>
                <w:color w:val="000000"/>
                <w:w w:val="97"/>
                <w:sz w:val="16"/>
                <w:lang w:val="ru-RU"/>
              </w:rPr>
              <w:t>резьба и роспись по дереву, вышивка, декор головных уборов, орнаменты, характерные для предметов быта).;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48F6167"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987C5E"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33E7F4B8"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4A41720"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06181021"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42F6BDF"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0A4A3876"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5C64B04D"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0565B0D9" w14:textId="77777777" w:rsidTr="00BB7497">
        <w:trPr>
          <w:trHeight w:hRule="exact" w:val="49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54A669E"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4.3.</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24FA426" w14:textId="77777777" w:rsidR="00BB7497" w:rsidRPr="00BB7497" w:rsidRDefault="00BB7497" w:rsidP="00BB7497">
            <w:pPr>
              <w:autoSpaceDE w:val="0"/>
              <w:autoSpaceDN w:val="0"/>
              <w:spacing w:before="78" w:after="0" w:line="245" w:lineRule="auto"/>
              <w:ind w:left="72"/>
              <w:rPr>
                <w:lang w:val="ru-RU"/>
              </w:rPr>
            </w:pPr>
            <w:r w:rsidRPr="00BB7497">
              <w:rPr>
                <w:rFonts w:ascii="Times New Roman" w:eastAsia="Times New Roman" w:hAnsi="Times New Roman"/>
                <w:b/>
                <w:color w:val="000000"/>
                <w:w w:val="97"/>
                <w:sz w:val="16"/>
                <w:lang w:val="ru-RU"/>
              </w:rPr>
              <w:t>Орнаментальное украшение каменной архитектуры в памятниках русской культуры, каменная резьба, роспись стен, изразцы.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4591D1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9BE130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BEC262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D801B00"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698CCBB" w14:textId="77777777" w:rsidR="00BB7497" w:rsidRPr="00BB7497" w:rsidRDefault="00BB7497" w:rsidP="00BB7497">
            <w:pPr>
              <w:autoSpaceDE w:val="0"/>
              <w:autoSpaceDN w:val="0"/>
              <w:spacing w:before="78" w:after="0" w:line="247" w:lineRule="auto"/>
              <w:ind w:left="72" w:right="288"/>
              <w:rPr>
                <w:lang w:val="ru-RU"/>
              </w:rPr>
            </w:pPr>
            <w:r w:rsidRPr="00BB7497">
              <w:rPr>
                <w:rFonts w:ascii="Times New Roman" w:eastAsia="Times New Roman" w:hAnsi="Times New Roman"/>
                <w:color w:val="000000"/>
                <w:w w:val="97"/>
                <w:sz w:val="16"/>
                <w:lang w:val="ru-RU"/>
              </w:rPr>
              <w:t>Исследовать и показать в практической творческой работе орнаменты, характерные для традиций отечественной культуры.;</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F2F3FB"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986BA0D"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709C64B4"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3AD04161"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26906F8"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23D4509"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338E6E85"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A32AEB8"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293E2CCE" w14:textId="77777777" w:rsidR="00BB7497" w:rsidRPr="00BB7497" w:rsidRDefault="00BB7497" w:rsidP="00BB7497">
      <w:pPr>
        <w:autoSpaceDE w:val="0"/>
        <w:autoSpaceDN w:val="0"/>
        <w:spacing w:after="0" w:line="14" w:lineRule="exact"/>
        <w:rPr>
          <w:lang w:val="ru-RU"/>
        </w:rPr>
      </w:pPr>
    </w:p>
    <w:p w14:paraId="5149A89C" w14:textId="77777777" w:rsidR="00BB7497" w:rsidRPr="00BB7497" w:rsidRDefault="00BB7497" w:rsidP="00BB7497">
      <w:pPr>
        <w:rPr>
          <w:lang w:val="ru-RU"/>
        </w:rPr>
        <w:sectPr w:rsidR="00BB7497" w:rsidRPr="00BB7497">
          <w:pgSz w:w="16840" w:h="11900"/>
          <w:pgMar w:top="284" w:right="640" w:bottom="700" w:left="666" w:header="720" w:footer="720" w:gutter="0"/>
          <w:cols w:space="720" w:equalWidth="0">
            <w:col w:w="15534" w:space="0"/>
          </w:cols>
          <w:docGrid w:linePitch="360"/>
        </w:sectPr>
      </w:pPr>
    </w:p>
    <w:p w14:paraId="11D65758"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2A9E1BC5" w14:textId="77777777" w:rsidTr="00BB7497">
        <w:trPr>
          <w:trHeight w:hRule="exact" w:val="497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6E1894F"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4.4.</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755D7A55" w14:textId="77777777" w:rsidR="00BB7497" w:rsidRPr="00BB7497" w:rsidRDefault="00BB7497" w:rsidP="00BB7497">
            <w:pPr>
              <w:autoSpaceDE w:val="0"/>
              <w:autoSpaceDN w:val="0"/>
              <w:spacing w:before="78" w:after="0" w:line="250" w:lineRule="auto"/>
              <w:ind w:left="72" w:right="288"/>
              <w:rPr>
                <w:lang w:val="ru-RU"/>
              </w:rPr>
            </w:pPr>
            <w:r w:rsidRPr="00BB7497">
              <w:rPr>
                <w:rFonts w:ascii="Times New Roman" w:eastAsia="Times New Roman" w:hAnsi="Times New Roman"/>
                <w:b/>
                <w:color w:val="000000"/>
                <w:w w:val="97"/>
                <w:sz w:val="16"/>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2AF88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8D316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0AC240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6EE75E8"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2E37EC" w14:textId="77777777" w:rsidR="00BB7497" w:rsidRPr="00BB7497" w:rsidRDefault="00BB7497" w:rsidP="00BB7497">
            <w:pPr>
              <w:autoSpaceDE w:val="0"/>
              <w:autoSpaceDN w:val="0"/>
              <w:spacing w:before="78" w:after="0" w:line="250" w:lineRule="auto"/>
              <w:ind w:left="72" w:right="288"/>
              <w:rPr>
                <w:lang w:val="ru-RU"/>
              </w:rPr>
            </w:pPr>
            <w:r w:rsidRPr="00BB7497">
              <w:rPr>
                <w:rFonts w:ascii="Times New Roman" w:eastAsia="Times New Roman" w:hAnsi="Times New Roman"/>
                <w:color w:val="000000"/>
                <w:w w:val="97"/>
                <w:sz w:val="16"/>
                <w:lang w:val="ru-RU"/>
              </w:rPr>
              <w:t xml:space="preserve">Изобразить особенности мужской одежды разных сословий, демонстрируя связь </w:t>
            </w:r>
            <w:r w:rsidRPr="00BB7497">
              <w:rPr>
                <w:lang w:val="ru-RU"/>
              </w:rPr>
              <w:br/>
            </w:r>
            <w:r w:rsidRPr="00BB7497">
              <w:rPr>
                <w:rFonts w:ascii="Times New Roman" w:eastAsia="Times New Roman" w:hAnsi="Times New Roman"/>
                <w:color w:val="000000"/>
                <w:w w:val="97"/>
                <w:sz w:val="16"/>
                <w:lang w:val="ru-RU"/>
              </w:rPr>
              <w:t>украшения костюма мужчины с родом его занятий;</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9242F47"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C3688C5"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2329961B"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D70478E"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775B97A"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A593B35"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7C4161CD"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351F7D8"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7397FA04" w14:textId="77777777" w:rsidTr="00BB7497">
        <w:trPr>
          <w:trHeight w:hRule="exact" w:val="496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E9C299D"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4.5.</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7F525BC" w14:textId="77777777" w:rsidR="00BB7497" w:rsidRPr="00BB7497" w:rsidRDefault="00BB7497" w:rsidP="00BB7497">
            <w:pPr>
              <w:autoSpaceDE w:val="0"/>
              <w:autoSpaceDN w:val="0"/>
              <w:spacing w:before="78" w:after="0" w:line="245" w:lineRule="auto"/>
              <w:ind w:left="72" w:right="576"/>
              <w:rPr>
                <w:lang w:val="ru-RU"/>
              </w:rPr>
            </w:pPr>
            <w:r w:rsidRPr="00BB7497">
              <w:rPr>
                <w:rFonts w:ascii="Times New Roman" w:eastAsia="Times New Roman" w:hAnsi="Times New Roman"/>
                <w:b/>
                <w:color w:val="000000"/>
                <w:w w:val="97"/>
                <w:sz w:val="16"/>
                <w:lang w:val="ru-RU"/>
              </w:rPr>
              <w:t>Женский и мужской костюмы в традициях разных народов. Своеобразие одежды разных эпох и культур.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2B54B8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01F56A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D4C31F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F269159"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A2E677"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Создать изображение русской красавицы </w:t>
            </w:r>
            <w:r w:rsidRPr="00BB7497">
              <w:rPr>
                <w:lang w:val="ru-RU"/>
              </w:rPr>
              <w:br/>
            </w:r>
            <w:r w:rsidRPr="00BB7497">
              <w:rPr>
                <w:rFonts w:ascii="Times New Roman" w:eastAsia="Times New Roman" w:hAnsi="Times New Roman"/>
                <w:color w:val="000000"/>
                <w:w w:val="97"/>
                <w:sz w:val="16"/>
                <w:lang w:val="ru-RU"/>
              </w:rPr>
              <w:t xml:space="preserve">в народном костюме.; </w:t>
            </w:r>
            <w:r w:rsidRPr="00BB7497">
              <w:rPr>
                <w:lang w:val="ru-RU"/>
              </w:rPr>
              <w:br/>
            </w:r>
            <w:r w:rsidRPr="00BB7497">
              <w:rPr>
                <w:rFonts w:ascii="Times New Roman" w:eastAsia="Times New Roman" w:hAnsi="Times New Roman"/>
                <w:color w:val="000000"/>
                <w:w w:val="97"/>
                <w:sz w:val="16"/>
                <w:lang w:val="ru-RU"/>
              </w:rPr>
              <w:t xml:space="preserve">Исследовать и показать в изображениях </w:t>
            </w:r>
            <w:r w:rsidRPr="00BB7497">
              <w:rPr>
                <w:lang w:val="ru-RU"/>
              </w:rPr>
              <w:br/>
            </w:r>
            <w:r w:rsidRPr="00BB7497">
              <w:rPr>
                <w:rFonts w:ascii="Times New Roman" w:eastAsia="Times New Roman" w:hAnsi="Times New Roman"/>
                <w:color w:val="000000"/>
                <w:w w:val="97"/>
                <w:sz w:val="16"/>
                <w:lang w:val="ru-RU"/>
              </w:rPr>
              <w:t>своеобразие представлений о красоте женских образов у разных народов.;</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57022B2"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9EFDABB"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01A7307F"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5FC35A8"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37A32661"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09042CFE"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003EC705"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365CDE2"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14:paraId="60393759" w14:textId="77777777" w:rsidTr="00BB7497">
        <w:trPr>
          <w:trHeight w:hRule="exact" w:val="348"/>
        </w:trPr>
        <w:tc>
          <w:tcPr>
            <w:tcW w:w="53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85F6C64"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Итого по модулю 4</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FCE1277"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5</w:t>
            </w:r>
          </w:p>
        </w:tc>
        <w:tc>
          <w:tcPr>
            <w:tcW w:w="960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FA74CC6" w14:textId="77777777" w:rsidR="00BB7497" w:rsidRDefault="00BB7497" w:rsidP="00BB7497"/>
        </w:tc>
      </w:tr>
      <w:tr w:rsidR="00BB7497" w14:paraId="2AD0A210" w14:textId="77777777" w:rsidTr="00BB749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0E0D2EF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 xml:space="preserve">Модуль 5. </w:t>
            </w:r>
            <w:r>
              <w:rPr>
                <w:rFonts w:ascii="Times New Roman" w:eastAsia="Times New Roman" w:hAnsi="Times New Roman"/>
                <w:b/>
                <w:color w:val="000000"/>
                <w:w w:val="97"/>
                <w:sz w:val="16"/>
              </w:rPr>
              <w:t xml:space="preserve">Архитектура </w:t>
            </w:r>
          </w:p>
        </w:tc>
      </w:tr>
    </w:tbl>
    <w:p w14:paraId="20E606D9" w14:textId="77777777" w:rsidR="00BB7497" w:rsidRDefault="00BB7497" w:rsidP="00BB7497">
      <w:pPr>
        <w:autoSpaceDE w:val="0"/>
        <w:autoSpaceDN w:val="0"/>
        <w:spacing w:after="0" w:line="14" w:lineRule="exact"/>
      </w:pPr>
    </w:p>
    <w:p w14:paraId="33A16DCD" w14:textId="77777777" w:rsidR="00BB7497" w:rsidRDefault="00BB7497" w:rsidP="00BB7497">
      <w:pPr>
        <w:sectPr w:rsidR="00BB7497">
          <w:pgSz w:w="16840" w:h="11900"/>
          <w:pgMar w:top="284" w:right="640" w:bottom="346" w:left="666" w:header="720" w:footer="720" w:gutter="0"/>
          <w:cols w:space="720" w:equalWidth="0">
            <w:col w:w="15534" w:space="0"/>
          </w:cols>
          <w:docGrid w:linePitch="360"/>
        </w:sectPr>
      </w:pPr>
    </w:p>
    <w:p w14:paraId="52FE2970"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5195FDF6" w14:textId="77777777" w:rsidTr="00BB7497">
        <w:trPr>
          <w:trHeight w:hRule="exact" w:val="5114"/>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14:paraId="7B8890F7"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5.1.</w:t>
            </w:r>
          </w:p>
        </w:tc>
        <w:tc>
          <w:tcPr>
            <w:tcW w:w="4972" w:type="dxa"/>
            <w:tcBorders>
              <w:top w:val="single" w:sz="4" w:space="0" w:color="000000"/>
              <w:left w:val="single" w:sz="4" w:space="0" w:color="000000"/>
              <w:bottom w:val="single" w:sz="5" w:space="0" w:color="000000"/>
              <w:right w:val="single" w:sz="4" w:space="0" w:color="000000"/>
            </w:tcBorders>
            <w:tcMar>
              <w:left w:w="0" w:type="dxa"/>
              <w:right w:w="0" w:type="dxa"/>
            </w:tcMar>
          </w:tcPr>
          <w:p w14:paraId="412E476C" w14:textId="77777777" w:rsidR="00BB7497" w:rsidRPr="00BB7497" w:rsidRDefault="00BB7497" w:rsidP="00BB7497">
            <w:pPr>
              <w:autoSpaceDE w:val="0"/>
              <w:autoSpaceDN w:val="0"/>
              <w:spacing w:before="78" w:after="0" w:line="247" w:lineRule="auto"/>
              <w:ind w:left="72" w:right="144"/>
              <w:rPr>
                <w:lang w:val="ru-RU"/>
              </w:rPr>
            </w:pPr>
            <w:r w:rsidRPr="00BB7497">
              <w:rPr>
                <w:rFonts w:ascii="Times New Roman" w:eastAsia="Times New Roman" w:hAnsi="Times New Roman"/>
                <w:b/>
                <w:color w:val="000000"/>
                <w:w w:val="97"/>
                <w:sz w:val="16"/>
                <w:lang w:val="ru-RU"/>
              </w:rPr>
              <w:t xml:space="preserve">Конструкция традиционных народных жилищ, их связь с </w:t>
            </w:r>
            <w:r w:rsidRPr="00BB7497">
              <w:rPr>
                <w:lang w:val="ru-RU"/>
              </w:rPr>
              <w:br/>
            </w:r>
            <w:r w:rsidRPr="00BB7497">
              <w:rPr>
                <w:rFonts w:ascii="Times New Roman" w:eastAsia="Times New Roman" w:hAnsi="Times New Roman"/>
                <w:b/>
                <w:color w:val="000000"/>
                <w:w w:val="97"/>
                <w:sz w:val="16"/>
                <w:lang w:val="ru-RU"/>
              </w:rPr>
              <w:t>окружающей природой: дома из дерева, глины, камня; юрта и её устройство (каркасный дом); изображение традиционных жилищ.</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14:paraId="2776BF1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14:paraId="118DD2C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14:paraId="08DC4569"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5" w:space="0" w:color="000000"/>
              <w:right w:val="single" w:sz="4" w:space="0" w:color="000000"/>
            </w:tcBorders>
            <w:tcMar>
              <w:left w:w="0" w:type="dxa"/>
              <w:right w:w="0" w:type="dxa"/>
            </w:tcMar>
          </w:tcPr>
          <w:p w14:paraId="055F7F33" w14:textId="77777777" w:rsidR="00BB7497" w:rsidRDefault="00BB7497" w:rsidP="00BB7497"/>
        </w:tc>
        <w:tc>
          <w:tcPr>
            <w:tcW w:w="3300" w:type="dxa"/>
            <w:tcBorders>
              <w:top w:val="single" w:sz="4" w:space="0" w:color="000000"/>
              <w:left w:val="single" w:sz="4" w:space="0" w:color="000000"/>
              <w:bottom w:val="single" w:sz="5" w:space="0" w:color="000000"/>
              <w:right w:val="single" w:sz="4" w:space="0" w:color="000000"/>
            </w:tcBorders>
            <w:tcMar>
              <w:left w:w="0" w:type="dxa"/>
              <w:right w:w="0" w:type="dxa"/>
            </w:tcMar>
          </w:tcPr>
          <w:p w14:paraId="3B9F87E4"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Провести анализ архитектурных особенностей традиционных жилых построек у разных </w:t>
            </w:r>
            <w:r w:rsidRPr="00BB7497">
              <w:rPr>
                <w:lang w:val="ru-RU"/>
              </w:rPr>
              <w:br/>
            </w:r>
            <w:r w:rsidRPr="00BB7497">
              <w:rPr>
                <w:rFonts w:ascii="Times New Roman" w:eastAsia="Times New Roman" w:hAnsi="Times New Roman"/>
                <w:color w:val="000000"/>
                <w:w w:val="97"/>
                <w:sz w:val="16"/>
                <w:lang w:val="ru-RU"/>
              </w:rPr>
              <w:t xml:space="preserve">народов.; </w:t>
            </w:r>
            <w:r w:rsidRPr="00BB7497">
              <w:rPr>
                <w:lang w:val="ru-RU"/>
              </w:rPr>
              <w:br/>
            </w:r>
            <w:r w:rsidRPr="00BB7497">
              <w:rPr>
                <w:rFonts w:ascii="Times New Roman" w:eastAsia="Times New Roman" w:hAnsi="Times New Roman"/>
                <w:color w:val="000000"/>
                <w:w w:val="97"/>
                <w:sz w:val="16"/>
                <w:lang w:val="ru-RU"/>
              </w:rPr>
              <w:t xml:space="preserve">Понимать связь архитектуры жилого дома с природным строительным материалом, </w:t>
            </w:r>
            <w:r w:rsidRPr="00BB7497">
              <w:rPr>
                <w:lang w:val="ru-RU"/>
              </w:rPr>
              <w:br/>
            </w:r>
            <w:r w:rsidRPr="00BB7497">
              <w:rPr>
                <w:rFonts w:ascii="Times New Roman" w:eastAsia="Times New Roman" w:hAnsi="Times New Roman"/>
                <w:color w:val="000000"/>
                <w:w w:val="97"/>
                <w:sz w:val="16"/>
                <w:lang w:val="ru-RU"/>
              </w:rPr>
              <w:t>характером труда и быта.;</w:t>
            </w:r>
          </w:p>
        </w:tc>
        <w:tc>
          <w:tcPr>
            <w:tcW w:w="1238" w:type="dxa"/>
            <w:tcBorders>
              <w:top w:val="single" w:sz="4" w:space="0" w:color="000000"/>
              <w:left w:val="single" w:sz="4" w:space="0" w:color="000000"/>
              <w:bottom w:val="single" w:sz="5" w:space="0" w:color="000000"/>
              <w:right w:val="single" w:sz="4" w:space="0" w:color="000000"/>
            </w:tcBorders>
            <w:tcMar>
              <w:left w:w="0" w:type="dxa"/>
              <w:right w:w="0" w:type="dxa"/>
            </w:tcMar>
          </w:tcPr>
          <w:p w14:paraId="722D10CA"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5" w:space="0" w:color="000000"/>
              <w:right w:val="single" w:sz="4" w:space="0" w:color="000000"/>
            </w:tcBorders>
            <w:tcMar>
              <w:left w:w="0" w:type="dxa"/>
              <w:right w:w="0" w:type="dxa"/>
            </w:tcMar>
          </w:tcPr>
          <w:p w14:paraId="45EA02DA"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3D7C4D92"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4B8B4DA"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CFEEEBB"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B19461C"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13A399A2"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649A044"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7A69EE94" w14:textId="77777777" w:rsidTr="00BB7497">
        <w:trPr>
          <w:trHeight w:hRule="exact" w:val="4940"/>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14:paraId="023C951F" w14:textId="77777777" w:rsidR="00BB7497" w:rsidRDefault="00BB7497" w:rsidP="00BB7497">
            <w:pPr>
              <w:autoSpaceDE w:val="0"/>
              <w:autoSpaceDN w:val="0"/>
              <w:spacing w:before="76" w:after="0" w:line="230" w:lineRule="auto"/>
              <w:jc w:val="center"/>
            </w:pPr>
            <w:r>
              <w:rPr>
                <w:rFonts w:ascii="Times New Roman" w:eastAsia="Times New Roman" w:hAnsi="Times New Roman"/>
                <w:color w:val="000000"/>
                <w:w w:val="97"/>
                <w:sz w:val="16"/>
              </w:rPr>
              <w:t>5.2.</w:t>
            </w:r>
          </w:p>
        </w:tc>
        <w:tc>
          <w:tcPr>
            <w:tcW w:w="4972" w:type="dxa"/>
            <w:tcBorders>
              <w:top w:val="single" w:sz="5" w:space="0" w:color="000000"/>
              <w:left w:val="single" w:sz="4" w:space="0" w:color="000000"/>
              <w:bottom w:val="single" w:sz="4" w:space="0" w:color="000000"/>
              <w:right w:val="single" w:sz="4" w:space="0" w:color="000000"/>
            </w:tcBorders>
            <w:tcMar>
              <w:left w:w="0" w:type="dxa"/>
              <w:right w:w="0" w:type="dxa"/>
            </w:tcMar>
          </w:tcPr>
          <w:p w14:paraId="69317610" w14:textId="77777777" w:rsidR="00BB7497" w:rsidRDefault="00BB7497" w:rsidP="00BB7497">
            <w:pPr>
              <w:autoSpaceDE w:val="0"/>
              <w:autoSpaceDN w:val="0"/>
              <w:spacing w:before="76" w:after="0" w:line="252" w:lineRule="auto"/>
              <w:ind w:left="72" w:right="144"/>
            </w:pPr>
            <w:r w:rsidRPr="00BB7497">
              <w:rPr>
                <w:rFonts w:ascii="Times New Roman" w:eastAsia="Times New Roman" w:hAnsi="Times New Roman"/>
                <w:b/>
                <w:color w:val="000000"/>
                <w:w w:val="97"/>
                <w:sz w:val="16"/>
                <w:lang w:val="ru-RU"/>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w:t>
            </w:r>
            <w:r>
              <w:rPr>
                <w:rFonts w:ascii="Times New Roman" w:eastAsia="Times New Roman" w:hAnsi="Times New Roman"/>
                <w:b/>
                <w:color w:val="000000"/>
                <w:w w:val="97"/>
                <w:sz w:val="16"/>
              </w:rPr>
              <w:t>Разные виды изб и надворных построек.</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14:paraId="298B3FAC"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14:paraId="5E167DA1"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14:paraId="1FDE62A8"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1</w:t>
            </w:r>
          </w:p>
        </w:tc>
        <w:tc>
          <w:tcPr>
            <w:tcW w:w="806" w:type="dxa"/>
            <w:tcBorders>
              <w:top w:val="single" w:sz="5" w:space="0" w:color="000000"/>
              <w:left w:val="single" w:sz="4" w:space="0" w:color="000000"/>
              <w:bottom w:val="single" w:sz="4" w:space="0" w:color="000000"/>
              <w:right w:val="single" w:sz="4" w:space="0" w:color="000000"/>
            </w:tcBorders>
            <w:tcMar>
              <w:left w:w="0" w:type="dxa"/>
              <w:right w:w="0" w:type="dxa"/>
            </w:tcMar>
          </w:tcPr>
          <w:p w14:paraId="317B805A" w14:textId="77777777" w:rsidR="00BB7497" w:rsidRDefault="00BB7497" w:rsidP="00BB7497"/>
        </w:tc>
        <w:tc>
          <w:tcPr>
            <w:tcW w:w="3300" w:type="dxa"/>
            <w:tcBorders>
              <w:top w:val="single" w:sz="5" w:space="0" w:color="000000"/>
              <w:left w:val="single" w:sz="4" w:space="0" w:color="000000"/>
              <w:bottom w:val="single" w:sz="4" w:space="0" w:color="000000"/>
              <w:right w:val="single" w:sz="4" w:space="0" w:color="000000"/>
            </w:tcBorders>
            <w:tcMar>
              <w:left w:w="0" w:type="dxa"/>
              <w:right w:w="0" w:type="dxa"/>
            </w:tcMar>
          </w:tcPr>
          <w:p w14:paraId="69F7D4CF" w14:textId="77777777" w:rsidR="00BB7497" w:rsidRPr="00BB7497" w:rsidRDefault="00BB7497" w:rsidP="00BB7497">
            <w:pPr>
              <w:autoSpaceDE w:val="0"/>
              <w:autoSpaceDN w:val="0"/>
              <w:spacing w:before="76" w:after="0" w:line="254" w:lineRule="auto"/>
              <w:ind w:left="72" w:right="144"/>
              <w:rPr>
                <w:lang w:val="ru-RU"/>
              </w:rPr>
            </w:pPr>
            <w:r w:rsidRPr="00BB7497">
              <w:rPr>
                <w:rFonts w:ascii="Times New Roman" w:eastAsia="Times New Roman" w:hAnsi="Times New Roman"/>
                <w:color w:val="000000"/>
                <w:w w:val="97"/>
                <w:sz w:val="16"/>
                <w:lang w:val="ru-RU"/>
              </w:rPr>
              <w:t xml:space="preserve">Получать представление об устройстве </w:t>
            </w:r>
            <w:r w:rsidRPr="00BB7497">
              <w:rPr>
                <w:lang w:val="ru-RU"/>
              </w:rPr>
              <w:br/>
            </w:r>
            <w:r w:rsidRPr="00BB7497">
              <w:rPr>
                <w:rFonts w:ascii="Times New Roman" w:eastAsia="Times New Roman" w:hAnsi="Times New Roman"/>
                <w:color w:val="000000"/>
                <w:w w:val="97"/>
                <w:sz w:val="16"/>
                <w:lang w:val="ru-RU"/>
              </w:rPr>
              <w:t xml:space="preserve">деревянной избы, а также юрты, иметь </w:t>
            </w:r>
            <w:r w:rsidRPr="00BB7497">
              <w:rPr>
                <w:lang w:val="ru-RU"/>
              </w:rPr>
              <w:br/>
            </w:r>
            <w:r w:rsidRPr="00BB7497">
              <w:rPr>
                <w:rFonts w:ascii="Times New Roman" w:eastAsia="Times New Roman" w:hAnsi="Times New Roman"/>
                <w:color w:val="000000"/>
                <w:w w:val="97"/>
                <w:sz w:val="16"/>
                <w:lang w:val="ru-RU"/>
              </w:rPr>
              <w:t xml:space="preserve">представление о жилых постройках других народов.; </w:t>
            </w:r>
            <w:r w:rsidRPr="00BB7497">
              <w:rPr>
                <w:lang w:val="ru-RU"/>
              </w:rPr>
              <w:br/>
            </w:r>
            <w:r w:rsidRPr="00BB7497">
              <w:rPr>
                <w:rFonts w:ascii="Times New Roman" w:eastAsia="Times New Roman" w:hAnsi="Times New Roman"/>
                <w:color w:val="000000"/>
                <w:w w:val="97"/>
                <w:sz w:val="16"/>
                <w:lang w:val="ru-RU"/>
              </w:rPr>
              <w:t xml:space="preserve">Узнавать о конструктивных особенностях переносного жилища — юрты.; </w:t>
            </w:r>
            <w:r w:rsidRPr="00BB7497">
              <w:rPr>
                <w:lang w:val="ru-RU"/>
              </w:rPr>
              <w:br/>
            </w:r>
            <w:r w:rsidRPr="00BB7497">
              <w:rPr>
                <w:rFonts w:ascii="Times New Roman" w:eastAsia="Times New Roman" w:hAnsi="Times New Roman"/>
                <w:color w:val="000000"/>
                <w:w w:val="97"/>
                <w:sz w:val="16"/>
                <w:lang w:val="ru-RU"/>
              </w:rPr>
              <w:t xml:space="preserve">Уметь объяснять и показывать конструкцию избы, народную мудрость устройства </w:t>
            </w:r>
            <w:r w:rsidRPr="00BB7497">
              <w:rPr>
                <w:lang w:val="ru-RU"/>
              </w:rPr>
              <w:br/>
            </w:r>
            <w:r w:rsidRPr="00BB7497">
              <w:rPr>
                <w:rFonts w:ascii="Times New Roman" w:eastAsia="Times New Roman" w:hAnsi="Times New Roman"/>
                <w:color w:val="000000"/>
                <w:w w:val="97"/>
                <w:sz w:val="16"/>
                <w:lang w:val="ru-RU"/>
              </w:rPr>
              <w:t xml:space="preserve">деревянных построек, единство красоты и пользы в каждой детали.; </w:t>
            </w:r>
            <w:r w:rsidRPr="00BB7497">
              <w:rPr>
                <w:lang w:val="ru-RU"/>
              </w:rPr>
              <w:br/>
            </w:r>
            <w:r w:rsidRPr="00BB7497">
              <w:rPr>
                <w:rFonts w:ascii="Times New Roman" w:eastAsia="Times New Roman" w:hAnsi="Times New Roman"/>
                <w:color w:val="000000"/>
                <w:w w:val="97"/>
                <w:sz w:val="16"/>
                <w:lang w:val="ru-RU"/>
              </w:rPr>
              <w:t xml:space="preserve">Изобразить или построить из бумаги </w:t>
            </w:r>
            <w:r w:rsidRPr="00BB7497">
              <w:rPr>
                <w:lang w:val="ru-RU"/>
              </w:rPr>
              <w:br/>
            </w:r>
            <w:r w:rsidRPr="00BB7497">
              <w:rPr>
                <w:rFonts w:ascii="Times New Roman" w:eastAsia="Times New Roman" w:hAnsi="Times New Roman"/>
                <w:color w:val="000000"/>
                <w:w w:val="97"/>
                <w:sz w:val="16"/>
                <w:lang w:val="ru-RU"/>
              </w:rPr>
              <w:t xml:space="preserve">конструкцию избы, других деревянных </w:t>
            </w:r>
            <w:r w:rsidRPr="00BB7497">
              <w:rPr>
                <w:lang w:val="ru-RU"/>
              </w:rPr>
              <w:br/>
            </w:r>
            <w:r w:rsidRPr="00BB7497">
              <w:rPr>
                <w:rFonts w:ascii="Times New Roman" w:eastAsia="Times New Roman" w:hAnsi="Times New Roman"/>
                <w:color w:val="000000"/>
                <w:w w:val="97"/>
                <w:sz w:val="16"/>
                <w:lang w:val="ru-RU"/>
              </w:rPr>
              <w:t>построек традиционной деревни.;</w:t>
            </w:r>
          </w:p>
        </w:tc>
        <w:tc>
          <w:tcPr>
            <w:tcW w:w="1238" w:type="dxa"/>
            <w:tcBorders>
              <w:top w:val="single" w:sz="5" w:space="0" w:color="000000"/>
              <w:left w:val="single" w:sz="4" w:space="0" w:color="000000"/>
              <w:bottom w:val="single" w:sz="4" w:space="0" w:color="000000"/>
              <w:right w:val="single" w:sz="4" w:space="0" w:color="000000"/>
            </w:tcBorders>
            <w:tcMar>
              <w:left w:w="0" w:type="dxa"/>
              <w:right w:w="0" w:type="dxa"/>
            </w:tcMar>
          </w:tcPr>
          <w:p w14:paraId="63ABFA6A" w14:textId="77777777" w:rsidR="00BB7497" w:rsidRDefault="00BB7497" w:rsidP="00BB7497">
            <w:pPr>
              <w:autoSpaceDE w:val="0"/>
              <w:autoSpaceDN w:val="0"/>
              <w:spacing w:before="76" w:after="0" w:line="250"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5" w:space="0" w:color="000000"/>
              <w:left w:val="single" w:sz="4" w:space="0" w:color="000000"/>
              <w:bottom w:val="single" w:sz="4" w:space="0" w:color="000000"/>
              <w:right w:val="single" w:sz="4" w:space="0" w:color="000000"/>
            </w:tcBorders>
            <w:tcMar>
              <w:left w:w="0" w:type="dxa"/>
              <w:right w:w="0" w:type="dxa"/>
            </w:tcMar>
          </w:tcPr>
          <w:p w14:paraId="57B29FF4" w14:textId="77777777" w:rsidR="00BB7497" w:rsidRDefault="00BB7497" w:rsidP="00BB7497">
            <w:pPr>
              <w:autoSpaceDE w:val="0"/>
              <w:autoSpaceDN w:val="0"/>
              <w:spacing w:before="76"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7AAF3F9C"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30283A0F"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2482AFE"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5A60812"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7D908469"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2C34A350"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4CF29EA6" w14:textId="77777777" w:rsidR="00BB7497" w:rsidRPr="00BB7497" w:rsidRDefault="00BB7497" w:rsidP="00BB7497">
      <w:pPr>
        <w:autoSpaceDE w:val="0"/>
        <w:autoSpaceDN w:val="0"/>
        <w:spacing w:after="0" w:line="14" w:lineRule="exact"/>
        <w:rPr>
          <w:lang w:val="ru-RU"/>
        </w:rPr>
      </w:pPr>
    </w:p>
    <w:p w14:paraId="12BD1BF3" w14:textId="77777777" w:rsidR="00BB7497" w:rsidRPr="00BB7497" w:rsidRDefault="00BB7497" w:rsidP="00BB7497">
      <w:pPr>
        <w:rPr>
          <w:lang w:val="ru-RU"/>
        </w:rPr>
        <w:sectPr w:rsidR="00BB7497" w:rsidRPr="00BB7497">
          <w:pgSz w:w="16840" w:h="11900"/>
          <w:pgMar w:top="284" w:right="640" w:bottom="622" w:left="666" w:header="720" w:footer="720" w:gutter="0"/>
          <w:cols w:space="720" w:equalWidth="0">
            <w:col w:w="15534" w:space="0"/>
          </w:cols>
          <w:docGrid w:linePitch="360"/>
        </w:sectPr>
      </w:pPr>
    </w:p>
    <w:p w14:paraId="7BE6045A"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5237942B" w14:textId="77777777" w:rsidTr="00BB7497">
        <w:trPr>
          <w:trHeight w:hRule="exact" w:val="5054"/>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14:paraId="4241F10C"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5.3.</w:t>
            </w:r>
          </w:p>
        </w:tc>
        <w:tc>
          <w:tcPr>
            <w:tcW w:w="4972" w:type="dxa"/>
            <w:tcBorders>
              <w:top w:val="single" w:sz="4" w:space="0" w:color="000000"/>
              <w:left w:val="single" w:sz="4" w:space="0" w:color="000000"/>
              <w:bottom w:val="single" w:sz="5" w:space="0" w:color="000000"/>
              <w:right w:val="single" w:sz="4" w:space="0" w:color="000000"/>
            </w:tcBorders>
            <w:tcMar>
              <w:left w:w="0" w:type="dxa"/>
              <w:right w:w="0" w:type="dxa"/>
            </w:tcMar>
          </w:tcPr>
          <w:p w14:paraId="76C9390A" w14:textId="77777777" w:rsidR="00BB7497" w:rsidRPr="00BB7497" w:rsidRDefault="00BB7497" w:rsidP="00BB7497">
            <w:pPr>
              <w:autoSpaceDE w:val="0"/>
              <w:autoSpaceDN w:val="0"/>
              <w:spacing w:before="78" w:after="0" w:line="247" w:lineRule="auto"/>
              <w:ind w:left="72" w:right="144"/>
              <w:rPr>
                <w:lang w:val="ru-RU"/>
              </w:rPr>
            </w:pPr>
            <w:r w:rsidRPr="00BB7497">
              <w:rPr>
                <w:rFonts w:ascii="Times New Roman" w:eastAsia="Times New Roman" w:hAnsi="Times New Roman"/>
                <w:b/>
                <w:color w:val="000000"/>
                <w:w w:val="97"/>
                <w:sz w:val="16"/>
                <w:lang w:val="ru-RU"/>
              </w:rPr>
              <w:t xml:space="preserve">Конструкция и изображение здания каменного собора: свод, нефы, закомары, глава, купол. Роль собора в организации жизни </w:t>
            </w:r>
            <w:r w:rsidRPr="00BB7497">
              <w:rPr>
                <w:lang w:val="ru-RU"/>
              </w:rPr>
              <w:br/>
            </w:r>
            <w:r w:rsidRPr="00BB7497">
              <w:rPr>
                <w:rFonts w:ascii="Times New Roman" w:eastAsia="Times New Roman" w:hAnsi="Times New Roman"/>
                <w:b/>
                <w:color w:val="000000"/>
                <w:w w:val="97"/>
                <w:sz w:val="16"/>
                <w:lang w:val="ru-RU"/>
              </w:rPr>
              <w:t>древнего города, собор как архитектурная доминанта.</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14:paraId="209E331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14:paraId="701BAA6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14:paraId="70648369"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5" w:space="0" w:color="000000"/>
              <w:right w:val="single" w:sz="4" w:space="0" w:color="000000"/>
            </w:tcBorders>
            <w:tcMar>
              <w:left w:w="0" w:type="dxa"/>
              <w:right w:w="0" w:type="dxa"/>
            </w:tcMar>
          </w:tcPr>
          <w:p w14:paraId="5B123F44" w14:textId="77777777" w:rsidR="00BB7497" w:rsidRDefault="00BB7497" w:rsidP="00BB7497"/>
        </w:tc>
        <w:tc>
          <w:tcPr>
            <w:tcW w:w="3300" w:type="dxa"/>
            <w:tcBorders>
              <w:top w:val="single" w:sz="4" w:space="0" w:color="000000"/>
              <w:left w:val="single" w:sz="4" w:space="0" w:color="000000"/>
              <w:bottom w:val="single" w:sz="5" w:space="0" w:color="000000"/>
              <w:right w:val="single" w:sz="4" w:space="0" w:color="000000"/>
            </w:tcBorders>
            <w:tcMar>
              <w:left w:w="0" w:type="dxa"/>
              <w:right w:w="0" w:type="dxa"/>
            </w:tcMar>
          </w:tcPr>
          <w:p w14:paraId="6611F1BC" w14:textId="77777777" w:rsidR="00BB7497" w:rsidRPr="00BB7497" w:rsidRDefault="00BB7497" w:rsidP="00BB7497">
            <w:pPr>
              <w:autoSpaceDE w:val="0"/>
              <w:autoSpaceDN w:val="0"/>
              <w:spacing w:before="78" w:after="0" w:line="254" w:lineRule="auto"/>
              <w:ind w:left="72"/>
              <w:rPr>
                <w:lang w:val="ru-RU"/>
              </w:rPr>
            </w:pPr>
            <w:r w:rsidRPr="00BB7497">
              <w:rPr>
                <w:rFonts w:ascii="Times New Roman" w:eastAsia="Times New Roman" w:hAnsi="Times New Roman"/>
                <w:color w:val="000000"/>
                <w:w w:val="97"/>
                <w:sz w:val="16"/>
                <w:lang w:val="ru-RU"/>
              </w:rPr>
              <w:t xml:space="preserve">Учиться объяснять и изображать </w:t>
            </w:r>
            <w:r w:rsidRPr="00BB7497">
              <w:rPr>
                <w:lang w:val="ru-RU"/>
              </w:rPr>
              <w:br/>
            </w:r>
            <w:r w:rsidRPr="00BB7497">
              <w:rPr>
                <w:rFonts w:ascii="Times New Roman" w:eastAsia="Times New Roman" w:hAnsi="Times New Roman"/>
                <w:color w:val="000000"/>
                <w:w w:val="97"/>
                <w:sz w:val="16"/>
                <w:lang w:val="ru-RU"/>
              </w:rPr>
              <w:t xml:space="preserve">традиционную конструкцию здания каменного древнерусского храма.; </w:t>
            </w:r>
            <w:r w:rsidRPr="00BB7497">
              <w:rPr>
                <w:lang w:val="ru-RU"/>
              </w:rPr>
              <w:br/>
            </w:r>
            <w:r w:rsidRPr="00BB7497">
              <w:rPr>
                <w:rFonts w:ascii="Times New Roman" w:eastAsia="Times New Roman" w:hAnsi="Times New Roman"/>
                <w:color w:val="000000"/>
                <w:w w:val="97"/>
                <w:sz w:val="16"/>
                <w:lang w:val="ru-RU"/>
              </w:rPr>
              <w:t xml:space="preserve">Приводить примеры наиболее значительных древнерусских соборов.; </w:t>
            </w:r>
            <w:r w:rsidRPr="00BB7497">
              <w:rPr>
                <w:lang w:val="ru-RU"/>
              </w:rPr>
              <w:br/>
            </w:r>
            <w:r w:rsidRPr="00BB7497">
              <w:rPr>
                <w:rFonts w:ascii="Times New Roman" w:eastAsia="Times New Roman" w:hAnsi="Times New Roman"/>
                <w:color w:val="000000"/>
                <w:w w:val="97"/>
                <w:sz w:val="16"/>
                <w:lang w:val="ru-RU"/>
              </w:rPr>
              <w:t xml:space="preserve">Приобретать представление о красоте и </w:t>
            </w:r>
            <w:r w:rsidRPr="00BB7497">
              <w:rPr>
                <w:lang w:val="ru-RU"/>
              </w:rPr>
              <w:br/>
            </w:r>
            <w:r w:rsidRPr="00BB7497">
              <w:rPr>
                <w:rFonts w:ascii="Times New Roman" w:eastAsia="Times New Roman" w:hAnsi="Times New Roman"/>
                <w:color w:val="000000"/>
                <w:w w:val="97"/>
                <w:sz w:val="16"/>
                <w:lang w:val="ru-RU"/>
              </w:rPr>
              <w:t xml:space="preserve">конструктивных особенностях русского </w:t>
            </w:r>
            <w:r w:rsidRPr="00BB7497">
              <w:rPr>
                <w:lang w:val="ru-RU"/>
              </w:rPr>
              <w:br/>
            </w:r>
            <w:r w:rsidRPr="00BB7497">
              <w:rPr>
                <w:rFonts w:ascii="Times New Roman" w:eastAsia="Times New Roman" w:hAnsi="Times New Roman"/>
                <w:color w:val="000000"/>
                <w:w w:val="97"/>
                <w:sz w:val="16"/>
                <w:lang w:val="ru-RU"/>
              </w:rPr>
              <w:t>деревянного зодчества.;</w:t>
            </w:r>
          </w:p>
        </w:tc>
        <w:tc>
          <w:tcPr>
            <w:tcW w:w="1238" w:type="dxa"/>
            <w:tcBorders>
              <w:top w:val="single" w:sz="4" w:space="0" w:color="000000"/>
              <w:left w:val="single" w:sz="4" w:space="0" w:color="000000"/>
              <w:bottom w:val="single" w:sz="5" w:space="0" w:color="000000"/>
              <w:right w:val="single" w:sz="4" w:space="0" w:color="000000"/>
            </w:tcBorders>
            <w:tcMar>
              <w:left w:w="0" w:type="dxa"/>
              <w:right w:w="0" w:type="dxa"/>
            </w:tcMar>
          </w:tcPr>
          <w:p w14:paraId="5973B7ED"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5" w:space="0" w:color="000000"/>
              <w:right w:val="single" w:sz="4" w:space="0" w:color="000000"/>
            </w:tcBorders>
            <w:tcMar>
              <w:left w:w="0" w:type="dxa"/>
              <w:right w:w="0" w:type="dxa"/>
            </w:tcMar>
          </w:tcPr>
          <w:p w14:paraId="4763D7E3"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5C5E02AB"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1D9946D8"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C3F9574"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4E553378"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35A46281"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E63B584"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7E380FAB" w14:textId="77777777" w:rsidTr="00BB7497">
        <w:trPr>
          <w:trHeight w:hRule="exact" w:val="5048"/>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14:paraId="393C2258" w14:textId="77777777" w:rsidR="00BB7497" w:rsidRDefault="00BB7497" w:rsidP="00BB7497">
            <w:pPr>
              <w:autoSpaceDE w:val="0"/>
              <w:autoSpaceDN w:val="0"/>
              <w:spacing w:before="76" w:after="0" w:line="230" w:lineRule="auto"/>
              <w:jc w:val="center"/>
            </w:pPr>
            <w:r>
              <w:rPr>
                <w:rFonts w:ascii="Times New Roman" w:eastAsia="Times New Roman" w:hAnsi="Times New Roman"/>
                <w:color w:val="000000"/>
                <w:w w:val="97"/>
                <w:sz w:val="16"/>
              </w:rPr>
              <w:t>5.4.</w:t>
            </w:r>
          </w:p>
        </w:tc>
        <w:tc>
          <w:tcPr>
            <w:tcW w:w="4972" w:type="dxa"/>
            <w:tcBorders>
              <w:top w:val="single" w:sz="5" w:space="0" w:color="000000"/>
              <w:left w:val="single" w:sz="4" w:space="0" w:color="000000"/>
              <w:bottom w:val="single" w:sz="4" w:space="0" w:color="000000"/>
              <w:right w:val="single" w:sz="4" w:space="0" w:color="000000"/>
            </w:tcBorders>
            <w:tcMar>
              <w:left w:w="0" w:type="dxa"/>
              <w:right w:w="0" w:type="dxa"/>
            </w:tcMar>
          </w:tcPr>
          <w:p w14:paraId="52FE52F3" w14:textId="77777777" w:rsidR="00BB7497" w:rsidRPr="00BB7497" w:rsidRDefault="00BB7497" w:rsidP="00BB7497">
            <w:pPr>
              <w:autoSpaceDE w:val="0"/>
              <w:autoSpaceDN w:val="0"/>
              <w:spacing w:before="76" w:after="0" w:line="250" w:lineRule="auto"/>
              <w:ind w:left="72" w:right="144"/>
              <w:rPr>
                <w:lang w:val="ru-RU"/>
              </w:rPr>
            </w:pPr>
            <w:r w:rsidRPr="00BB7497">
              <w:rPr>
                <w:rFonts w:ascii="Times New Roman" w:eastAsia="Times New Roman" w:hAnsi="Times New Roman"/>
                <w:b/>
                <w:color w:val="000000"/>
                <w:w w:val="97"/>
                <w:sz w:val="16"/>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14:paraId="01C10AF9"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14:paraId="65CEAC00"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14:paraId="44A96906" w14:textId="77777777" w:rsidR="00BB7497" w:rsidRDefault="00BB7497" w:rsidP="00BB7497">
            <w:pPr>
              <w:autoSpaceDE w:val="0"/>
              <w:autoSpaceDN w:val="0"/>
              <w:spacing w:before="76" w:after="0" w:line="230" w:lineRule="auto"/>
              <w:ind w:left="72"/>
            </w:pPr>
            <w:r>
              <w:rPr>
                <w:rFonts w:ascii="Times New Roman" w:eastAsia="Times New Roman" w:hAnsi="Times New Roman"/>
                <w:color w:val="000000"/>
                <w:w w:val="97"/>
                <w:sz w:val="16"/>
              </w:rPr>
              <w:t>1</w:t>
            </w:r>
          </w:p>
        </w:tc>
        <w:tc>
          <w:tcPr>
            <w:tcW w:w="806" w:type="dxa"/>
            <w:tcBorders>
              <w:top w:val="single" w:sz="5" w:space="0" w:color="000000"/>
              <w:left w:val="single" w:sz="4" w:space="0" w:color="000000"/>
              <w:bottom w:val="single" w:sz="4" w:space="0" w:color="000000"/>
              <w:right w:val="single" w:sz="4" w:space="0" w:color="000000"/>
            </w:tcBorders>
            <w:tcMar>
              <w:left w:w="0" w:type="dxa"/>
              <w:right w:w="0" w:type="dxa"/>
            </w:tcMar>
          </w:tcPr>
          <w:p w14:paraId="322EE0AD" w14:textId="77777777" w:rsidR="00BB7497" w:rsidRDefault="00BB7497" w:rsidP="00BB7497"/>
        </w:tc>
        <w:tc>
          <w:tcPr>
            <w:tcW w:w="3300" w:type="dxa"/>
            <w:tcBorders>
              <w:top w:val="single" w:sz="5" w:space="0" w:color="000000"/>
              <w:left w:val="single" w:sz="4" w:space="0" w:color="000000"/>
              <w:bottom w:val="single" w:sz="4" w:space="0" w:color="000000"/>
              <w:right w:val="single" w:sz="4" w:space="0" w:color="000000"/>
            </w:tcBorders>
            <w:tcMar>
              <w:left w:w="0" w:type="dxa"/>
              <w:right w:w="0" w:type="dxa"/>
            </w:tcMar>
          </w:tcPr>
          <w:p w14:paraId="4B6E09FD" w14:textId="77777777" w:rsidR="00BB7497" w:rsidRPr="00BB7497" w:rsidRDefault="00BB7497" w:rsidP="00BB7497">
            <w:pPr>
              <w:autoSpaceDE w:val="0"/>
              <w:autoSpaceDN w:val="0"/>
              <w:spacing w:before="76" w:after="0" w:line="245" w:lineRule="auto"/>
              <w:ind w:left="72"/>
              <w:rPr>
                <w:lang w:val="ru-RU"/>
              </w:rPr>
            </w:pPr>
            <w:r w:rsidRPr="00BB7497">
              <w:rPr>
                <w:rFonts w:ascii="Times New Roman" w:eastAsia="Times New Roman" w:hAnsi="Times New Roman"/>
                <w:color w:val="000000"/>
                <w:w w:val="97"/>
                <w:sz w:val="16"/>
                <w:lang w:val="ru-RU"/>
              </w:rPr>
              <w:t xml:space="preserve">Называть конструктивные черты </w:t>
            </w:r>
            <w:r w:rsidRPr="00BB7497">
              <w:rPr>
                <w:lang w:val="ru-RU"/>
              </w:rPr>
              <w:br/>
            </w:r>
            <w:r w:rsidRPr="00BB7497">
              <w:rPr>
                <w:rFonts w:ascii="Times New Roman" w:eastAsia="Times New Roman" w:hAnsi="Times New Roman"/>
                <w:color w:val="000000"/>
                <w:w w:val="97"/>
                <w:sz w:val="16"/>
                <w:lang w:val="ru-RU"/>
              </w:rPr>
              <w:t>древнегреческого храма, уметь его изобразить.</w:t>
            </w:r>
          </w:p>
          <w:p w14:paraId="57821124" w14:textId="77777777" w:rsidR="00BB7497" w:rsidRPr="00BB7497" w:rsidRDefault="00BB7497" w:rsidP="00BB7497">
            <w:pPr>
              <w:autoSpaceDE w:val="0"/>
              <w:autoSpaceDN w:val="0"/>
              <w:spacing w:before="20" w:after="0" w:line="254" w:lineRule="auto"/>
              <w:ind w:left="72" w:right="144"/>
              <w:rPr>
                <w:lang w:val="ru-RU"/>
              </w:rPr>
            </w:pPr>
            <w:r w:rsidRPr="00BB7497">
              <w:rPr>
                <w:rFonts w:ascii="Times New Roman" w:eastAsia="Times New Roman" w:hAnsi="Times New Roman"/>
                <w:color w:val="000000"/>
                <w:w w:val="97"/>
                <w:sz w:val="16"/>
                <w:lang w:val="ru-RU"/>
              </w:rPr>
              <w:t xml:space="preserve">Приобретать общее цельное образное </w:t>
            </w:r>
            <w:r w:rsidRPr="00BB7497">
              <w:rPr>
                <w:lang w:val="ru-RU"/>
              </w:rPr>
              <w:br/>
            </w:r>
            <w:r w:rsidRPr="00BB7497">
              <w:rPr>
                <w:rFonts w:ascii="Times New Roman" w:eastAsia="Times New Roman" w:hAnsi="Times New Roman"/>
                <w:color w:val="000000"/>
                <w:w w:val="97"/>
                <w:sz w:val="16"/>
                <w:lang w:val="ru-RU"/>
              </w:rPr>
              <w:t xml:space="preserve">представление о древнегреческой культуре.; Уметь изобразить характерные черты </w:t>
            </w:r>
            <w:r w:rsidRPr="00BB7497">
              <w:rPr>
                <w:lang w:val="ru-RU"/>
              </w:rPr>
              <w:br/>
            </w:r>
            <w:r w:rsidRPr="00BB7497">
              <w:rPr>
                <w:rFonts w:ascii="Times New Roman" w:eastAsia="Times New Roman" w:hAnsi="Times New Roman"/>
                <w:color w:val="000000"/>
                <w:w w:val="97"/>
                <w:sz w:val="16"/>
                <w:lang w:val="ru-RU"/>
              </w:rPr>
              <w:t xml:space="preserve">храмовых сооружений разных культур: </w:t>
            </w:r>
            <w:r w:rsidRPr="00BB7497">
              <w:rPr>
                <w:lang w:val="ru-RU"/>
              </w:rPr>
              <w:br/>
            </w:r>
            <w:r w:rsidRPr="00BB7497">
              <w:rPr>
                <w:rFonts w:ascii="Times New Roman" w:eastAsia="Times New Roman" w:hAnsi="Times New Roman"/>
                <w:color w:val="000000"/>
                <w:w w:val="97"/>
                <w:sz w:val="16"/>
                <w:lang w:val="ru-RU"/>
              </w:rPr>
              <w:t>готический (романский) собор в европейских городах, буддийская пагода, мусульманская мечеть.;</w:t>
            </w:r>
          </w:p>
        </w:tc>
        <w:tc>
          <w:tcPr>
            <w:tcW w:w="1238" w:type="dxa"/>
            <w:tcBorders>
              <w:top w:val="single" w:sz="5" w:space="0" w:color="000000"/>
              <w:left w:val="single" w:sz="4" w:space="0" w:color="000000"/>
              <w:bottom w:val="single" w:sz="4" w:space="0" w:color="000000"/>
              <w:right w:val="single" w:sz="4" w:space="0" w:color="000000"/>
            </w:tcBorders>
            <w:tcMar>
              <w:left w:w="0" w:type="dxa"/>
              <w:right w:w="0" w:type="dxa"/>
            </w:tcMar>
          </w:tcPr>
          <w:p w14:paraId="33D870F0" w14:textId="77777777" w:rsidR="00BB7497" w:rsidRDefault="00BB7497" w:rsidP="00BB7497">
            <w:pPr>
              <w:autoSpaceDE w:val="0"/>
              <w:autoSpaceDN w:val="0"/>
              <w:spacing w:before="76" w:after="0" w:line="250"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5" w:space="0" w:color="000000"/>
              <w:left w:val="single" w:sz="4" w:space="0" w:color="000000"/>
              <w:bottom w:val="single" w:sz="4" w:space="0" w:color="000000"/>
              <w:right w:val="single" w:sz="4" w:space="0" w:color="000000"/>
            </w:tcBorders>
            <w:tcMar>
              <w:left w:w="0" w:type="dxa"/>
              <w:right w:w="0" w:type="dxa"/>
            </w:tcMar>
          </w:tcPr>
          <w:p w14:paraId="11717F62" w14:textId="77777777" w:rsidR="00BB7497" w:rsidRDefault="00BB7497" w:rsidP="00BB7497">
            <w:pPr>
              <w:autoSpaceDE w:val="0"/>
              <w:autoSpaceDN w:val="0"/>
              <w:spacing w:before="76"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4A307E0F"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4160ECC7"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3E685447"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4375F44B"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1F29CC8C"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2198CE89"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47BE1246" w14:textId="77777777" w:rsidR="00BB7497" w:rsidRPr="00BB7497" w:rsidRDefault="00BB7497" w:rsidP="00BB7497">
      <w:pPr>
        <w:autoSpaceDE w:val="0"/>
        <w:autoSpaceDN w:val="0"/>
        <w:spacing w:after="0" w:line="14" w:lineRule="exact"/>
        <w:rPr>
          <w:lang w:val="ru-RU"/>
        </w:rPr>
      </w:pPr>
    </w:p>
    <w:p w14:paraId="61CFEAB5" w14:textId="77777777" w:rsidR="00BB7497" w:rsidRPr="00BB7497" w:rsidRDefault="00BB7497" w:rsidP="00BB7497">
      <w:pPr>
        <w:rPr>
          <w:lang w:val="ru-RU"/>
        </w:rPr>
        <w:sectPr w:rsidR="00BB7497" w:rsidRPr="00BB7497">
          <w:pgSz w:w="16840" w:h="11900"/>
          <w:pgMar w:top="284" w:right="640" w:bottom="598" w:left="666" w:header="720" w:footer="720" w:gutter="0"/>
          <w:cols w:space="720" w:equalWidth="0">
            <w:col w:w="15534" w:space="0"/>
          </w:cols>
          <w:docGrid w:linePitch="360"/>
        </w:sectPr>
      </w:pPr>
    </w:p>
    <w:p w14:paraId="006C1573"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53FCB771"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D7F7B46"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5.5.</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2EA90380" w14:textId="77777777" w:rsidR="00BB7497" w:rsidRPr="00BB7497" w:rsidRDefault="00BB7497" w:rsidP="00BB7497">
            <w:pPr>
              <w:autoSpaceDE w:val="0"/>
              <w:autoSpaceDN w:val="0"/>
              <w:spacing w:before="78" w:after="0" w:line="250" w:lineRule="auto"/>
              <w:ind w:left="72"/>
              <w:rPr>
                <w:lang w:val="ru-RU"/>
              </w:rPr>
            </w:pPr>
            <w:r w:rsidRPr="00BB7497">
              <w:rPr>
                <w:rFonts w:ascii="Times New Roman" w:eastAsia="Times New Roman" w:hAnsi="Times New Roman"/>
                <w:b/>
                <w:color w:val="000000"/>
                <w:w w:val="97"/>
                <w:sz w:val="16"/>
                <w:lang w:val="ru-RU"/>
              </w:rPr>
              <w:t xml:space="preserve">Освоение образа и структуры архитектурного пространства </w:t>
            </w:r>
            <w:r w:rsidRPr="00BB7497">
              <w:rPr>
                <w:lang w:val="ru-RU"/>
              </w:rPr>
              <w:br/>
            </w:r>
            <w:r w:rsidRPr="00BB7497">
              <w:rPr>
                <w:rFonts w:ascii="Times New Roman" w:eastAsia="Times New Roman" w:hAnsi="Times New Roman"/>
                <w:b/>
                <w:color w:val="000000"/>
                <w:w w:val="97"/>
                <w:sz w:val="16"/>
                <w:lang w:val="ru-RU"/>
              </w:rPr>
              <w:t>древнерусского города. Крепостные стены и башни, торг, посад, главный собор. Красота и мудрость в организации города, жизнь в городе.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4F806F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A30E84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4CF4B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054FE67"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7B07ACC" w14:textId="77777777" w:rsidR="00BB7497" w:rsidRPr="00BB7497" w:rsidRDefault="00BB7497" w:rsidP="00BB7497">
            <w:pPr>
              <w:autoSpaceDE w:val="0"/>
              <w:autoSpaceDN w:val="0"/>
              <w:spacing w:before="78" w:after="0" w:line="247" w:lineRule="auto"/>
              <w:ind w:left="72" w:right="288"/>
              <w:rPr>
                <w:lang w:val="ru-RU"/>
              </w:rPr>
            </w:pPr>
            <w:r w:rsidRPr="00BB7497">
              <w:rPr>
                <w:rFonts w:ascii="Times New Roman" w:eastAsia="Times New Roman" w:hAnsi="Times New Roman"/>
                <w:color w:val="000000"/>
                <w:w w:val="97"/>
                <w:sz w:val="16"/>
                <w:lang w:val="ru-RU"/>
              </w:rPr>
              <w:t xml:space="preserve">Получать образное представление о </w:t>
            </w:r>
            <w:r w:rsidRPr="00BB7497">
              <w:rPr>
                <w:lang w:val="ru-RU"/>
              </w:rPr>
              <w:br/>
            </w:r>
            <w:r w:rsidRPr="00BB7497">
              <w:rPr>
                <w:rFonts w:ascii="Times New Roman" w:eastAsia="Times New Roman" w:hAnsi="Times New Roman"/>
                <w:color w:val="000000"/>
                <w:w w:val="97"/>
                <w:sz w:val="16"/>
                <w:lang w:val="ru-RU"/>
              </w:rPr>
              <w:t>древнерусском городе, его архитектурном устройстве и жизни людей.;</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863EBF4"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C5FD59E"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4392F068"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71D8FBC"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442003DA"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B40930C"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1755E677"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5577120F"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1D41BD1C" w14:textId="77777777" w:rsidTr="00BB7497">
        <w:trPr>
          <w:trHeight w:hRule="exact" w:val="496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1165CC5"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5.6.</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71F1A890" w14:textId="77777777" w:rsidR="00BB7497" w:rsidRPr="00BB7497" w:rsidRDefault="00BB7497" w:rsidP="00BB7497">
            <w:pPr>
              <w:autoSpaceDE w:val="0"/>
              <w:autoSpaceDN w:val="0"/>
              <w:spacing w:before="78" w:after="0" w:line="245" w:lineRule="auto"/>
              <w:ind w:left="72" w:right="720"/>
              <w:rPr>
                <w:lang w:val="ru-RU"/>
              </w:rPr>
            </w:pPr>
            <w:r w:rsidRPr="00BB7497">
              <w:rPr>
                <w:rFonts w:ascii="Times New Roman" w:eastAsia="Times New Roman" w:hAnsi="Times New Roman"/>
                <w:b/>
                <w:color w:val="000000"/>
                <w:w w:val="97"/>
                <w:sz w:val="16"/>
                <w:lang w:val="ru-RU"/>
              </w:rPr>
              <w:t>Понимание значения для современных людей сохранения культурного наследия.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EDC829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C8AB27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ECA63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4B16DEA"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5D26D12" w14:textId="77777777" w:rsidR="00BB7497" w:rsidRPr="00BB7497" w:rsidRDefault="00BB7497" w:rsidP="00BB7497">
            <w:pPr>
              <w:autoSpaceDE w:val="0"/>
              <w:autoSpaceDN w:val="0"/>
              <w:spacing w:before="78" w:after="0" w:line="250" w:lineRule="auto"/>
              <w:ind w:left="72" w:right="288"/>
              <w:rPr>
                <w:lang w:val="ru-RU"/>
              </w:rPr>
            </w:pPr>
            <w:r w:rsidRPr="00BB7497">
              <w:rPr>
                <w:rFonts w:ascii="Times New Roman" w:eastAsia="Times New Roman" w:hAnsi="Times New Roman"/>
                <w:color w:val="000000"/>
                <w:w w:val="97"/>
                <w:sz w:val="16"/>
                <w:lang w:val="ru-RU"/>
              </w:rPr>
              <w:t>Учиться понимать и объяснять значимость сохранения архитектурных памятников и исторического образа своей культуры для современных людей;</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4AF14D2" w14:textId="77777777" w:rsidR="00BB7497" w:rsidRPr="00BB7497" w:rsidRDefault="00BB7497" w:rsidP="00BB7497">
            <w:pPr>
              <w:autoSpaceDE w:val="0"/>
              <w:autoSpaceDN w:val="0"/>
              <w:spacing w:before="78" w:after="0" w:line="252" w:lineRule="auto"/>
              <w:ind w:left="74"/>
              <w:rPr>
                <w:lang w:val="ru-RU"/>
              </w:rPr>
            </w:pPr>
            <w:r w:rsidRPr="00BB7497">
              <w:rPr>
                <w:rFonts w:ascii="Times New Roman" w:eastAsia="Times New Roman" w:hAnsi="Times New Roman"/>
                <w:color w:val="000000"/>
                <w:w w:val="97"/>
                <w:sz w:val="16"/>
                <w:lang w:val="ru-RU"/>
              </w:rPr>
              <w:t xml:space="preserve">Контрольная </w:t>
            </w:r>
            <w:r w:rsidRPr="00BB7497">
              <w:rPr>
                <w:lang w:val="ru-RU"/>
              </w:rPr>
              <w:br/>
            </w:r>
            <w:r w:rsidRPr="00BB7497">
              <w:rPr>
                <w:rFonts w:ascii="Times New Roman" w:eastAsia="Times New Roman" w:hAnsi="Times New Roman"/>
                <w:color w:val="000000"/>
                <w:w w:val="97"/>
                <w:sz w:val="16"/>
                <w:lang w:val="ru-RU"/>
              </w:rPr>
              <w:t xml:space="preserve">работа; </w:t>
            </w:r>
            <w:r w:rsidRPr="00BB7497">
              <w:rPr>
                <w:lang w:val="ru-RU"/>
              </w:rPr>
              <w:br/>
            </w:r>
            <w:r w:rsidRPr="00BB7497">
              <w:rPr>
                <w:rFonts w:ascii="Times New Roman" w:eastAsia="Times New Roman" w:hAnsi="Times New Roman"/>
                <w:color w:val="000000"/>
                <w:w w:val="97"/>
                <w:sz w:val="16"/>
                <w:lang w:val="ru-RU"/>
              </w:rPr>
              <w:t xml:space="preserve">Самооценка с </w:t>
            </w:r>
            <w:r w:rsidRPr="00BB7497">
              <w:rPr>
                <w:lang w:val="ru-RU"/>
              </w:rPr>
              <w:br/>
            </w:r>
            <w:r w:rsidRPr="00BB7497">
              <w:rPr>
                <w:rFonts w:ascii="Times New Roman" w:eastAsia="Times New Roman" w:hAnsi="Times New Roman"/>
                <w:color w:val="000000"/>
                <w:w w:val="97"/>
                <w:sz w:val="16"/>
                <w:lang w:val="ru-RU"/>
              </w:rPr>
              <w:t xml:space="preserve">использованием "Оценочного </w:t>
            </w:r>
            <w:r w:rsidRPr="00BB7497">
              <w:rPr>
                <w:lang w:val="ru-RU"/>
              </w:rPr>
              <w:br/>
            </w:r>
            <w:r w:rsidRPr="00BB7497">
              <w:rPr>
                <w:rFonts w:ascii="Times New Roman" w:eastAsia="Times New Roman" w:hAnsi="Times New Roman"/>
                <w:color w:val="000000"/>
                <w:w w:val="97"/>
                <w:sz w:val="16"/>
                <w:lang w:val="ru-RU"/>
              </w:rPr>
              <w:t>листа";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BBE887F"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Образовательные ресурсы в помощь учителю ИЗО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sidRPr="00BB7497">
              <w:rPr>
                <w:lang w:val="ru-RU"/>
              </w:rPr>
              <w:br/>
            </w:r>
            <w:r>
              <w:rPr>
                <w:rFonts w:ascii="Times New Roman" w:eastAsia="Times New Roman" w:hAnsi="Times New Roman"/>
                <w:color w:val="000000"/>
                <w:w w:val="97"/>
                <w:sz w:val="16"/>
              </w:rPr>
              <w:t>multiurok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blog</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polieznyie</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ssylki</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dlia</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izo</w:t>
            </w:r>
            <w:r w:rsidRPr="00BB7497">
              <w:rPr>
                <w:rFonts w:ascii="Times New Roman" w:eastAsia="Times New Roman" w:hAnsi="Times New Roman"/>
                <w:color w:val="000000"/>
                <w:w w:val="97"/>
                <w:sz w:val="16"/>
                <w:lang w:val="ru-RU"/>
              </w:rPr>
              <w:t>…</w:t>
            </w:r>
          </w:p>
          <w:p w14:paraId="27871933"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4DE81B0"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721ED57"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B9B097C"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25C79C96"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5CEE55B"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14:paraId="77D3F999" w14:textId="77777777" w:rsidTr="00BB7497">
        <w:trPr>
          <w:trHeight w:hRule="exact" w:val="348"/>
        </w:trPr>
        <w:tc>
          <w:tcPr>
            <w:tcW w:w="53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E00A81F"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Итого по модулю 5</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A3E9C01"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6</w:t>
            </w:r>
          </w:p>
        </w:tc>
        <w:tc>
          <w:tcPr>
            <w:tcW w:w="960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EF3BE2F" w14:textId="77777777" w:rsidR="00BB7497" w:rsidRDefault="00BB7497" w:rsidP="00BB7497"/>
        </w:tc>
      </w:tr>
      <w:tr w:rsidR="00BB7497" w14:paraId="2425D352" w14:textId="77777777" w:rsidTr="00BB749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1A1B4B56" w14:textId="77777777" w:rsidR="00BB7497" w:rsidRDefault="00BB7497" w:rsidP="00BB7497">
            <w:pPr>
              <w:autoSpaceDE w:val="0"/>
              <w:autoSpaceDN w:val="0"/>
              <w:spacing w:before="76" w:after="0" w:line="233" w:lineRule="auto"/>
              <w:ind w:left="72"/>
            </w:pPr>
            <w:r>
              <w:rPr>
                <w:rFonts w:ascii="Times New Roman" w:eastAsia="Times New Roman" w:hAnsi="Times New Roman"/>
                <w:color w:val="000000"/>
                <w:w w:val="97"/>
                <w:sz w:val="16"/>
              </w:rPr>
              <w:t xml:space="preserve">Модуль 6. </w:t>
            </w:r>
            <w:r>
              <w:rPr>
                <w:rFonts w:ascii="Times New Roman" w:eastAsia="Times New Roman" w:hAnsi="Times New Roman"/>
                <w:b/>
                <w:color w:val="000000"/>
                <w:w w:val="97"/>
                <w:sz w:val="16"/>
              </w:rPr>
              <w:t>Восприятие произведений искусства</w:t>
            </w:r>
          </w:p>
        </w:tc>
      </w:tr>
    </w:tbl>
    <w:p w14:paraId="5A28C9A7" w14:textId="77777777" w:rsidR="00BB7497" w:rsidRDefault="00BB7497" w:rsidP="00BB7497">
      <w:pPr>
        <w:autoSpaceDE w:val="0"/>
        <w:autoSpaceDN w:val="0"/>
        <w:spacing w:after="0" w:line="14" w:lineRule="exact"/>
      </w:pPr>
    </w:p>
    <w:p w14:paraId="69CCF5D7" w14:textId="77777777" w:rsidR="00BB7497" w:rsidRDefault="00BB7497" w:rsidP="00BB7497">
      <w:pPr>
        <w:sectPr w:rsidR="00BB7497">
          <w:pgSz w:w="16840" w:h="11900"/>
          <w:pgMar w:top="284" w:right="640" w:bottom="352" w:left="666" w:header="720" w:footer="720" w:gutter="0"/>
          <w:cols w:space="720" w:equalWidth="0">
            <w:col w:w="15534" w:space="0"/>
          </w:cols>
          <w:docGrid w:linePitch="360"/>
        </w:sectPr>
      </w:pPr>
    </w:p>
    <w:p w14:paraId="770021B4"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4FB8C2B9"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B19E61B"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6.1.</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0B9D936C" w14:textId="77777777" w:rsidR="00BB7497" w:rsidRPr="00BB7497" w:rsidRDefault="00BB7497" w:rsidP="00BB7497">
            <w:pPr>
              <w:autoSpaceDE w:val="0"/>
              <w:autoSpaceDN w:val="0"/>
              <w:spacing w:before="78" w:after="0" w:line="245" w:lineRule="auto"/>
              <w:ind w:left="72"/>
              <w:rPr>
                <w:lang w:val="ru-RU"/>
              </w:rPr>
            </w:pPr>
            <w:r w:rsidRPr="00BB7497">
              <w:rPr>
                <w:rFonts w:ascii="Times New Roman" w:eastAsia="Times New Roman" w:hAnsi="Times New Roman"/>
                <w:b/>
                <w:color w:val="000000"/>
                <w:w w:val="97"/>
                <w:sz w:val="16"/>
                <w:lang w:val="ru-RU"/>
              </w:rPr>
              <w:t>Произведения В. М. Васнецова, Б. М. Кустодиева, А. М. Васнецова, В. И. Сурикова, К. А. Коровина, А. Г. Венецианова, А. П.</w:t>
            </w:r>
          </w:p>
          <w:p w14:paraId="372D4225" w14:textId="77777777" w:rsidR="00BB7497" w:rsidRPr="00BB7497" w:rsidRDefault="00BB7497" w:rsidP="00BB7497">
            <w:pPr>
              <w:autoSpaceDE w:val="0"/>
              <w:autoSpaceDN w:val="0"/>
              <w:spacing w:before="20" w:after="0" w:line="245" w:lineRule="auto"/>
              <w:ind w:left="72" w:right="144"/>
              <w:rPr>
                <w:lang w:val="ru-RU"/>
              </w:rPr>
            </w:pPr>
            <w:r w:rsidRPr="00BB7497">
              <w:rPr>
                <w:rFonts w:ascii="Times New Roman" w:eastAsia="Times New Roman" w:hAnsi="Times New Roman"/>
                <w:b/>
                <w:color w:val="000000"/>
                <w:w w:val="97"/>
                <w:sz w:val="16"/>
                <w:lang w:val="ru-RU"/>
              </w:rPr>
              <w:t>Рябушкина, И. Я. Билибина на темы истории и традиций русской отечественной культуры.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E4F49D9"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D103D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8C37A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940BE03"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3C674F2" w14:textId="77777777" w:rsidR="00BB7497" w:rsidRPr="00BB7497" w:rsidRDefault="00BB7497" w:rsidP="00BB7497">
            <w:pPr>
              <w:autoSpaceDE w:val="0"/>
              <w:autoSpaceDN w:val="0"/>
              <w:spacing w:before="78" w:after="0" w:line="254" w:lineRule="auto"/>
              <w:ind w:left="72"/>
              <w:rPr>
                <w:lang w:val="ru-RU"/>
              </w:rPr>
            </w:pPr>
            <w:r w:rsidRPr="00BB7497">
              <w:rPr>
                <w:rFonts w:ascii="Times New Roman" w:eastAsia="Times New Roman" w:hAnsi="Times New Roman"/>
                <w:color w:val="000000"/>
                <w:w w:val="97"/>
                <w:sz w:val="16"/>
                <w:lang w:val="ru-RU"/>
              </w:rPr>
              <w:t xml:space="preserve">Воспринимать и обсуждать произведения на темы истории и традиций русской </w:t>
            </w:r>
            <w:r w:rsidRPr="00BB7497">
              <w:rPr>
                <w:lang w:val="ru-RU"/>
              </w:rPr>
              <w:br/>
            </w:r>
            <w:r w:rsidRPr="00BB7497">
              <w:rPr>
                <w:rFonts w:ascii="Times New Roman" w:eastAsia="Times New Roman" w:hAnsi="Times New Roman"/>
                <w:color w:val="000000"/>
                <w:w w:val="97"/>
                <w:sz w:val="16"/>
                <w:lang w:val="ru-RU"/>
              </w:rPr>
              <w:t xml:space="preserve">отечественной культуры: образ русского </w:t>
            </w:r>
            <w:r w:rsidRPr="00BB7497">
              <w:rPr>
                <w:lang w:val="ru-RU"/>
              </w:rPr>
              <w:br/>
            </w:r>
            <w:r w:rsidRPr="00BB7497">
              <w:rPr>
                <w:rFonts w:ascii="Times New Roman" w:eastAsia="Times New Roman" w:hAnsi="Times New Roman"/>
                <w:color w:val="000000"/>
                <w:w w:val="97"/>
                <w:sz w:val="16"/>
                <w:lang w:val="ru-RU"/>
              </w:rPr>
              <w:t xml:space="preserve">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w:t>
            </w:r>
            <w:r w:rsidRPr="00BB7497">
              <w:rPr>
                <w:lang w:val="ru-RU"/>
              </w:rPr>
              <w:br/>
            </w:r>
            <w:r w:rsidRPr="00BB7497">
              <w:rPr>
                <w:rFonts w:ascii="Times New Roman" w:eastAsia="Times New Roman" w:hAnsi="Times New Roman"/>
                <w:color w:val="000000"/>
                <w:w w:val="97"/>
                <w:sz w:val="16"/>
                <w:lang w:val="ru-RU"/>
              </w:rPr>
              <w:t>А. Г. Венецианова, В. И. Сурикова.;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1F814B6C"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E372A1A"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6557064D"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5699B687"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1FC2ADD"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205479D"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3F991805"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F3B4451"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4D85380E" w14:textId="77777777" w:rsidTr="00BB7497">
        <w:trPr>
          <w:trHeight w:hRule="exact" w:val="500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E13113D"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6.2.</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3C894FCA" w14:textId="77777777" w:rsidR="00BB7497" w:rsidRPr="00BB7497" w:rsidRDefault="00BB7497" w:rsidP="00BB7497">
            <w:pPr>
              <w:autoSpaceDE w:val="0"/>
              <w:autoSpaceDN w:val="0"/>
              <w:spacing w:before="78" w:after="0" w:line="247" w:lineRule="auto"/>
              <w:ind w:left="72" w:right="288"/>
              <w:rPr>
                <w:lang w:val="ru-RU"/>
              </w:rPr>
            </w:pPr>
            <w:r w:rsidRPr="00BB7497">
              <w:rPr>
                <w:rFonts w:ascii="Times New Roman" w:eastAsia="Times New Roman" w:hAnsi="Times New Roman"/>
                <w:b/>
                <w:color w:val="000000"/>
                <w:w w:val="97"/>
                <w:sz w:val="16"/>
                <w:lang w:val="ru-RU"/>
              </w:rPr>
              <w:t>Примеры произведений великих европейских художников: Леонардо да Винчи, Рафаэля, Рембрандта, Пикассо (и других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AC6D15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85927E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F5DBA1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9B8DC05"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3DD9997" w14:textId="77777777" w:rsidR="00BB7497" w:rsidRPr="00BB7497" w:rsidRDefault="00BB7497" w:rsidP="00BB7497">
            <w:pPr>
              <w:autoSpaceDE w:val="0"/>
              <w:autoSpaceDN w:val="0"/>
              <w:spacing w:before="78" w:after="0" w:line="254" w:lineRule="auto"/>
              <w:ind w:left="72"/>
              <w:rPr>
                <w:lang w:val="ru-RU"/>
              </w:rPr>
            </w:pPr>
            <w:r w:rsidRPr="00BB7497">
              <w:rPr>
                <w:rFonts w:ascii="Times New Roman" w:eastAsia="Times New Roman" w:hAnsi="Times New Roman"/>
                <w:color w:val="000000"/>
                <w:w w:val="97"/>
                <w:sz w:val="16"/>
                <w:lang w:val="ru-RU"/>
              </w:rPr>
              <w:t xml:space="preserve">Воспринимать и обсуждать произведения на темы истории и традиций русской </w:t>
            </w:r>
            <w:r w:rsidRPr="00BB7497">
              <w:rPr>
                <w:lang w:val="ru-RU"/>
              </w:rPr>
              <w:br/>
            </w:r>
            <w:r w:rsidRPr="00BB7497">
              <w:rPr>
                <w:rFonts w:ascii="Times New Roman" w:eastAsia="Times New Roman" w:hAnsi="Times New Roman"/>
                <w:color w:val="000000"/>
                <w:w w:val="97"/>
                <w:sz w:val="16"/>
                <w:lang w:val="ru-RU"/>
              </w:rPr>
              <w:t xml:space="preserve">отечественной культуры: образ русского </w:t>
            </w:r>
            <w:r w:rsidRPr="00BB7497">
              <w:rPr>
                <w:lang w:val="ru-RU"/>
              </w:rPr>
              <w:br/>
            </w:r>
            <w:r w:rsidRPr="00BB7497">
              <w:rPr>
                <w:rFonts w:ascii="Times New Roman" w:eastAsia="Times New Roman" w:hAnsi="Times New Roman"/>
                <w:color w:val="000000"/>
                <w:w w:val="97"/>
                <w:sz w:val="16"/>
                <w:lang w:val="ru-RU"/>
              </w:rPr>
              <w:t xml:space="preserve">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w:t>
            </w:r>
            <w:r w:rsidRPr="00BB7497">
              <w:rPr>
                <w:lang w:val="ru-RU"/>
              </w:rPr>
              <w:br/>
            </w:r>
            <w:r w:rsidRPr="00BB7497">
              <w:rPr>
                <w:rFonts w:ascii="Times New Roman" w:eastAsia="Times New Roman" w:hAnsi="Times New Roman"/>
                <w:color w:val="000000"/>
                <w:w w:val="97"/>
                <w:sz w:val="16"/>
                <w:lang w:val="ru-RU"/>
              </w:rPr>
              <w:t xml:space="preserve">А. Г. Венецианова, В. И. Сурикова.; </w:t>
            </w:r>
            <w:r w:rsidRPr="00BB7497">
              <w:rPr>
                <w:lang w:val="ru-RU"/>
              </w:rPr>
              <w:br/>
            </w:r>
            <w:r w:rsidRPr="00BB7497">
              <w:rPr>
                <w:rFonts w:ascii="Times New Roman" w:eastAsia="Times New Roman" w:hAnsi="Times New Roman"/>
                <w:color w:val="000000"/>
                <w:w w:val="97"/>
                <w:sz w:val="16"/>
                <w:lang w:val="ru-RU"/>
              </w:rPr>
              <w:t>Пикассо и других (по выбору учителя).;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0759ED4E"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FF18CB3"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10AF6DD2"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3514CD02"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A0996A5"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5CE53EBC"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61A4A9CE"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513392D"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0AC46095" w14:textId="77777777" w:rsidR="00BB7497" w:rsidRPr="00BB7497" w:rsidRDefault="00BB7497" w:rsidP="00BB7497">
      <w:pPr>
        <w:autoSpaceDE w:val="0"/>
        <w:autoSpaceDN w:val="0"/>
        <w:spacing w:after="0" w:line="14" w:lineRule="exact"/>
        <w:rPr>
          <w:lang w:val="ru-RU"/>
        </w:rPr>
      </w:pPr>
    </w:p>
    <w:p w14:paraId="2AB9F265" w14:textId="77777777" w:rsidR="00BB7497" w:rsidRPr="00BB7497" w:rsidRDefault="00BB7497" w:rsidP="00BB7497">
      <w:pPr>
        <w:rPr>
          <w:lang w:val="ru-RU"/>
        </w:rPr>
        <w:sectPr w:rsidR="00BB7497" w:rsidRPr="00BB7497">
          <w:pgSz w:w="16840" w:h="11900"/>
          <w:pgMar w:top="284" w:right="640" w:bottom="670" w:left="666" w:header="720" w:footer="720" w:gutter="0"/>
          <w:cols w:space="720" w:equalWidth="0">
            <w:col w:w="15534" w:space="0"/>
          </w:cols>
          <w:docGrid w:linePitch="360"/>
        </w:sectPr>
      </w:pPr>
    </w:p>
    <w:p w14:paraId="3A94E45C"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07DE59E0" w14:textId="77777777" w:rsidTr="00BB7497">
        <w:trPr>
          <w:trHeight w:hRule="exact" w:val="497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D0964D3"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6.3.</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6C6DF6D3" w14:textId="77777777" w:rsidR="00BB7497" w:rsidRDefault="00BB7497" w:rsidP="00BB7497">
            <w:pPr>
              <w:autoSpaceDE w:val="0"/>
              <w:autoSpaceDN w:val="0"/>
              <w:spacing w:before="78" w:after="0" w:line="252" w:lineRule="auto"/>
              <w:ind w:left="72" w:right="144"/>
            </w:pPr>
            <w:r w:rsidRPr="00BB7497">
              <w:rPr>
                <w:rFonts w:ascii="Times New Roman" w:eastAsia="Times New Roman" w:hAnsi="Times New Roman"/>
                <w:b/>
                <w:color w:val="000000"/>
                <w:w w:val="97"/>
                <w:sz w:val="16"/>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Pr>
                <w:rFonts w:ascii="Times New Roman" w:eastAsia="Times New Roman" w:hAnsi="Times New Roman"/>
                <w:b/>
                <w:color w:val="000000"/>
                <w:w w:val="97"/>
                <w:sz w:val="16"/>
              </w:rPr>
              <w:t>Памятники русского деревянного зодчества. Архитектурный комплекс на острове Кижи.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1A2E66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6CD61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75E8C7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40B118"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9D687D0"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Получать образные представления о каменном древнерусском зодчестве, смотреть </w:t>
            </w:r>
            <w:r w:rsidRPr="00BB7497">
              <w:rPr>
                <w:lang w:val="ru-RU"/>
              </w:rPr>
              <w:br/>
            </w:r>
            <w:r w:rsidRPr="00BB7497">
              <w:rPr>
                <w:rFonts w:ascii="Times New Roman" w:eastAsia="Times New Roman" w:hAnsi="Times New Roman"/>
                <w:color w:val="000000"/>
                <w:w w:val="97"/>
                <w:sz w:val="16"/>
                <w:lang w:val="ru-RU"/>
              </w:rPr>
              <w:t xml:space="preserve">Московский Кремль, Новгородский детинец, Псковский кром, Казанский кремль и др.; </w:t>
            </w:r>
            <w:r w:rsidRPr="00BB7497">
              <w:rPr>
                <w:lang w:val="ru-RU"/>
              </w:rPr>
              <w:br/>
            </w:r>
            <w:r w:rsidRPr="00BB7497">
              <w:rPr>
                <w:rFonts w:ascii="Times New Roman" w:eastAsia="Times New Roman" w:hAnsi="Times New Roman"/>
                <w:color w:val="000000"/>
                <w:w w:val="97"/>
                <w:sz w:val="16"/>
                <w:lang w:val="ru-RU"/>
              </w:rPr>
              <w:t xml:space="preserve">Узнавать, уметь называть и объяснять </w:t>
            </w:r>
            <w:r w:rsidRPr="00BB7497">
              <w:rPr>
                <w:lang w:val="ru-RU"/>
              </w:rPr>
              <w:br/>
            </w:r>
            <w:r w:rsidRPr="00BB7497">
              <w:rPr>
                <w:rFonts w:ascii="Times New Roman" w:eastAsia="Times New Roman" w:hAnsi="Times New Roman"/>
                <w:color w:val="000000"/>
                <w:w w:val="97"/>
                <w:sz w:val="16"/>
                <w:lang w:val="ru-RU"/>
              </w:rPr>
              <w:t>содержание памятника К. Минину и Д.</w:t>
            </w:r>
          </w:p>
          <w:p w14:paraId="262502D8" w14:textId="77777777" w:rsidR="00BB7497" w:rsidRPr="00BB7497" w:rsidRDefault="00BB7497" w:rsidP="00BB7497">
            <w:pPr>
              <w:autoSpaceDE w:val="0"/>
              <w:autoSpaceDN w:val="0"/>
              <w:spacing w:before="20" w:after="0" w:line="250" w:lineRule="auto"/>
              <w:ind w:left="72"/>
              <w:rPr>
                <w:lang w:val="ru-RU"/>
              </w:rPr>
            </w:pPr>
            <w:r w:rsidRPr="00BB7497">
              <w:rPr>
                <w:rFonts w:ascii="Times New Roman" w:eastAsia="Times New Roman" w:hAnsi="Times New Roman"/>
                <w:color w:val="000000"/>
                <w:w w:val="97"/>
                <w:sz w:val="16"/>
                <w:lang w:val="ru-RU"/>
              </w:rPr>
              <w:t xml:space="preserve">Пожарскому скульптора И. П. Мартоса.; </w:t>
            </w:r>
            <w:r w:rsidRPr="00BB7497">
              <w:rPr>
                <w:lang w:val="ru-RU"/>
              </w:rPr>
              <w:br/>
            </w:r>
            <w:r w:rsidRPr="00BB7497">
              <w:rPr>
                <w:rFonts w:ascii="Times New Roman" w:eastAsia="Times New Roman" w:hAnsi="Times New Roman"/>
                <w:color w:val="000000"/>
                <w:w w:val="97"/>
                <w:sz w:val="16"/>
                <w:lang w:val="ru-RU"/>
              </w:rPr>
              <w:t xml:space="preserve">Узнавать соборы Московского Кремля, </w:t>
            </w:r>
            <w:r w:rsidRPr="00BB7497">
              <w:rPr>
                <w:lang w:val="ru-RU"/>
              </w:rPr>
              <w:br/>
            </w:r>
            <w:r w:rsidRPr="00BB7497">
              <w:rPr>
                <w:rFonts w:ascii="Times New Roman" w:eastAsia="Times New Roman" w:hAnsi="Times New Roman"/>
                <w:color w:val="000000"/>
                <w:w w:val="97"/>
                <w:sz w:val="16"/>
                <w:lang w:val="ru-RU"/>
              </w:rPr>
              <w:t>Софийский собор в Великом Новгороде, храм Покрова на Нерли.;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74EAD3FF"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FD3D6AE"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2CDFCF2B"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211B6523"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3303B241"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FDA267B"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5F02FF5E"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110BAC51"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0BFBAAD9" w14:textId="77777777" w:rsidTr="00BB7497">
        <w:trPr>
          <w:trHeight w:hRule="exact" w:val="49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82A8D8F"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6.4.</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385A714" w14:textId="77777777" w:rsidR="00BB7497" w:rsidRPr="00BB7497" w:rsidRDefault="00BB7497" w:rsidP="00BB7497">
            <w:pPr>
              <w:autoSpaceDE w:val="0"/>
              <w:autoSpaceDN w:val="0"/>
              <w:spacing w:before="78" w:after="0" w:line="254" w:lineRule="auto"/>
              <w:ind w:left="72" w:right="144"/>
              <w:rPr>
                <w:lang w:val="ru-RU"/>
              </w:rPr>
            </w:pPr>
            <w:r w:rsidRPr="00BB7497">
              <w:rPr>
                <w:rFonts w:ascii="Times New Roman" w:eastAsia="Times New Roman" w:hAnsi="Times New Roman"/>
                <w:b/>
                <w:color w:val="000000"/>
                <w:w w:val="97"/>
                <w:sz w:val="16"/>
                <w:lang w:val="ru-RU"/>
              </w:rPr>
              <w:t xml:space="preserve">Художественная культура разных эпох и народов. Представления об архитектурных, декоративных и изобразительных </w:t>
            </w:r>
            <w:r w:rsidRPr="00BB7497">
              <w:rPr>
                <w:lang w:val="ru-RU"/>
              </w:rPr>
              <w:br/>
            </w:r>
            <w:r w:rsidRPr="00BB7497">
              <w:rPr>
                <w:rFonts w:ascii="Times New Roman" w:eastAsia="Times New Roman" w:hAnsi="Times New Roman"/>
                <w:b/>
                <w:color w:val="000000"/>
                <w:w w:val="97"/>
                <w:sz w:val="16"/>
                <w:lang w:val="ru-RU"/>
              </w:rPr>
              <w:t>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67751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104EB5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4C57AF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70A3F92"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35C3F1" w14:textId="77777777" w:rsidR="00BB7497" w:rsidRPr="00BB7497" w:rsidRDefault="00BB7497" w:rsidP="00BB7497">
            <w:pPr>
              <w:autoSpaceDE w:val="0"/>
              <w:autoSpaceDN w:val="0"/>
              <w:spacing w:before="78" w:after="0" w:line="254" w:lineRule="auto"/>
              <w:ind w:left="72" w:right="144"/>
              <w:rPr>
                <w:lang w:val="ru-RU"/>
              </w:rPr>
            </w:pPr>
            <w:r w:rsidRPr="00BB7497">
              <w:rPr>
                <w:rFonts w:ascii="Times New Roman" w:eastAsia="Times New Roman" w:hAnsi="Times New Roman"/>
                <w:color w:val="000000"/>
                <w:w w:val="97"/>
                <w:sz w:val="16"/>
                <w:lang w:val="ru-RU"/>
              </w:rPr>
              <w:t xml:space="preserve">Узнавать древнегреческий храм Парфенон, вид древнегреческого Акрополя.; </w:t>
            </w:r>
            <w:r w:rsidRPr="00BB7497">
              <w:rPr>
                <w:lang w:val="ru-RU"/>
              </w:rPr>
              <w:br/>
            </w:r>
            <w:r w:rsidRPr="00BB7497">
              <w:rPr>
                <w:rFonts w:ascii="Times New Roman" w:eastAsia="Times New Roman" w:hAnsi="Times New Roman"/>
                <w:color w:val="000000"/>
                <w:w w:val="97"/>
                <w:sz w:val="16"/>
                <w:lang w:val="ru-RU"/>
              </w:rPr>
              <w:t xml:space="preserve">Узнавать и различать общий вид готических (романских) соборов.; </w:t>
            </w:r>
            <w:r w:rsidRPr="00BB7497">
              <w:rPr>
                <w:lang w:val="ru-RU"/>
              </w:rPr>
              <w:br/>
            </w:r>
            <w:r w:rsidRPr="00BB7497">
              <w:rPr>
                <w:rFonts w:ascii="Times New Roman" w:eastAsia="Times New Roman" w:hAnsi="Times New Roman"/>
                <w:color w:val="000000"/>
                <w:w w:val="97"/>
                <w:sz w:val="16"/>
                <w:lang w:val="ru-RU"/>
              </w:rPr>
              <w:t xml:space="preserve">Получать знания об архитектуре </w:t>
            </w:r>
            <w:r w:rsidRPr="00BB7497">
              <w:rPr>
                <w:lang w:val="ru-RU"/>
              </w:rPr>
              <w:br/>
            </w:r>
            <w:r w:rsidRPr="00BB7497">
              <w:rPr>
                <w:rFonts w:ascii="Times New Roman" w:eastAsia="Times New Roman" w:hAnsi="Times New Roman"/>
                <w:color w:val="000000"/>
                <w:w w:val="97"/>
                <w:sz w:val="16"/>
                <w:lang w:val="ru-RU"/>
              </w:rPr>
              <w:t xml:space="preserve">мусульманских мечетей.; </w:t>
            </w:r>
            <w:r w:rsidRPr="00BB7497">
              <w:rPr>
                <w:lang w:val="ru-RU"/>
              </w:rPr>
              <w:br/>
            </w:r>
            <w:r w:rsidRPr="00BB7497">
              <w:rPr>
                <w:rFonts w:ascii="Times New Roman" w:eastAsia="Times New Roman" w:hAnsi="Times New Roman"/>
                <w:color w:val="000000"/>
                <w:w w:val="97"/>
                <w:sz w:val="16"/>
                <w:lang w:val="ru-RU"/>
              </w:rPr>
              <w:t xml:space="preserve">Получать представления об архитектурном своеобразии буддийских пагод.; </w:t>
            </w:r>
            <w:r w:rsidRPr="00BB7497">
              <w:rPr>
                <w:lang w:val="ru-RU"/>
              </w:rPr>
              <w:br/>
            </w:r>
            <w:r w:rsidRPr="00BB7497">
              <w:rPr>
                <w:rFonts w:ascii="Times New Roman" w:eastAsia="Times New Roman" w:hAnsi="Times New Roman"/>
                <w:color w:val="000000"/>
                <w:w w:val="97"/>
                <w:sz w:val="16"/>
                <w:lang w:val="ru-RU"/>
              </w:rPr>
              <w:t>Уметь рассуждать о разнообразии, красоте и значимости пространственной культуры разных народов.;</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2CAAD0CA"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0189FDD"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3BB9A9E4"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5CB76A0A"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036BF626"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5FCED496"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1CBE74F5"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51999526"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50D60AB7" w14:textId="77777777" w:rsidR="00BB7497" w:rsidRPr="00BB7497" w:rsidRDefault="00BB7497" w:rsidP="00BB7497">
      <w:pPr>
        <w:autoSpaceDE w:val="0"/>
        <w:autoSpaceDN w:val="0"/>
        <w:spacing w:after="0" w:line="14" w:lineRule="exact"/>
        <w:rPr>
          <w:lang w:val="ru-RU"/>
        </w:rPr>
      </w:pPr>
    </w:p>
    <w:p w14:paraId="3E65FE0D" w14:textId="77777777" w:rsidR="00BB7497" w:rsidRPr="00BB7497" w:rsidRDefault="00BB7497" w:rsidP="00BB7497">
      <w:pPr>
        <w:rPr>
          <w:lang w:val="ru-RU"/>
        </w:rPr>
        <w:sectPr w:rsidR="00BB7497" w:rsidRPr="00BB7497">
          <w:pgSz w:w="16840" w:h="11900"/>
          <w:pgMar w:top="284" w:right="640" w:bottom="694" w:left="666" w:header="720" w:footer="720" w:gutter="0"/>
          <w:cols w:space="720" w:equalWidth="0">
            <w:col w:w="15534" w:space="0"/>
          </w:cols>
          <w:docGrid w:linePitch="360"/>
        </w:sectPr>
      </w:pPr>
    </w:p>
    <w:p w14:paraId="69CFFDF4"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3F28B297"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B4E738C"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6.5.</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3BB3B001" w14:textId="77777777" w:rsidR="00BB7497" w:rsidRPr="00BB7497" w:rsidRDefault="00BB7497" w:rsidP="00BB7497">
            <w:pPr>
              <w:autoSpaceDE w:val="0"/>
              <w:autoSpaceDN w:val="0"/>
              <w:spacing w:before="78" w:after="0" w:line="252" w:lineRule="auto"/>
              <w:ind w:left="72" w:right="144"/>
              <w:rPr>
                <w:lang w:val="ru-RU"/>
              </w:rPr>
            </w:pPr>
            <w:r w:rsidRPr="00BB7497">
              <w:rPr>
                <w:rFonts w:ascii="Times New Roman" w:eastAsia="Times New Roman" w:hAnsi="Times New Roman"/>
                <w:b/>
                <w:color w:val="000000"/>
                <w:w w:val="97"/>
                <w:sz w:val="16"/>
                <w:lang w:val="ru-RU"/>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773F0C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5E9CB8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31D8F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45DCDFB"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DB3E3E2"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Узнавать основные памятники наиболее </w:t>
            </w:r>
            <w:r w:rsidRPr="00BB7497">
              <w:rPr>
                <w:lang w:val="ru-RU"/>
              </w:rPr>
              <w:br/>
            </w:r>
            <w:r w:rsidRPr="00BB7497">
              <w:rPr>
                <w:rFonts w:ascii="Times New Roman" w:eastAsia="Times New Roman" w:hAnsi="Times New Roman"/>
                <w:color w:val="000000"/>
                <w:w w:val="97"/>
                <w:sz w:val="16"/>
                <w:lang w:val="ru-RU"/>
              </w:rPr>
              <w:t xml:space="preserve">значимых мемориальных ансамблей и уметь объяснять их особое значение в жизни людей.; Узнавать о правилах поведения при </w:t>
            </w:r>
            <w:r w:rsidRPr="00BB7497">
              <w:rPr>
                <w:lang w:val="ru-RU"/>
              </w:rPr>
              <w:br/>
            </w:r>
            <w:r w:rsidRPr="00BB7497">
              <w:rPr>
                <w:rFonts w:ascii="Times New Roman" w:eastAsia="Times New Roman" w:hAnsi="Times New Roman"/>
                <w:color w:val="000000"/>
                <w:w w:val="97"/>
                <w:sz w:val="16"/>
                <w:lang w:val="ru-RU"/>
              </w:rPr>
              <w:t>посещении мемориальных памятников;</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593A3CCD"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A3B6D4D"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44DCDADF"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7C563D1"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A933BB8"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1D66BFD0"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09D94A5C"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0065CF2"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14:paraId="4CE3EC5E" w14:textId="77777777" w:rsidTr="00BB7497">
        <w:trPr>
          <w:trHeight w:hRule="exact" w:val="348"/>
        </w:trPr>
        <w:tc>
          <w:tcPr>
            <w:tcW w:w="53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7581C4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6</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A42A0D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5</w:t>
            </w:r>
          </w:p>
        </w:tc>
        <w:tc>
          <w:tcPr>
            <w:tcW w:w="960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592072E0" w14:textId="77777777" w:rsidR="00BB7497" w:rsidRDefault="00BB7497" w:rsidP="00BB7497"/>
        </w:tc>
      </w:tr>
      <w:tr w:rsidR="00BB7497" w14:paraId="2B276046" w14:textId="77777777" w:rsidTr="00BB7497">
        <w:trPr>
          <w:trHeight w:hRule="exact" w:val="33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EEFA8B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 xml:space="preserve">Модуль 7. </w:t>
            </w:r>
            <w:r>
              <w:rPr>
                <w:rFonts w:ascii="Times New Roman" w:eastAsia="Times New Roman" w:hAnsi="Times New Roman"/>
                <w:b/>
                <w:color w:val="000000"/>
                <w:w w:val="97"/>
                <w:sz w:val="16"/>
              </w:rPr>
              <w:t>Азбука цифровой графики</w:t>
            </w:r>
          </w:p>
        </w:tc>
      </w:tr>
    </w:tbl>
    <w:p w14:paraId="20A52C55" w14:textId="77777777" w:rsidR="00BB7497" w:rsidRDefault="00BB7497" w:rsidP="00BB7497">
      <w:pPr>
        <w:autoSpaceDE w:val="0"/>
        <w:autoSpaceDN w:val="0"/>
        <w:spacing w:after="0" w:line="14" w:lineRule="exact"/>
      </w:pPr>
    </w:p>
    <w:p w14:paraId="7BA2769E" w14:textId="77777777" w:rsidR="00BB7497" w:rsidRDefault="00BB7497" w:rsidP="00BB7497">
      <w:pPr>
        <w:sectPr w:rsidR="00BB7497">
          <w:pgSz w:w="16840" w:h="11900"/>
          <w:pgMar w:top="284" w:right="640" w:bottom="1440" w:left="666" w:header="720" w:footer="720" w:gutter="0"/>
          <w:cols w:space="720" w:equalWidth="0">
            <w:col w:w="15534" w:space="0"/>
          </w:cols>
          <w:docGrid w:linePitch="360"/>
        </w:sectPr>
      </w:pPr>
    </w:p>
    <w:p w14:paraId="22AD7F04" w14:textId="77777777" w:rsidR="00BB7497" w:rsidRDefault="00BB7497" w:rsidP="00BB749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426D9A25" w14:textId="77777777" w:rsidTr="00BB7497">
        <w:trPr>
          <w:trHeight w:hRule="exact" w:val="51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4EE7A6A"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7.1.</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7BDB3D06" w14:textId="77777777" w:rsidR="00BB7497" w:rsidRPr="00BB7497" w:rsidRDefault="00BB7497" w:rsidP="00BB7497">
            <w:pPr>
              <w:autoSpaceDE w:val="0"/>
              <w:autoSpaceDN w:val="0"/>
              <w:spacing w:before="78" w:after="0" w:line="250" w:lineRule="auto"/>
              <w:ind w:left="72" w:right="288"/>
              <w:rPr>
                <w:lang w:val="ru-RU"/>
              </w:rPr>
            </w:pPr>
            <w:r w:rsidRPr="00BB7497">
              <w:rPr>
                <w:rFonts w:ascii="Times New Roman" w:eastAsia="Times New Roman" w:hAnsi="Times New Roman"/>
                <w:b/>
                <w:color w:val="000000"/>
                <w:w w:val="97"/>
                <w:sz w:val="16"/>
                <w:lang w:val="ru-RU"/>
              </w:rPr>
              <w:t xml:space="preserve">Изображение и освоение в программе </w:t>
            </w:r>
            <w:r>
              <w:rPr>
                <w:rFonts w:ascii="Times New Roman" w:eastAsia="Times New Roman" w:hAnsi="Times New Roman"/>
                <w:b/>
                <w:color w:val="000000"/>
                <w:w w:val="97"/>
                <w:sz w:val="16"/>
              </w:rPr>
              <w:t>Paint</w:t>
            </w:r>
            <w:r w:rsidRPr="00BB7497">
              <w:rPr>
                <w:rFonts w:ascii="Times New Roman" w:eastAsia="Times New Roman" w:hAnsi="Times New Roman"/>
                <w:b/>
                <w:color w:val="000000"/>
                <w:w w:val="97"/>
                <w:sz w:val="16"/>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4C10D9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32F77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4BED5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6DBFD8A"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09A6B0F" w14:textId="77777777" w:rsidR="00BB7497" w:rsidRPr="00BB7497" w:rsidRDefault="00BB7497" w:rsidP="00BB7497">
            <w:pPr>
              <w:autoSpaceDE w:val="0"/>
              <w:autoSpaceDN w:val="0"/>
              <w:spacing w:before="78" w:after="0" w:line="250" w:lineRule="auto"/>
              <w:ind w:left="72" w:right="288"/>
              <w:rPr>
                <w:lang w:val="ru-RU"/>
              </w:rPr>
            </w:pPr>
            <w:r w:rsidRPr="00BB7497">
              <w:rPr>
                <w:rFonts w:ascii="Times New Roman" w:eastAsia="Times New Roman" w:hAnsi="Times New Roman"/>
                <w:color w:val="000000"/>
                <w:w w:val="97"/>
                <w:sz w:val="16"/>
                <w:lang w:val="ru-RU"/>
              </w:rPr>
              <w:t xml:space="preserve">Осваивать правила линейной и воздушной перспективы с помощью графических </w:t>
            </w:r>
            <w:r w:rsidRPr="00BB7497">
              <w:rPr>
                <w:lang w:val="ru-RU"/>
              </w:rPr>
              <w:br/>
            </w:r>
            <w:r w:rsidRPr="00BB7497">
              <w:rPr>
                <w:rFonts w:ascii="Times New Roman" w:eastAsia="Times New Roman" w:hAnsi="Times New Roman"/>
                <w:color w:val="000000"/>
                <w:w w:val="97"/>
                <w:sz w:val="16"/>
                <w:lang w:val="ru-RU"/>
              </w:rPr>
              <w:t xml:space="preserve">изображений и их варьирования в </w:t>
            </w:r>
            <w:r w:rsidRPr="00BB7497">
              <w:rPr>
                <w:lang w:val="ru-RU"/>
              </w:rPr>
              <w:br/>
            </w:r>
            <w:r w:rsidRPr="00BB7497">
              <w:rPr>
                <w:rFonts w:ascii="Times New Roman" w:eastAsia="Times New Roman" w:hAnsi="Times New Roman"/>
                <w:color w:val="000000"/>
                <w:w w:val="97"/>
                <w:sz w:val="16"/>
                <w:lang w:val="ru-RU"/>
              </w:rPr>
              <w:t xml:space="preserve">компьютерной программе </w:t>
            </w:r>
            <w:r>
              <w:rPr>
                <w:rFonts w:ascii="Times New Roman" w:eastAsia="Times New Roman" w:hAnsi="Times New Roman"/>
                <w:color w:val="000000"/>
                <w:w w:val="97"/>
                <w:sz w:val="16"/>
              </w:rPr>
              <w:t>Paint</w:t>
            </w:r>
            <w:r w:rsidRPr="00BB7497">
              <w:rPr>
                <w:rFonts w:ascii="Times New Roman" w:eastAsia="Times New Roman" w:hAnsi="Times New Roman"/>
                <w:color w:val="000000"/>
                <w:w w:val="97"/>
                <w:sz w:val="16"/>
                <w:lang w:val="ru-RU"/>
              </w:rPr>
              <w:t>.;</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F09BC59"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38B6804"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462243E9"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2B940F32"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A17CAED"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2DD0D72A"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3FDB43C5"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59C3AA6A"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1D1B8C6F" w14:textId="77777777" w:rsidTr="00BB7497">
        <w:trPr>
          <w:trHeight w:hRule="exact" w:val="49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BF5E07"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7.2.</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2586EB31"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b/>
                <w:color w:val="000000"/>
                <w:w w:val="97"/>
                <w:sz w:val="16"/>
                <w:lang w:val="ru-RU"/>
              </w:rPr>
              <w:t xml:space="preserve">Моделирование в графическом редакторе с помощью </w:t>
            </w:r>
            <w:r w:rsidRPr="00BB7497">
              <w:rPr>
                <w:lang w:val="ru-RU"/>
              </w:rPr>
              <w:br/>
            </w:r>
            <w:r w:rsidRPr="00BB7497">
              <w:rPr>
                <w:rFonts w:ascii="Times New Roman" w:eastAsia="Times New Roman" w:hAnsi="Times New Roman"/>
                <w:b/>
                <w:color w:val="000000"/>
                <w:w w:val="97"/>
                <w:sz w:val="16"/>
                <w:lang w:val="ru-RU"/>
              </w:rPr>
              <w:t xml:space="preserve">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w:t>
            </w:r>
            <w:r w:rsidRPr="00BB7497">
              <w:rPr>
                <w:lang w:val="ru-RU"/>
              </w:rPr>
              <w:br/>
            </w:r>
            <w:r w:rsidRPr="00BB7497">
              <w:rPr>
                <w:rFonts w:ascii="Times New Roman" w:eastAsia="Times New Roman" w:hAnsi="Times New Roman"/>
                <w:b/>
                <w:color w:val="000000"/>
                <w:w w:val="97"/>
                <w:sz w:val="16"/>
                <w:lang w:val="ru-RU"/>
              </w:rPr>
              <w:t>традиционных жилищ разных народов (юрта, каркасный дом и др., в том числе с учётом местных традиций).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3F97691"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446794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EA6B7F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CED24AC"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A4CA6D" w14:textId="77777777" w:rsidR="00BB7497" w:rsidRPr="00BB7497" w:rsidRDefault="00BB7497" w:rsidP="00BB7497">
            <w:pPr>
              <w:autoSpaceDE w:val="0"/>
              <w:autoSpaceDN w:val="0"/>
              <w:spacing w:before="78" w:after="0" w:line="254" w:lineRule="auto"/>
              <w:ind w:left="72"/>
              <w:rPr>
                <w:lang w:val="ru-RU"/>
              </w:rPr>
            </w:pPr>
            <w:r w:rsidRPr="00BB7497">
              <w:rPr>
                <w:rFonts w:ascii="Times New Roman" w:eastAsia="Times New Roman" w:hAnsi="Times New Roman"/>
                <w:color w:val="000000"/>
                <w:w w:val="97"/>
                <w:sz w:val="16"/>
                <w:lang w:val="ru-RU"/>
              </w:rPr>
              <w:t xml:space="preserve">Осваивать знания о конструкции крестьянской деревянной избы и её разных видах, </w:t>
            </w:r>
            <w:r w:rsidRPr="00BB7497">
              <w:rPr>
                <w:lang w:val="ru-RU"/>
              </w:rPr>
              <w:br/>
            </w:r>
            <w:r w:rsidRPr="00BB7497">
              <w:rPr>
                <w:rFonts w:ascii="Times New Roman" w:eastAsia="Times New Roman" w:hAnsi="Times New Roman"/>
                <w:color w:val="000000"/>
                <w:w w:val="97"/>
                <w:sz w:val="16"/>
                <w:lang w:val="ru-RU"/>
              </w:rPr>
              <w:t xml:space="preserve">моделируя строение избы в графическом </w:t>
            </w:r>
            <w:r w:rsidRPr="00BB7497">
              <w:rPr>
                <w:lang w:val="ru-RU"/>
              </w:rPr>
              <w:br/>
            </w:r>
            <w:r w:rsidRPr="00BB7497">
              <w:rPr>
                <w:rFonts w:ascii="Times New Roman" w:eastAsia="Times New Roman" w:hAnsi="Times New Roman"/>
                <w:color w:val="000000"/>
                <w:w w:val="97"/>
                <w:sz w:val="16"/>
                <w:lang w:val="ru-RU"/>
              </w:rPr>
              <w:t xml:space="preserve">редакторе с помощью инструментов </w:t>
            </w:r>
            <w:r w:rsidRPr="00BB7497">
              <w:rPr>
                <w:lang w:val="ru-RU"/>
              </w:rPr>
              <w:br/>
            </w:r>
            <w:r w:rsidRPr="00BB7497">
              <w:rPr>
                <w:rFonts w:ascii="Times New Roman" w:eastAsia="Times New Roman" w:hAnsi="Times New Roman"/>
                <w:color w:val="000000"/>
                <w:w w:val="97"/>
                <w:sz w:val="16"/>
                <w:lang w:val="ru-RU"/>
              </w:rPr>
              <w:t xml:space="preserve">геометрических фигур.; </w:t>
            </w:r>
            <w:r w:rsidRPr="00BB7497">
              <w:rPr>
                <w:lang w:val="ru-RU"/>
              </w:rPr>
              <w:br/>
            </w:r>
            <w:r w:rsidRPr="00BB7497">
              <w:rPr>
                <w:rFonts w:ascii="Times New Roman" w:eastAsia="Times New Roman" w:hAnsi="Times New Roman"/>
                <w:color w:val="000000"/>
                <w:w w:val="97"/>
                <w:sz w:val="16"/>
                <w:lang w:val="ru-RU"/>
              </w:rPr>
              <w:t xml:space="preserve">Использовать поисковую систему для </w:t>
            </w:r>
            <w:r w:rsidRPr="00BB7497">
              <w:rPr>
                <w:lang w:val="ru-RU"/>
              </w:rPr>
              <w:br/>
            </w:r>
            <w:r w:rsidRPr="00BB7497">
              <w:rPr>
                <w:rFonts w:ascii="Times New Roman" w:eastAsia="Times New Roman" w:hAnsi="Times New Roman"/>
                <w:color w:val="000000"/>
                <w:w w:val="97"/>
                <w:sz w:val="16"/>
                <w:lang w:val="ru-RU"/>
              </w:rPr>
              <w:t xml:space="preserve">знакомства с разными видами избы и её </w:t>
            </w:r>
            <w:r w:rsidRPr="00BB7497">
              <w:rPr>
                <w:lang w:val="ru-RU"/>
              </w:rPr>
              <w:br/>
            </w:r>
            <w:r w:rsidRPr="00BB7497">
              <w:rPr>
                <w:rFonts w:ascii="Times New Roman" w:eastAsia="Times New Roman" w:hAnsi="Times New Roman"/>
                <w:color w:val="000000"/>
                <w:w w:val="97"/>
                <w:sz w:val="16"/>
                <w:lang w:val="ru-RU"/>
              </w:rPr>
              <w:t xml:space="preserve">украшений.; </w:t>
            </w:r>
            <w:r w:rsidRPr="00BB7497">
              <w:rPr>
                <w:lang w:val="ru-RU"/>
              </w:rPr>
              <w:br/>
            </w:r>
            <w:r w:rsidRPr="00BB7497">
              <w:rPr>
                <w:rFonts w:ascii="Times New Roman" w:eastAsia="Times New Roman" w:hAnsi="Times New Roman"/>
                <w:color w:val="000000"/>
                <w:w w:val="97"/>
                <w:sz w:val="16"/>
                <w:lang w:val="ru-RU"/>
              </w:rPr>
              <w:t xml:space="preserve">Осваивать строение юрты, моделируя её </w:t>
            </w:r>
            <w:r w:rsidRPr="00BB7497">
              <w:rPr>
                <w:lang w:val="ru-RU"/>
              </w:rPr>
              <w:br/>
            </w:r>
            <w:r w:rsidRPr="00BB7497">
              <w:rPr>
                <w:rFonts w:ascii="Times New Roman" w:eastAsia="Times New Roman" w:hAnsi="Times New Roman"/>
                <w:color w:val="000000"/>
                <w:w w:val="97"/>
                <w:sz w:val="16"/>
                <w:lang w:val="ru-RU"/>
              </w:rPr>
              <w:t xml:space="preserve">конструкцию в графическом редакторе с </w:t>
            </w:r>
            <w:r w:rsidRPr="00BB7497">
              <w:rPr>
                <w:lang w:val="ru-RU"/>
              </w:rPr>
              <w:br/>
            </w:r>
            <w:r w:rsidRPr="00BB7497">
              <w:rPr>
                <w:rFonts w:ascii="Times New Roman" w:eastAsia="Times New Roman" w:hAnsi="Times New Roman"/>
                <w:color w:val="000000"/>
                <w:w w:val="97"/>
                <w:sz w:val="16"/>
                <w:lang w:val="ru-RU"/>
              </w:rPr>
              <w:t xml:space="preserve">помощью инструментов геометрических </w:t>
            </w:r>
            <w:r w:rsidRPr="00BB7497">
              <w:rPr>
                <w:lang w:val="ru-RU"/>
              </w:rPr>
              <w:br/>
            </w:r>
            <w:r w:rsidRPr="00BB7497">
              <w:rPr>
                <w:rFonts w:ascii="Times New Roman" w:eastAsia="Times New Roman" w:hAnsi="Times New Roman"/>
                <w:color w:val="000000"/>
                <w:w w:val="97"/>
                <w:sz w:val="16"/>
                <w:lang w:val="ru-RU"/>
              </w:rPr>
              <w:t xml:space="preserve">фигур.; </w:t>
            </w:r>
            <w:r w:rsidRPr="00BB7497">
              <w:rPr>
                <w:lang w:val="ru-RU"/>
              </w:rPr>
              <w:br/>
            </w:r>
            <w:r w:rsidRPr="00BB7497">
              <w:rPr>
                <w:rFonts w:ascii="Times New Roman" w:eastAsia="Times New Roman" w:hAnsi="Times New Roman"/>
                <w:color w:val="000000"/>
                <w:w w:val="97"/>
                <w:sz w:val="16"/>
                <w:lang w:val="ru-RU"/>
              </w:rPr>
              <w:t>Находить в поисковой системе разнообразные модели юрты, её украшения, внешний вид и внутренний уклад жилища.;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0CF69FAD" w14:textId="77777777" w:rsidR="00BB7497" w:rsidRDefault="00BB7497" w:rsidP="00BB7497">
            <w:pPr>
              <w:autoSpaceDE w:val="0"/>
              <w:autoSpaceDN w:val="0"/>
              <w:spacing w:before="78" w:after="0" w:line="250"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C586EC9"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179F050A"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4A911963"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3B87D31E"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4BAEBCE"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71F529BB"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654EDA5A"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44E73AB7" w14:textId="77777777" w:rsidR="00BB7497" w:rsidRPr="00BB7497" w:rsidRDefault="00BB7497" w:rsidP="00BB7497">
      <w:pPr>
        <w:autoSpaceDE w:val="0"/>
        <w:autoSpaceDN w:val="0"/>
        <w:spacing w:after="0" w:line="14" w:lineRule="exact"/>
        <w:rPr>
          <w:lang w:val="ru-RU"/>
        </w:rPr>
      </w:pPr>
    </w:p>
    <w:p w14:paraId="75C467C0" w14:textId="77777777" w:rsidR="00BB7497" w:rsidRPr="00BB7497" w:rsidRDefault="00BB7497" w:rsidP="00BB7497">
      <w:pPr>
        <w:rPr>
          <w:lang w:val="ru-RU"/>
        </w:rPr>
        <w:sectPr w:rsidR="00BB7497" w:rsidRPr="00BB7497">
          <w:pgSz w:w="16840" w:h="11900"/>
          <w:pgMar w:top="284" w:right="640" w:bottom="616" w:left="666" w:header="720" w:footer="720" w:gutter="0"/>
          <w:cols w:space="720" w:equalWidth="0">
            <w:col w:w="15534" w:space="0"/>
          </w:cols>
          <w:docGrid w:linePitch="360"/>
        </w:sectPr>
      </w:pPr>
    </w:p>
    <w:p w14:paraId="0ACD38D3"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63E3DC06"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E09A4BB"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7.3.</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3018EF9" w14:textId="77777777" w:rsidR="00BB7497" w:rsidRPr="00BB7497" w:rsidRDefault="00BB7497" w:rsidP="00BB7497">
            <w:pPr>
              <w:autoSpaceDE w:val="0"/>
              <w:autoSpaceDN w:val="0"/>
              <w:spacing w:before="78" w:after="0" w:line="250" w:lineRule="auto"/>
              <w:ind w:left="72" w:right="432"/>
              <w:rPr>
                <w:lang w:val="ru-RU"/>
              </w:rPr>
            </w:pPr>
            <w:r w:rsidRPr="00BB7497">
              <w:rPr>
                <w:rFonts w:ascii="Times New Roman" w:eastAsia="Times New Roman" w:hAnsi="Times New Roman"/>
                <w:b/>
                <w:color w:val="000000"/>
                <w:w w:val="97"/>
                <w:sz w:val="16"/>
                <w:lang w:val="ru-RU"/>
              </w:rPr>
              <w:t xml:space="preserve">Моделирование в графическом редакторе с помощью </w:t>
            </w:r>
            <w:r w:rsidRPr="00BB7497">
              <w:rPr>
                <w:lang w:val="ru-RU"/>
              </w:rPr>
              <w:br/>
            </w:r>
            <w:r w:rsidRPr="00BB7497">
              <w:rPr>
                <w:rFonts w:ascii="Times New Roman" w:eastAsia="Times New Roman" w:hAnsi="Times New Roman"/>
                <w:b/>
                <w:color w:val="000000"/>
                <w:w w:val="97"/>
                <w:sz w:val="16"/>
                <w:lang w:val="ru-RU"/>
              </w:rPr>
              <w:t>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DD6B5C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1098763"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9BBC00"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2884070"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01CECDE" w14:textId="77777777" w:rsidR="00BB7497" w:rsidRPr="00BB7497" w:rsidRDefault="00BB7497" w:rsidP="00BB7497">
            <w:pPr>
              <w:autoSpaceDE w:val="0"/>
              <w:autoSpaceDN w:val="0"/>
              <w:spacing w:before="78" w:after="0" w:line="252" w:lineRule="auto"/>
              <w:ind w:left="72" w:right="288"/>
              <w:rPr>
                <w:lang w:val="ru-RU"/>
              </w:rPr>
            </w:pPr>
            <w:r w:rsidRPr="00BB7497">
              <w:rPr>
                <w:rFonts w:ascii="Times New Roman" w:eastAsia="Times New Roman" w:hAnsi="Times New Roman"/>
                <w:color w:val="000000"/>
                <w:w w:val="97"/>
                <w:sz w:val="16"/>
                <w:lang w:val="ru-RU"/>
              </w:rPr>
              <w:t xml:space="preserve">Осваивать моделирование с помощью </w:t>
            </w:r>
            <w:r w:rsidRPr="00BB7497">
              <w:rPr>
                <w:lang w:val="ru-RU"/>
              </w:rPr>
              <w:br/>
            </w:r>
            <w:r w:rsidRPr="00BB7497">
              <w:rPr>
                <w:rFonts w:ascii="Times New Roman" w:eastAsia="Times New Roman" w:hAnsi="Times New Roman"/>
                <w:color w:val="000000"/>
                <w:w w:val="97"/>
                <w:sz w:val="16"/>
                <w:lang w:val="ru-RU"/>
              </w:rPr>
              <w:t xml:space="preserve">инструментов графического редактора, копирования и трансформации </w:t>
            </w:r>
            <w:r w:rsidRPr="00BB7497">
              <w:rPr>
                <w:lang w:val="ru-RU"/>
              </w:rPr>
              <w:br/>
            </w:r>
            <w:r w:rsidRPr="00BB7497">
              <w:rPr>
                <w:rFonts w:ascii="Times New Roman" w:eastAsia="Times New Roman" w:hAnsi="Times New Roman"/>
                <w:color w:val="000000"/>
                <w:w w:val="97"/>
                <w:sz w:val="16"/>
                <w:lang w:val="ru-RU"/>
              </w:rPr>
              <w:t>геометрических фигур строения храмовых зданий разных культур.;</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00B7D4DF"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76E28C9"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481F5C38"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7621B455"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06101D44"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333F5AE6"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208EEEF1"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26714EAC"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2F6B4CF2" w14:textId="77777777" w:rsidTr="00BB7497">
        <w:trPr>
          <w:trHeight w:hRule="exact" w:val="509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77CAD38"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7.4.</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450E0B6B" w14:textId="77777777" w:rsidR="00BB7497" w:rsidRDefault="00BB7497" w:rsidP="00BB7497">
            <w:pPr>
              <w:autoSpaceDE w:val="0"/>
              <w:autoSpaceDN w:val="0"/>
              <w:spacing w:before="78" w:after="0" w:line="252" w:lineRule="auto"/>
              <w:ind w:left="72" w:right="144"/>
            </w:pPr>
            <w:r w:rsidRPr="00BB7497">
              <w:rPr>
                <w:rFonts w:ascii="Times New Roman" w:eastAsia="Times New Roman" w:hAnsi="Times New Roman"/>
                <w:b/>
                <w:color w:val="000000"/>
                <w:w w:val="97"/>
                <w:sz w:val="16"/>
                <w:lang w:val="ru-RU"/>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Pr>
                <w:rFonts w:ascii="Times New Roman" w:eastAsia="Times New Roman" w:hAnsi="Times New Roman"/>
                <w:b/>
                <w:color w:val="000000"/>
                <w:w w:val="97"/>
                <w:sz w:val="16"/>
              </w:rPr>
              <w:t xml:space="preserve">Создание анимации схематического движения человека (при соответствующих </w:t>
            </w:r>
            <w:r>
              <w:br/>
            </w:r>
            <w:r>
              <w:rPr>
                <w:rFonts w:ascii="Times New Roman" w:eastAsia="Times New Roman" w:hAnsi="Times New Roman"/>
                <w:b/>
                <w:color w:val="000000"/>
                <w:w w:val="97"/>
                <w:sz w:val="16"/>
              </w:rPr>
              <w:t>технических условиях).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6D8EC0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E482F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B8037AE"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0E51024"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EA8E75A" w14:textId="77777777" w:rsidR="00BB7497" w:rsidRPr="00BB7497" w:rsidRDefault="00BB7497" w:rsidP="00BB7497">
            <w:pPr>
              <w:autoSpaceDE w:val="0"/>
              <w:autoSpaceDN w:val="0"/>
              <w:spacing w:before="78" w:after="0" w:line="254" w:lineRule="auto"/>
              <w:ind w:left="72" w:right="288"/>
              <w:rPr>
                <w:lang w:val="ru-RU"/>
              </w:rPr>
            </w:pPr>
            <w:r w:rsidRPr="00BB7497">
              <w:rPr>
                <w:rFonts w:ascii="Times New Roman" w:eastAsia="Times New Roman" w:hAnsi="Times New Roman"/>
                <w:color w:val="000000"/>
                <w:w w:val="97"/>
                <w:sz w:val="16"/>
                <w:lang w:val="ru-RU"/>
              </w:rPr>
              <w:t xml:space="preserve">Осваивать строение фигуры человека и её пропорции с помощью инструментов </w:t>
            </w:r>
            <w:r w:rsidRPr="00BB7497">
              <w:rPr>
                <w:lang w:val="ru-RU"/>
              </w:rPr>
              <w:br/>
            </w:r>
            <w:r w:rsidRPr="00BB7497">
              <w:rPr>
                <w:rFonts w:ascii="Times New Roman" w:eastAsia="Times New Roman" w:hAnsi="Times New Roman"/>
                <w:color w:val="000000"/>
                <w:w w:val="97"/>
                <w:sz w:val="16"/>
                <w:lang w:val="ru-RU"/>
              </w:rPr>
              <w:t xml:space="preserve">графического редактора (фигура человека строится из геометрических фигур или с помощью только линий, исследуются </w:t>
            </w:r>
            <w:r w:rsidRPr="00BB7497">
              <w:rPr>
                <w:lang w:val="ru-RU"/>
              </w:rPr>
              <w:br/>
            </w:r>
            <w:r w:rsidRPr="00BB7497">
              <w:rPr>
                <w:rFonts w:ascii="Times New Roman" w:eastAsia="Times New Roman" w:hAnsi="Times New Roman"/>
                <w:color w:val="000000"/>
                <w:w w:val="97"/>
                <w:sz w:val="16"/>
                <w:lang w:val="ru-RU"/>
              </w:rPr>
              <w:t>пропорции частей и способы движения фигуры человека при ходьбе и беге).;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60C06354"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4FAF67A7"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17285F37"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2D989E4"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6E8B9930"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C80AA77"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6F189AE0"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1DFA8920"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42739BDB" w14:textId="77777777" w:rsidR="00BB7497" w:rsidRPr="00BB7497" w:rsidRDefault="00BB7497" w:rsidP="00BB7497">
      <w:pPr>
        <w:autoSpaceDE w:val="0"/>
        <w:autoSpaceDN w:val="0"/>
        <w:spacing w:after="0" w:line="14" w:lineRule="exact"/>
        <w:rPr>
          <w:lang w:val="ru-RU"/>
        </w:rPr>
      </w:pPr>
    </w:p>
    <w:p w14:paraId="682F0662" w14:textId="77777777" w:rsidR="00BB7497" w:rsidRPr="00BB7497" w:rsidRDefault="00BB7497" w:rsidP="00BB7497">
      <w:pPr>
        <w:rPr>
          <w:lang w:val="ru-RU"/>
        </w:rPr>
        <w:sectPr w:rsidR="00BB7497" w:rsidRPr="00BB7497">
          <w:pgSz w:w="16840" w:h="11900"/>
          <w:pgMar w:top="284" w:right="640" w:bottom="622" w:left="666" w:header="720" w:footer="720" w:gutter="0"/>
          <w:cols w:space="720" w:equalWidth="0">
            <w:col w:w="15534" w:space="0"/>
          </w:cols>
          <w:docGrid w:linePitch="360"/>
        </w:sectPr>
      </w:pPr>
    </w:p>
    <w:p w14:paraId="6F14D808"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520531E2"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DB0A378"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7.5.</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4C7BF01C" w14:textId="77777777" w:rsidR="00BB7497" w:rsidRPr="00BB7497" w:rsidRDefault="00BB7497" w:rsidP="00BB7497">
            <w:pPr>
              <w:autoSpaceDE w:val="0"/>
              <w:autoSpaceDN w:val="0"/>
              <w:spacing w:before="78" w:after="0" w:line="250" w:lineRule="auto"/>
              <w:ind w:left="72" w:right="144"/>
              <w:rPr>
                <w:lang w:val="ru-RU"/>
              </w:rPr>
            </w:pPr>
            <w:r w:rsidRPr="00BB7497">
              <w:rPr>
                <w:rFonts w:ascii="Times New Roman" w:eastAsia="Times New Roman" w:hAnsi="Times New Roman"/>
                <w:b/>
                <w:color w:val="000000"/>
                <w:w w:val="97"/>
                <w:sz w:val="16"/>
                <w:lang w:val="ru-RU"/>
              </w:rPr>
              <w:t xml:space="preserve">Анимация простого движения нарисованной фигурки: загрузить две фазы движения фигурки в виртуальный редактор </w:t>
            </w:r>
            <w:r>
              <w:rPr>
                <w:rFonts w:ascii="Times New Roman" w:eastAsia="Times New Roman" w:hAnsi="Times New Roman"/>
                <w:b/>
                <w:color w:val="000000"/>
                <w:w w:val="97"/>
                <w:sz w:val="16"/>
              </w:rPr>
              <w:t>GIF</w:t>
            </w:r>
            <w:r w:rsidRPr="00BB7497">
              <w:rPr>
                <w:rFonts w:ascii="Times New Roman" w:eastAsia="Times New Roman" w:hAnsi="Times New Roman"/>
                <w:b/>
                <w:color w:val="000000"/>
                <w:w w:val="97"/>
                <w:sz w:val="16"/>
                <w:lang w:val="ru-RU"/>
              </w:rPr>
              <w:t>-анимации и сохранить простое повторяющееся движение своего рисунка.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9B740E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640E85C"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31EC51F"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E7D1CD6"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0C83123" w14:textId="77777777" w:rsidR="00BB7497" w:rsidRPr="00BB7497" w:rsidRDefault="00BB7497" w:rsidP="00BB7497">
            <w:pPr>
              <w:autoSpaceDE w:val="0"/>
              <w:autoSpaceDN w:val="0"/>
              <w:spacing w:before="78" w:after="0" w:line="247" w:lineRule="auto"/>
              <w:ind w:left="72" w:right="288"/>
              <w:rPr>
                <w:lang w:val="ru-RU"/>
              </w:rPr>
            </w:pPr>
            <w:r w:rsidRPr="00BB7497">
              <w:rPr>
                <w:rFonts w:ascii="Times New Roman" w:eastAsia="Times New Roman" w:hAnsi="Times New Roman"/>
                <w:color w:val="000000"/>
                <w:w w:val="97"/>
                <w:sz w:val="16"/>
                <w:lang w:val="ru-RU"/>
              </w:rPr>
              <w:t xml:space="preserve">Осваивать анимацию простого </w:t>
            </w:r>
            <w:r w:rsidRPr="00BB7497">
              <w:rPr>
                <w:lang w:val="ru-RU"/>
              </w:rPr>
              <w:br/>
            </w:r>
            <w:r w:rsidRPr="00BB7497">
              <w:rPr>
                <w:rFonts w:ascii="Times New Roman" w:eastAsia="Times New Roman" w:hAnsi="Times New Roman"/>
                <w:color w:val="000000"/>
                <w:w w:val="97"/>
                <w:sz w:val="16"/>
                <w:lang w:val="ru-RU"/>
              </w:rPr>
              <w:t xml:space="preserve">повторяющегося движения (в виртуальном редакторе </w:t>
            </w:r>
            <w:r>
              <w:rPr>
                <w:rFonts w:ascii="Times New Roman" w:eastAsia="Times New Roman" w:hAnsi="Times New Roman"/>
                <w:color w:val="000000"/>
                <w:w w:val="97"/>
                <w:sz w:val="16"/>
              </w:rPr>
              <w:t>GIF</w:t>
            </w:r>
            <w:r w:rsidRPr="00BB7497">
              <w:rPr>
                <w:rFonts w:ascii="Times New Roman" w:eastAsia="Times New Roman" w:hAnsi="Times New Roman"/>
                <w:color w:val="000000"/>
                <w:w w:val="97"/>
                <w:sz w:val="16"/>
                <w:lang w:val="ru-RU"/>
              </w:rPr>
              <w:t>-анимации).;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1B11B4B4"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4E1E95"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7CF7FA27"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50449F51"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3A0D34B"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BD6E186"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7D96C67D"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1C49B082"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rsidRPr="002F3886" w14:paraId="19AC1C5E" w14:textId="77777777" w:rsidTr="00BB7497">
        <w:trPr>
          <w:trHeight w:hRule="exact" w:val="497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C578FF5"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7.6.</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363A7036" w14:textId="77777777" w:rsidR="00BB7497" w:rsidRPr="00BB7497" w:rsidRDefault="00BB7497" w:rsidP="00BB7497">
            <w:pPr>
              <w:autoSpaceDE w:val="0"/>
              <w:autoSpaceDN w:val="0"/>
              <w:spacing w:before="78" w:after="0" w:line="247" w:lineRule="auto"/>
              <w:ind w:left="72" w:right="144"/>
              <w:rPr>
                <w:lang w:val="ru-RU"/>
              </w:rPr>
            </w:pPr>
            <w:r w:rsidRPr="00BB7497">
              <w:rPr>
                <w:rFonts w:ascii="Times New Roman" w:eastAsia="Times New Roman" w:hAnsi="Times New Roman"/>
                <w:b/>
                <w:color w:val="000000"/>
                <w:w w:val="97"/>
                <w:sz w:val="16"/>
                <w:lang w:val="ru-RU"/>
              </w:rPr>
              <w:t xml:space="preserve">Создание компьютерной презентации в программе </w:t>
            </w:r>
            <w:r>
              <w:rPr>
                <w:rFonts w:ascii="Times New Roman" w:eastAsia="Times New Roman" w:hAnsi="Times New Roman"/>
                <w:b/>
                <w:color w:val="000000"/>
                <w:w w:val="97"/>
                <w:sz w:val="16"/>
              </w:rPr>
              <w:t>PowerPoint</w:t>
            </w:r>
            <w:r w:rsidRPr="00BB7497">
              <w:rPr>
                <w:rFonts w:ascii="Times New Roman" w:eastAsia="Times New Roman" w:hAnsi="Times New Roman"/>
                <w:b/>
                <w:color w:val="000000"/>
                <w:w w:val="97"/>
                <w:sz w:val="16"/>
                <w:lang w:val="ru-RU"/>
              </w:rPr>
              <w:t xml:space="preserve"> на тему архитектуры, декоративного и изобразительного искусства выбранной эпохи или национальной культуры.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AEFA905"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7342A1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74079C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F8C4F3C"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4C89460" w14:textId="77777777" w:rsidR="00BB7497" w:rsidRPr="00BB7497" w:rsidRDefault="00BB7497" w:rsidP="00BB7497">
            <w:pPr>
              <w:autoSpaceDE w:val="0"/>
              <w:autoSpaceDN w:val="0"/>
              <w:spacing w:before="78" w:after="0" w:line="254" w:lineRule="auto"/>
              <w:ind w:left="72"/>
              <w:rPr>
                <w:lang w:val="ru-RU"/>
              </w:rPr>
            </w:pPr>
            <w:r w:rsidRPr="00BB7497">
              <w:rPr>
                <w:rFonts w:ascii="Times New Roman" w:eastAsia="Times New Roman" w:hAnsi="Times New Roman"/>
                <w:color w:val="000000"/>
                <w:w w:val="97"/>
                <w:sz w:val="16"/>
                <w:lang w:val="ru-RU"/>
              </w:rPr>
              <w:t xml:space="preserve">Осваивать и создавать компьютерные </w:t>
            </w:r>
            <w:r w:rsidRPr="00BB7497">
              <w:rPr>
                <w:lang w:val="ru-RU"/>
              </w:rPr>
              <w:br/>
            </w:r>
            <w:r w:rsidRPr="00BB7497">
              <w:rPr>
                <w:rFonts w:ascii="Times New Roman" w:eastAsia="Times New Roman" w:hAnsi="Times New Roman"/>
                <w:color w:val="000000"/>
                <w:w w:val="97"/>
                <w:sz w:val="16"/>
                <w:lang w:val="ru-RU"/>
              </w:rPr>
              <w:t xml:space="preserve">презентации в программе </w:t>
            </w:r>
            <w:r>
              <w:rPr>
                <w:rFonts w:ascii="Times New Roman" w:eastAsia="Times New Roman" w:hAnsi="Times New Roman"/>
                <w:color w:val="000000"/>
                <w:w w:val="97"/>
                <w:sz w:val="16"/>
              </w:rPr>
              <w:t>PowerPoint</w:t>
            </w:r>
            <w:r w:rsidRPr="00BB7497">
              <w:rPr>
                <w:rFonts w:ascii="Times New Roman" w:eastAsia="Times New Roman" w:hAnsi="Times New Roman"/>
                <w:color w:val="000000"/>
                <w:w w:val="97"/>
                <w:sz w:val="16"/>
                <w:lang w:val="ru-RU"/>
              </w:rPr>
              <w:t xml:space="preserve">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2DF11013" w14:textId="77777777" w:rsidR="00BB7497" w:rsidRDefault="00BB7497" w:rsidP="00BB7497">
            <w:pPr>
              <w:autoSpaceDE w:val="0"/>
              <w:autoSpaceDN w:val="0"/>
              <w:spacing w:before="78" w:after="0" w:line="247" w:lineRule="auto"/>
              <w:ind w:left="74" w:right="144"/>
            </w:pPr>
            <w:r>
              <w:rPr>
                <w:rFonts w:ascii="Times New Roman" w:eastAsia="Times New Roman" w:hAnsi="Times New Roman"/>
                <w:color w:val="000000"/>
                <w:w w:val="97"/>
                <w:sz w:val="16"/>
              </w:rPr>
              <w:t>Устный опрос; Тематическая работа;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40283A5" w14:textId="77777777" w:rsidR="00BB7497" w:rsidRDefault="00BB7497" w:rsidP="00BB7497">
            <w:pPr>
              <w:autoSpaceDE w:val="0"/>
              <w:autoSpaceDN w:val="0"/>
              <w:spacing w:before="78" w:after="0" w:line="252" w:lineRule="auto"/>
              <w:ind w:left="72"/>
            </w:pPr>
            <w:r>
              <w:rPr>
                <w:rFonts w:ascii="Times New Roman" w:eastAsia="Times New Roman" w:hAnsi="Times New Roman"/>
                <w:color w:val="000000"/>
                <w:w w:val="97"/>
                <w:sz w:val="16"/>
              </w:rPr>
              <w:t xml:space="preserve">Образовательные ресурсы в помощь учителю ИЗО </w:t>
            </w:r>
            <w:r>
              <w:br/>
            </w:r>
            <w:r>
              <w:rPr>
                <w:rFonts w:ascii="Times New Roman" w:eastAsia="Times New Roman" w:hAnsi="Times New Roman"/>
                <w:color w:val="000000"/>
                <w:w w:val="97"/>
                <w:sz w:val="16"/>
              </w:rPr>
              <w:t xml:space="preserve">http: // </w:t>
            </w:r>
            <w:r>
              <w:br/>
            </w:r>
            <w:r>
              <w:rPr>
                <w:rFonts w:ascii="Times New Roman" w:eastAsia="Times New Roman" w:hAnsi="Times New Roman"/>
                <w:color w:val="000000"/>
                <w:w w:val="97"/>
                <w:sz w:val="16"/>
              </w:rPr>
              <w:t>multiurok.ru›blog/polieznyie-ssylki-dlia…izo…</w:t>
            </w:r>
          </w:p>
          <w:p w14:paraId="3F810325" w14:textId="77777777" w:rsidR="00BB7497" w:rsidRPr="00BB7497" w:rsidRDefault="00BB7497" w:rsidP="00BB7497">
            <w:pPr>
              <w:autoSpaceDE w:val="0"/>
              <w:autoSpaceDN w:val="0"/>
              <w:spacing w:before="210"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536270BE" w14:textId="77777777" w:rsidR="00BB7497" w:rsidRPr="00BB7497" w:rsidRDefault="00BB7497" w:rsidP="00BB7497">
            <w:pPr>
              <w:autoSpaceDE w:val="0"/>
              <w:autoSpaceDN w:val="0"/>
              <w:spacing w:before="210"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028BFBC0" w14:textId="77777777" w:rsidR="00BB7497" w:rsidRPr="00BB7497" w:rsidRDefault="00BB7497" w:rsidP="00BB7497">
            <w:pPr>
              <w:autoSpaceDE w:val="0"/>
              <w:autoSpaceDN w:val="0"/>
              <w:spacing w:before="20" w:after="0" w:line="247"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4F45963E" w14:textId="77777777" w:rsidR="00BB7497" w:rsidRPr="00BB7497" w:rsidRDefault="00BB7497" w:rsidP="00BB7497">
            <w:pPr>
              <w:autoSpaceDE w:val="0"/>
              <w:autoSpaceDN w:val="0"/>
              <w:spacing w:before="20" w:after="0" w:line="230"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3BA1A9C9" w14:textId="77777777" w:rsidR="00BB7497" w:rsidRPr="00BB7497" w:rsidRDefault="00BB7497" w:rsidP="00BB7497">
            <w:pPr>
              <w:autoSpaceDE w:val="0"/>
              <w:autoSpaceDN w:val="0"/>
              <w:spacing w:before="212" w:after="0" w:line="250"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43FB45A8" w14:textId="77777777" w:rsidR="00BB7497" w:rsidRPr="00BB7497" w:rsidRDefault="00BB7497" w:rsidP="00BB7497">
            <w:pPr>
              <w:autoSpaceDE w:val="0"/>
              <w:autoSpaceDN w:val="0"/>
              <w:spacing w:before="210"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bl>
    <w:p w14:paraId="7AC90FEC" w14:textId="77777777" w:rsidR="00BB7497" w:rsidRPr="00BB7497" w:rsidRDefault="00BB7497" w:rsidP="00BB7497">
      <w:pPr>
        <w:autoSpaceDE w:val="0"/>
        <w:autoSpaceDN w:val="0"/>
        <w:spacing w:after="0" w:line="14" w:lineRule="exact"/>
        <w:rPr>
          <w:lang w:val="ru-RU"/>
        </w:rPr>
      </w:pPr>
    </w:p>
    <w:p w14:paraId="0E74BF68" w14:textId="77777777" w:rsidR="00BB7497" w:rsidRPr="00BB7497" w:rsidRDefault="00BB7497" w:rsidP="00BB7497">
      <w:pPr>
        <w:rPr>
          <w:lang w:val="ru-RU"/>
        </w:rPr>
        <w:sectPr w:rsidR="00BB7497" w:rsidRPr="00BB7497">
          <w:pgSz w:w="16840" w:h="11900"/>
          <w:pgMar w:top="284" w:right="640" w:bottom="682" w:left="666" w:header="720" w:footer="720" w:gutter="0"/>
          <w:cols w:space="720" w:equalWidth="0">
            <w:col w:w="15534" w:space="0"/>
          </w:cols>
          <w:docGrid w:linePitch="360"/>
        </w:sectPr>
      </w:pPr>
    </w:p>
    <w:p w14:paraId="2FDFB733" w14:textId="77777777" w:rsidR="00BB7497" w:rsidRPr="00BB7497" w:rsidRDefault="00BB7497" w:rsidP="00BB7497">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972"/>
        <w:gridCol w:w="528"/>
        <w:gridCol w:w="1104"/>
        <w:gridCol w:w="1140"/>
        <w:gridCol w:w="806"/>
        <w:gridCol w:w="3300"/>
        <w:gridCol w:w="1238"/>
        <w:gridCol w:w="2018"/>
      </w:tblGrid>
      <w:tr w:rsidR="00BB7497" w:rsidRPr="002F3886" w14:paraId="0D35C1B1" w14:textId="77777777" w:rsidTr="00BB7497">
        <w:trPr>
          <w:trHeight w:hRule="exact" w:val="49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483DEC5" w14:textId="77777777" w:rsidR="00BB7497" w:rsidRDefault="00BB7497" w:rsidP="00BB7497">
            <w:pPr>
              <w:autoSpaceDE w:val="0"/>
              <w:autoSpaceDN w:val="0"/>
              <w:spacing w:before="78" w:after="0" w:line="230" w:lineRule="auto"/>
              <w:jc w:val="center"/>
            </w:pPr>
            <w:r>
              <w:rPr>
                <w:rFonts w:ascii="Times New Roman" w:eastAsia="Times New Roman" w:hAnsi="Times New Roman"/>
                <w:color w:val="000000"/>
                <w:w w:val="97"/>
                <w:sz w:val="16"/>
              </w:rPr>
              <w:t>7.7.</w:t>
            </w:r>
          </w:p>
        </w:tc>
        <w:tc>
          <w:tcPr>
            <w:tcW w:w="4972" w:type="dxa"/>
            <w:tcBorders>
              <w:top w:val="single" w:sz="4" w:space="0" w:color="000000"/>
              <w:left w:val="single" w:sz="4" w:space="0" w:color="000000"/>
              <w:bottom w:val="single" w:sz="4" w:space="0" w:color="000000"/>
              <w:right w:val="single" w:sz="4" w:space="0" w:color="000000"/>
            </w:tcBorders>
            <w:tcMar>
              <w:left w:w="0" w:type="dxa"/>
              <w:right w:w="0" w:type="dxa"/>
            </w:tcMar>
          </w:tcPr>
          <w:p w14:paraId="4205EABB" w14:textId="77777777" w:rsidR="00BB7497" w:rsidRPr="00BB7497" w:rsidRDefault="00BB7497" w:rsidP="00BB7497">
            <w:pPr>
              <w:autoSpaceDE w:val="0"/>
              <w:autoSpaceDN w:val="0"/>
              <w:spacing w:before="78" w:after="0" w:line="245" w:lineRule="auto"/>
              <w:ind w:left="72" w:right="432"/>
              <w:rPr>
                <w:lang w:val="ru-RU"/>
              </w:rPr>
            </w:pPr>
            <w:r w:rsidRPr="00BB7497">
              <w:rPr>
                <w:rFonts w:ascii="Times New Roman" w:eastAsia="Times New Roman" w:hAnsi="Times New Roman"/>
                <w:b/>
                <w:color w:val="000000"/>
                <w:w w:val="97"/>
                <w:sz w:val="16"/>
                <w:lang w:val="ru-RU"/>
              </w:rPr>
              <w:t>Виртуальные тематические путешествия по художественным музеям мир.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80AE67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5395274"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31D0E86"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0</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CC2F11C" w14:textId="77777777" w:rsidR="00BB7497" w:rsidRDefault="00BB7497" w:rsidP="00BB7497"/>
        </w:tc>
        <w:tc>
          <w:tcPr>
            <w:tcW w:w="33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DA8B57C" w14:textId="77777777" w:rsidR="00BB7497" w:rsidRPr="00BB7497" w:rsidRDefault="00BB7497" w:rsidP="00BB7497">
            <w:pPr>
              <w:autoSpaceDE w:val="0"/>
              <w:autoSpaceDN w:val="0"/>
              <w:spacing w:before="78" w:after="0" w:line="245" w:lineRule="auto"/>
              <w:ind w:left="72" w:right="432"/>
              <w:rPr>
                <w:lang w:val="ru-RU"/>
              </w:rPr>
            </w:pPr>
            <w:r w:rsidRPr="00BB7497">
              <w:rPr>
                <w:rFonts w:ascii="Times New Roman" w:eastAsia="Times New Roman" w:hAnsi="Times New Roman"/>
                <w:color w:val="000000"/>
                <w:w w:val="97"/>
                <w:sz w:val="16"/>
                <w:lang w:val="ru-RU"/>
              </w:rPr>
              <w:t>Собрать свою коллекцию презентаций по изучаемым темам;</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0C47289F" w14:textId="77777777" w:rsidR="00BB7497" w:rsidRPr="00BB7497" w:rsidRDefault="00BB7497" w:rsidP="00BB7497">
            <w:pPr>
              <w:autoSpaceDE w:val="0"/>
              <w:autoSpaceDN w:val="0"/>
              <w:spacing w:before="78" w:after="0" w:line="252" w:lineRule="auto"/>
              <w:ind w:left="74"/>
              <w:rPr>
                <w:lang w:val="ru-RU"/>
              </w:rPr>
            </w:pPr>
            <w:r w:rsidRPr="00BB7497">
              <w:rPr>
                <w:rFonts w:ascii="Times New Roman" w:eastAsia="Times New Roman" w:hAnsi="Times New Roman"/>
                <w:color w:val="000000"/>
                <w:w w:val="97"/>
                <w:sz w:val="16"/>
                <w:lang w:val="ru-RU"/>
              </w:rPr>
              <w:t xml:space="preserve">Контрольная </w:t>
            </w:r>
            <w:r w:rsidRPr="00BB7497">
              <w:rPr>
                <w:lang w:val="ru-RU"/>
              </w:rPr>
              <w:br/>
            </w:r>
            <w:r w:rsidRPr="00BB7497">
              <w:rPr>
                <w:rFonts w:ascii="Times New Roman" w:eastAsia="Times New Roman" w:hAnsi="Times New Roman"/>
                <w:color w:val="000000"/>
                <w:w w:val="97"/>
                <w:sz w:val="16"/>
                <w:lang w:val="ru-RU"/>
              </w:rPr>
              <w:t xml:space="preserve">работа; </w:t>
            </w:r>
            <w:r w:rsidRPr="00BB7497">
              <w:rPr>
                <w:lang w:val="ru-RU"/>
              </w:rPr>
              <w:br/>
            </w:r>
            <w:r w:rsidRPr="00BB7497">
              <w:rPr>
                <w:rFonts w:ascii="Times New Roman" w:eastAsia="Times New Roman" w:hAnsi="Times New Roman"/>
                <w:color w:val="000000"/>
                <w:w w:val="97"/>
                <w:sz w:val="16"/>
                <w:lang w:val="ru-RU"/>
              </w:rPr>
              <w:t xml:space="preserve">Самооценка с </w:t>
            </w:r>
            <w:r w:rsidRPr="00BB7497">
              <w:rPr>
                <w:lang w:val="ru-RU"/>
              </w:rPr>
              <w:br/>
            </w:r>
            <w:r w:rsidRPr="00BB7497">
              <w:rPr>
                <w:rFonts w:ascii="Times New Roman" w:eastAsia="Times New Roman" w:hAnsi="Times New Roman"/>
                <w:color w:val="000000"/>
                <w:w w:val="97"/>
                <w:sz w:val="16"/>
                <w:lang w:val="ru-RU"/>
              </w:rPr>
              <w:t xml:space="preserve">использованием "Оценочного </w:t>
            </w:r>
            <w:r w:rsidRPr="00BB7497">
              <w:rPr>
                <w:lang w:val="ru-RU"/>
              </w:rPr>
              <w:br/>
            </w:r>
            <w:r w:rsidRPr="00BB7497">
              <w:rPr>
                <w:rFonts w:ascii="Times New Roman" w:eastAsia="Times New Roman" w:hAnsi="Times New Roman"/>
                <w:color w:val="000000"/>
                <w:w w:val="97"/>
                <w:sz w:val="16"/>
                <w:lang w:val="ru-RU"/>
              </w:rPr>
              <w:t>листа";</w:t>
            </w:r>
          </w:p>
        </w:tc>
        <w:tc>
          <w:tcPr>
            <w:tcW w:w="20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0EE15AF" w14:textId="77777777" w:rsidR="00BB7497" w:rsidRPr="00BB7497" w:rsidRDefault="00BB7497" w:rsidP="00BB7497">
            <w:pPr>
              <w:autoSpaceDE w:val="0"/>
              <w:autoSpaceDN w:val="0"/>
              <w:spacing w:before="78" w:after="0" w:line="252" w:lineRule="auto"/>
              <w:ind w:left="72"/>
              <w:rPr>
                <w:lang w:val="ru-RU"/>
              </w:rPr>
            </w:pPr>
            <w:r w:rsidRPr="00BB7497">
              <w:rPr>
                <w:rFonts w:ascii="Times New Roman" w:eastAsia="Times New Roman" w:hAnsi="Times New Roman"/>
                <w:color w:val="000000"/>
                <w:w w:val="97"/>
                <w:sz w:val="16"/>
                <w:lang w:val="ru-RU"/>
              </w:rPr>
              <w:t xml:space="preserve">Образовательные ресурсы в помощь учителю ИЗО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sidRPr="00BB7497">
              <w:rPr>
                <w:lang w:val="ru-RU"/>
              </w:rPr>
              <w:br/>
            </w:r>
            <w:r>
              <w:rPr>
                <w:rFonts w:ascii="Times New Roman" w:eastAsia="Times New Roman" w:hAnsi="Times New Roman"/>
                <w:color w:val="000000"/>
                <w:w w:val="97"/>
                <w:sz w:val="16"/>
              </w:rPr>
              <w:t>multiurok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blog</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polieznyie</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ssylki</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dlia</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izo</w:t>
            </w:r>
            <w:r w:rsidRPr="00BB7497">
              <w:rPr>
                <w:rFonts w:ascii="Times New Roman" w:eastAsia="Times New Roman" w:hAnsi="Times New Roman"/>
                <w:color w:val="000000"/>
                <w:w w:val="97"/>
                <w:sz w:val="16"/>
                <w:lang w:val="ru-RU"/>
              </w:rPr>
              <w:t>…</w:t>
            </w:r>
          </w:p>
          <w:p w14:paraId="68C29DB5" w14:textId="77777777" w:rsidR="00BB7497" w:rsidRPr="00BB7497" w:rsidRDefault="00BB7497" w:rsidP="00BB7497">
            <w:pPr>
              <w:autoSpaceDE w:val="0"/>
              <w:autoSpaceDN w:val="0"/>
              <w:spacing w:before="212" w:after="0" w:line="245" w:lineRule="auto"/>
              <w:ind w:left="72" w:right="288"/>
              <w:rPr>
                <w:lang w:val="ru-RU"/>
              </w:rPr>
            </w:pPr>
            <w:r w:rsidRPr="00BB7497">
              <w:rPr>
                <w:rFonts w:ascii="Times New Roman" w:eastAsia="Times New Roman" w:hAnsi="Times New Roman"/>
                <w:color w:val="000000"/>
                <w:w w:val="97"/>
                <w:sz w:val="16"/>
                <w:lang w:val="ru-RU"/>
              </w:rPr>
              <w:t xml:space="preserve">Российская электронная школа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 xml:space="preserve">: // </w:t>
            </w:r>
            <w:r>
              <w:rPr>
                <w:rFonts w:ascii="Times New Roman" w:eastAsia="Times New Roman" w:hAnsi="Times New Roman"/>
                <w:color w:val="000000"/>
                <w:w w:val="97"/>
                <w:sz w:val="16"/>
              </w:rPr>
              <w:t>resh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0D291F5E" w14:textId="77777777" w:rsidR="00BB7497" w:rsidRPr="00BB7497" w:rsidRDefault="00BB7497" w:rsidP="00BB7497">
            <w:pPr>
              <w:autoSpaceDE w:val="0"/>
              <w:autoSpaceDN w:val="0"/>
              <w:spacing w:before="212" w:after="0" w:line="252" w:lineRule="auto"/>
              <w:ind w:left="72"/>
              <w:rPr>
                <w:lang w:val="ru-RU"/>
              </w:rPr>
            </w:pP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ucportal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Всероссийский </w:t>
            </w:r>
            <w:r w:rsidRPr="00BB7497">
              <w:rPr>
                <w:lang w:val="ru-RU"/>
              </w:rPr>
              <w:br/>
            </w:r>
            <w:r w:rsidRPr="00BB7497">
              <w:rPr>
                <w:rFonts w:ascii="Times New Roman" w:eastAsia="Times New Roman" w:hAnsi="Times New Roman"/>
                <w:color w:val="000000"/>
                <w:w w:val="97"/>
                <w:sz w:val="16"/>
                <w:lang w:val="ru-RU"/>
              </w:rPr>
              <w:t xml:space="preserve">учительский портал </w:t>
            </w:r>
            <w:r w:rsidRPr="00BB7497">
              <w:rPr>
                <w:lang w:val="ru-RU"/>
              </w:rPr>
              <w:br/>
            </w:r>
            <w:r w:rsidRPr="00BB7497">
              <w:rPr>
                <w:rFonts w:ascii="Times New Roman" w:eastAsia="Times New Roman" w:hAnsi="Times New Roman"/>
                <w:color w:val="000000"/>
                <w:w w:val="97"/>
                <w:sz w:val="16"/>
                <w:lang w:val="ru-RU"/>
              </w:rPr>
              <w:t xml:space="preserve">ЗАВУЧ. ИНФО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7DA5213A" w14:textId="77777777" w:rsidR="00BB7497" w:rsidRPr="00BB7497" w:rsidRDefault="00BB7497" w:rsidP="00BB7497">
            <w:pPr>
              <w:autoSpaceDE w:val="0"/>
              <w:autoSpaceDN w:val="0"/>
              <w:spacing w:before="18" w:after="0" w:line="250" w:lineRule="auto"/>
              <w:ind w:left="72" w:right="288"/>
              <w:rPr>
                <w:lang w:val="ru-RU"/>
              </w:rPr>
            </w:pPr>
            <w:r>
              <w:rPr>
                <w:rFonts w:ascii="Times New Roman" w:eastAsia="Times New Roman" w:hAnsi="Times New Roman"/>
                <w:color w:val="000000"/>
                <w:w w:val="97"/>
                <w:sz w:val="16"/>
              </w:rPr>
              <w:t>zavuch</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info</w:t>
            </w:r>
            <w:r w:rsidRPr="00BB7497">
              <w:rPr>
                <w:rFonts w:ascii="Times New Roman" w:eastAsia="Times New Roman" w:hAnsi="Times New Roman"/>
                <w:color w:val="000000"/>
                <w:w w:val="97"/>
                <w:sz w:val="16"/>
                <w:lang w:val="ru-RU"/>
              </w:rPr>
              <w:t xml:space="preserve"> </w:t>
            </w:r>
            <w:r w:rsidRPr="00BB7497">
              <w:rPr>
                <w:lang w:val="ru-RU"/>
              </w:rPr>
              <w:br/>
            </w:r>
            <w:r w:rsidRPr="00BB7497">
              <w:rPr>
                <w:rFonts w:ascii="Times New Roman" w:eastAsia="Times New Roman" w:hAnsi="Times New Roman"/>
                <w:color w:val="000000"/>
                <w:w w:val="97"/>
                <w:sz w:val="16"/>
                <w:lang w:val="ru-RU"/>
              </w:rPr>
              <w:t xml:space="preserve">Интернет портал </w:t>
            </w:r>
            <w:r w:rsidRPr="00BB7497">
              <w:rPr>
                <w:lang w:val="ru-RU"/>
              </w:rPr>
              <w:br/>
            </w:r>
            <w:r>
              <w:rPr>
                <w:rFonts w:ascii="Times New Roman" w:eastAsia="Times New Roman" w:hAnsi="Times New Roman"/>
                <w:color w:val="000000"/>
                <w:w w:val="97"/>
                <w:sz w:val="16"/>
              </w:rPr>
              <w:t>Pro</w:t>
            </w:r>
            <w:r w:rsidRPr="00BB7497">
              <w:rPr>
                <w:rFonts w:ascii="Times New Roman" w:eastAsia="Times New Roman" w:hAnsi="Times New Roman"/>
                <w:color w:val="000000"/>
                <w:w w:val="97"/>
                <w:sz w:val="16"/>
                <w:lang w:val="ru-RU"/>
              </w:rPr>
              <w:t>Школу.</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p>
          <w:p w14:paraId="42F8A43B" w14:textId="77777777" w:rsidR="00BB7497" w:rsidRPr="00BB7497" w:rsidRDefault="00BB7497" w:rsidP="00BB7497">
            <w:pPr>
              <w:autoSpaceDE w:val="0"/>
              <w:autoSpaceDN w:val="0"/>
              <w:spacing w:before="18" w:after="0" w:line="233" w:lineRule="auto"/>
              <w:ind w:left="72"/>
              <w:rPr>
                <w:lang w:val="ru-RU"/>
              </w:rPr>
            </w:pPr>
            <w:r>
              <w:rPr>
                <w:rFonts w:ascii="Times New Roman" w:eastAsia="Times New Roman" w:hAnsi="Times New Roman"/>
                <w:color w:val="000000"/>
                <w:w w:val="97"/>
                <w:sz w:val="16"/>
              </w:rPr>
              <w:t>proshkolu</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B7497">
              <w:rPr>
                <w:rFonts w:ascii="Times New Roman" w:eastAsia="Times New Roman" w:hAnsi="Times New Roman"/>
                <w:color w:val="000000"/>
                <w:w w:val="97"/>
                <w:sz w:val="16"/>
                <w:lang w:val="ru-RU"/>
              </w:rPr>
              <w:t xml:space="preserve"> </w:t>
            </w:r>
          </w:p>
          <w:p w14:paraId="57C15681" w14:textId="77777777" w:rsidR="00BB7497" w:rsidRPr="00BB7497" w:rsidRDefault="00BB7497" w:rsidP="00BB7497">
            <w:pPr>
              <w:autoSpaceDE w:val="0"/>
              <w:autoSpaceDN w:val="0"/>
              <w:spacing w:before="212" w:after="0" w:line="247" w:lineRule="auto"/>
              <w:ind w:left="72" w:right="288"/>
              <w:rPr>
                <w:lang w:val="ru-RU"/>
              </w:rPr>
            </w:pPr>
            <w:r>
              <w:rPr>
                <w:rFonts w:ascii="Times New Roman" w:eastAsia="Times New Roman" w:hAnsi="Times New Roman"/>
                <w:color w:val="000000"/>
                <w:w w:val="97"/>
                <w:sz w:val="16"/>
              </w:rPr>
              <w:t>C</w:t>
            </w:r>
            <w:r w:rsidRPr="00BB7497">
              <w:rPr>
                <w:rFonts w:ascii="Times New Roman" w:eastAsia="Times New Roman" w:hAnsi="Times New Roman"/>
                <w:color w:val="000000"/>
                <w:w w:val="97"/>
                <w:sz w:val="16"/>
                <w:lang w:val="ru-RU"/>
              </w:rPr>
              <w:t xml:space="preserve">оциальная сеть </w:t>
            </w:r>
            <w:r w:rsidRPr="00BB7497">
              <w:rPr>
                <w:lang w:val="ru-RU"/>
              </w:rPr>
              <w:br/>
            </w:r>
            <w:r w:rsidRPr="00BB7497">
              <w:rPr>
                <w:rFonts w:ascii="Times New Roman" w:eastAsia="Times New Roman" w:hAnsi="Times New Roman"/>
                <w:color w:val="000000"/>
                <w:w w:val="97"/>
                <w:sz w:val="16"/>
                <w:lang w:val="ru-RU"/>
              </w:rPr>
              <w:t xml:space="preserve">работников образования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nsportal</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p w14:paraId="2F20825C" w14:textId="77777777" w:rsidR="00BB7497" w:rsidRPr="00BB7497" w:rsidRDefault="00BB7497" w:rsidP="00BB7497">
            <w:pPr>
              <w:autoSpaceDE w:val="0"/>
              <w:autoSpaceDN w:val="0"/>
              <w:spacing w:before="212" w:after="0" w:line="245" w:lineRule="auto"/>
              <w:ind w:left="72"/>
              <w:rPr>
                <w:lang w:val="ru-RU"/>
              </w:rPr>
            </w:pPr>
            <w:r w:rsidRPr="00BB7497">
              <w:rPr>
                <w:rFonts w:ascii="Times New Roman" w:eastAsia="Times New Roman" w:hAnsi="Times New Roman"/>
                <w:color w:val="000000"/>
                <w:w w:val="97"/>
                <w:sz w:val="16"/>
                <w:lang w:val="ru-RU"/>
              </w:rPr>
              <w:t xml:space="preserve">Сайт Инфоурок </w:t>
            </w:r>
            <w:r>
              <w:rPr>
                <w:rFonts w:ascii="Times New Roman" w:eastAsia="Times New Roman" w:hAnsi="Times New Roman"/>
                <w:color w:val="000000"/>
                <w:w w:val="97"/>
                <w:sz w:val="16"/>
              </w:rPr>
              <w:t>http</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BB7497">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infourok</w:t>
            </w:r>
            <w:r w:rsidRPr="00BB7497">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p>
        </w:tc>
      </w:tr>
      <w:tr w:rsidR="00BB7497" w14:paraId="1FFE4F9C" w14:textId="77777777" w:rsidTr="00BB7497">
        <w:trPr>
          <w:trHeight w:hRule="exact" w:val="348"/>
        </w:trPr>
        <w:tc>
          <w:tcPr>
            <w:tcW w:w="53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254549A"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Итого по модулю 7</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3E85B7"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7</w:t>
            </w:r>
          </w:p>
        </w:tc>
        <w:tc>
          <w:tcPr>
            <w:tcW w:w="960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719C9B4A" w14:textId="77777777" w:rsidR="00BB7497" w:rsidRDefault="00BB7497" w:rsidP="00BB7497"/>
        </w:tc>
      </w:tr>
      <w:tr w:rsidR="00BB7497" w14:paraId="22BE551D" w14:textId="77777777" w:rsidTr="00BB7497">
        <w:trPr>
          <w:trHeight w:hRule="exact" w:val="330"/>
        </w:trPr>
        <w:tc>
          <w:tcPr>
            <w:tcW w:w="53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A40D289" w14:textId="77777777" w:rsidR="00BB7497" w:rsidRPr="00BB7497" w:rsidRDefault="00BB7497" w:rsidP="00BB7497">
            <w:pPr>
              <w:autoSpaceDE w:val="0"/>
              <w:autoSpaceDN w:val="0"/>
              <w:spacing w:before="78" w:after="0" w:line="230" w:lineRule="auto"/>
              <w:ind w:left="72"/>
              <w:rPr>
                <w:lang w:val="ru-RU"/>
              </w:rPr>
            </w:pPr>
            <w:r w:rsidRPr="00BB7497">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3D9BAD2"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2E0D73D"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3</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6AE2DE8" w14:textId="77777777" w:rsidR="00BB7497" w:rsidRDefault="00BB7497" w:rsidP="00BB7497">
            <w:pPr>
              <w:autoSpaceDE w:val="0"/>
              <w:autoSpaceDN w:val="0"/>
              <w:spacing w:before="78" w:after="0" w:line="230" w:lineRule="auto"/>
              <w:ind w:left="72"/>
            </w:pPr>
            <w:r>
              <w:rPr>
                <w:rFonts w:ascii="Times New Roman" w:eastAsia="Times New Roman" w:hAnsi="Times New Roman"/>
                <w:color w:val="000000"/>
                <w:w w:val="97"/>
                <w:sz w:val="16"/>
              </w:rPr>
              <w:t>31</w:t>
            </w:r>
          </w:p>
        </w:tc>
        <w:tc>
          <w:tcPr>
            <w:tcW w:w="7362"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14:paraId="5323E2BD" w14:textId="77777777" w:rsidR="00BB7497" w:rsidRDefault="00BB7497" w:rsidP="00BB7497"/>
        </w:tc>
      </w:tr>
    </w:tbl>
    <w:p w14:paraId="7AD3F4F3" w14:textId="77777777" w:rsidR="00BB7497" w:rsidRDefault="00BB7497" w:rsidP="00BB7497">
      <w:pPr>
        <w:autoSpaceDE w:val="0"/>
        <w:autoSpaceDN w:val="0"/>
        <w:spacing w:after="0" w:line="14" w:lineRule="exact"/>
      </w:pPr>
    </w:p>
    <w:p w14:paraId="059E980A" w14:textId="77777777" w:rsidR="00083BFC" w:rsidRDefault="00083BFC">
      <w:pPr>
        <w:sectPr w:rsidR="00083BFC" w:rsidSect="00851803">
          <w:pgSz w:w="16840" w:h="11900" w:orient="landscape"/>
          <w:pgMar w:top="1440" w:right="666" w:bottom="284" w:left="640" w:header="720" w:footer="720" w:gutter="0"/>
          <w:cols w:space="720" w:equalWidth="0">
            <w:col w:w="15890" w:space="0"/>
          </w:cols>
          <w:docGrid w:linePitch="360"/>
        </w:sectPr>
      </w:pPr>
    </w:p>
    <w:p w14:paraId="49318325" w14:textId="77777777" w:rsidR="00F6710B" w:rsidRDefault="00F6710B">
      <w:pPr>
        <w:autoSpaceDE w:val="0"/>
        <w:autoSpaceDN w:val="0"/>
        <w:spacing w:after="0" w:line="230" w:lineRule="auto"/>
        <w:rPr>
          <w:rFonts w:ascii="Times New Roman" w:eastAsia="Times New Roman" w:hAnsi="Times New Roman"/>
          <w:b/>
          <w:color w:val="000000"/>
          <w:sz w:val="24"/>
          <w:lang w:val="ru-RU"/>
        </w:rPr>
      </w:pPr>
    </w:p>
    <w:p w14:paraId="5847D78A" w14:textId="23151784" w:rsidR="00083BFC" w:rsidRPr="00E370B1" w:rsidRDefault="00BB7497">
      <w:pPr>
        <w:autoSpaceDE w:val="0"/>
        <w:autoSpaceDN w:val="0"/>
        <w:spacing w:after="0" w:line="230" w:lineRule="auto"/>
        <w:rPr>
          <w:lang w:val="ru-RU"/>
        </w:rPr>
      </w:pPr>
      <w:r>
        <w:rPr>
          <w:rFonts w:ascii="Times New Roman" w:eastAsia="Times New Roman" w:hAnsi="Times New Roman"/>
          <w:b/>
          <w:color w:val="000000"/>
          <w:sz w:val="24"/>
        </w:rPr>
        <w:t>V</w:t>
      </w:r>
      <w:r w:rsidR="003E10B7" w:rsidRPr="003E10B7">
        <w:rPr>
          <w:rFonts w:ascii="Times New Roman" w:eastAsia="Times New Roman" w:hAnsi="Times New Roman"/>
          <w:b/>
          <w:color w:val="000000"/>
          <w:sz w:val="24"/>
          <w:lang w:val="ru-RU"/>
        </w:rPr>
        <w:t xml:space="preserve">. </w:t>
      </w:r>
      <w:r w:rsidR="0045250B" w:rsidRPr="00E370B1">
        <w:rPr>
          <w:rFonts w:ascii="Times New Roman" w:eastAsia="Times New Roman" w:hAnsi="Times New Roman"/>
          <w:b/>
          <w:color w:val="000000"/>
          <w:sz w:val="24"/>
          <w:lang w:val="ru-RU"/>
        </w:rPr>
        <w:t xml:space="preserve">УЧЕБНО-МЕТОДИЧЕСКОЕ ОБЕСПЕЧЕНИЕ ОБРАЗОВАТЕЛЬНОГО ПРОЦЕССА </w:t>
      </w:r>
    </w:p>
    <w:p w14:paraId="5724BD7F" w14:textId="3D3245F0" w:rsidR="00083BFC" w:rsidRPr="00E370B1" w:rsidRDefault="0045250B">
      <w:pPr>
        <w:autoSpaceDE w:val="0"/>
        <w:autoSpaceDN w:val="0"/>
        <w:spacing w:before="346" w:after="0" w:line="230" w:lineRule="auto"/>
        <w:rPr>
          <w:lang w:val="ru-RU"/>
        </w:rPr>
      </w:pPr>
      <w:r w:rsidRPr="00E370B1">
        <w:rPr>
          <w:rFonts w:ascii="Times New Roman" w:eastAsia="Times New Roman" w:hAnsi="Times New Roman"/>
          <w:b/>
          <w:color w:val="000000"/>
          <w:sz w:val="24"/>
          <w:lang w:val="ru-RU"/>
        </w:rPr>
        <w:t>ОБЯЗАТЕЛЬНЫЕ УЧЕБНЫЕ МАТЕРИАЛЫ ДЛЯ УЧЕНИКА</w:t>
      </w:r>
      <w:r w:rsidR="00BB7497">
        <w:rPr>
          <w:rFonts w:ascii="Times New Roman" w:eastAsia="Times New Roman" w:hAnsi="Times New Roman"/>
          <w:b/>
          <w:color w:val="000000"/>
          <w:sz w:val="24"/>
          <w:lang w:val="ru-RU"/>
        </w:rPr>
        <w:t xml:space="preserve"> 1 класса</w:t>
      </w:r>
    </w:p>
    <w:p w14:paraId="6D945A73" w14:textId="397BDBB8" w:rsidR="00BB7497" w:rsidRDefault="0045250B" w:rsidP="00BB7497">
      <w:pPr>
        <w:autoSpaceDE w:val="0"/>
        <w:autoSpaceDN w:val="0"/>
        <w:spacing w:after="0" w:line="230" w:lineRule="auto"/>
        <w:rPr>
          <w:rFonts w:ascii="Times New Roman" w:eastAsia="Times New Roman" w:hAnsi="Times New Roman"/>
          <w:color w:val="000000"/>
          <w:sz w:val="24"/>
          <w:lang w:val="ru-RU"/>
        </w:rPr>
      </w:pPr>
      <w:r w:rsidRPr="005F2B85">
        <w:rPr>
          <w:rFonts w:ascii="Times New Roman" w:eastAsia="Times New Roman" w:hAnsi="Times New Roman"/>
          <w:color w:val="000000"/>
          <w:sz w:val="24"/>
          <w:lang w:val="ru-RU"/>
        </w:rPr>
        <w:t xml:space="preserve">Изобразительное искусство. 1 класс/Неменская Л.А.; под редакцией Неменского Б.М., Акционерное общество «Издательство «Просвещение»; </w:t>
      </w:r>
      <w:r w:rsidRPr="005F2B85">
        <w:rPr>
          <w:lang w:val="ru-RU"/>
        </w:rPr>
        <w:br/>
      </w:r>
      <w:r w:rsidR="00BB7497" w:rsidRPr="00B5589A">
        <w:rPr>
          <w:rFonts w:ascii="Times New Roman" w:eastAsia="Times New Roman" w:hAnsi="Times New Roman"/>
          <w:b/>
          <w:color w:val="000000"/>
          <w:sz w:val="24"/>
          <w:lang w:val="ru-RU"/>
        </w:rPr>
        <w:t xml:space="preserve">ОБЯЗАТЕЛЬНЫЕ УЧЕБНЫЕ МАТЕРИАЛЫ ДЛЯ УЧЕНИКА </w:t>
      </w:r>
      <w:r w:rsidR="00BB7497">
        <w:rPr>
          <w:rFonts w:ascii="Times New Roman" w:eastAsia="Times New Roman" w:hAnsi="Times New Roman"/>
          <w:b/>
          <w:color w:val="000000"/>
          <w:sz w:val="24"/>
          <w:lang w:val="ru-RU"/>
        </w:rPr>
        <w:t>2 класса</w:t>
      </w:r>
      <w:r w:rsidR="00BB7497" w:rsidRPr="00B5589A">
        <w:rPr>
          <w:lang w:val="ru-RU"/>
        </w:rPr>
        <w:br/>
      </w:r>
    </w:p>
    <w:p w14:paraId="6F5EE270" w14:textId="77777777" w:rsidR="00BB7497" w:rsidRDefault="00BB7497" w:rsidP="00BB7497">
      <w:pPr>
        <w:autoSpaceDE w:val="0"/>
        <w:autoSpaceDN w:val="0"/>
        <w:spacing w:after="0" w:line="230" w:lineRule="auto"/>
        <w:rPr>
          <w:rFonts w:ascii="Times New Roman" w:eastAsia="Times New Roman" w:hAnsi="Times New Roman"/>
          <w:color w:val="000000"/>
          <w:sz w:val="24"/>
          <w:lang w:val="ru-RU"/>
        </w:rPr>
      </w:pPr>
      <w:r w:rsidRPr="00353517">
        <w:rPr>
          <w:rFonts w:ascii="Times New Roman" w:eastAsia="Times New Roman" w:hAnsi="Times New Roman"/>
          <w:color w:val="000000"/>
          <w:sz w:val="24"/>
          <w:lang w:val="ru-RU"/>
        </w:rPr>
        <w:t xml:space="preserve">Изобразительное искусство. </w:t>
      </w:r>
      <w:r w:rsidRPr="0048644E">
        <w:rPr>
          <w:rFonts w:ascii="Times New Roman" w:eastAsia="Times New Roman" w:hAnsi="Times New Roman"/>
          <w:color w:val="000000"/>
          <w:sz w:val="24"/>
          <w:lang w:val="ru-RU"/>
        </w:rPr>
        <w:t>2</w:t>
      </w:r>
      <w:r w:rsidRPr="00353517">
        <w:rPr>
          <w:rFonts w:ascii="Times New Roman" w:eastAsia="Times New Roman" w:hAnsi="Times New Roman"/>
          <w:color w:val="000000"/>
          <w:sz w:val="24"/>
          <w:lang w:val="ru-RU"/>
        </w:rPr>
        <w:t xml:space="preserve"> класс/Неменская Л.А.; под редакцией Неменского Б.М., Акционерное общество «Издательство «Просвещение»; </w:t>
      </w:r>
    </w:p>
    <w:p w14:paraId="1595C11A" w14:textId="4D963DEB" w:rsidR="00827F0A" w:rsidRPr="00827F0A" w:rsidRDefault="00827F0A" w:rsidP="00827F0A">
      <w:pPr>
        <w:autoSpaceDE w:val="0"/>
        <w:autoSpaceDN w:val="0"/>
        <w:spacing w:before="346" w:after="0" w:line="230" w:lineRule="auto"/>
        <w:rPr>
          <w:lang w:val="ru-RU"/>
        </w:rPr>
      </w:pPr>
      <w:r w:rsidRPr="00827F0A">
        <w:rPr>
          <w:rFonts w:ascii="Times New Roman" w:eastAsia="Times New Roman" w:hAnsi="Times New Roman"/>
          <w:b/>
          <w:color w:val="000000"/>
          <w:sz w:val="24"/>
          <w:lang w:val="ru-RU"/>
        </w:rPr>
        <w:t>ОБЯЗАТЕЛЬНЫЕ УЧЕБНЫЕ МАТЕРИАЛЫ ДЛЯ УЧЕНИКА</w:t>
      </w:r>
      <w:r>
        <w:rPr>
          <w:rFonts w:ascii="Times New Roman" w:eastAsia="Times New Roman" w:hAnsi="Times New Roman"/>
          <w:b/>
          <w:color w:val="000000"/>
          <w:sz w:val="24"/>
          <w:lang w:val="ru-RU"/>
        </w:rPr>
        <w:t xml:space="preserve"> 3 класса</w:t>
      </w:r>
    </w:p>
    <w:p w14:paraId="677454EE" w14:textId="6D61A998" w:rsidR="00827F0A" w:rsidRPr="00827F0A" w:rsidRDefault="00827F0A" w:rsidP="00827F0A">
      <w:pPr>
        <w:autoSpaceDE w:val="0"/>
        <w:autoSpaceDN w:val="0"/>
        <w:spacing w:before="166" w:after="0" w:line="283" w:lineRule="auto"/>
        <w:rPr>
          <w:lang w:val="ru-RU"/>
        </w:rPr>
      </w:pPr>
      <w:r w:rsidRPr="00827F0A">
        <w:rPr>
          <w:rFonts w:ascii="Times New Roman" w:eastAsia="Times New Roman" w:hAnsi="Times New Roman"/>
          <w:color w:val="000000"/>
          <w:sz w:val="24"/>
          <w:lang w:val="ru-RU"/>
        </w:rPr>
        <w:t xml:space="preserve">Изобразительное искусство. 3 класс/Горяева Н.А., Неменская Л.А., Питерских А.С. и другие; под редакцией Неменского Б.М., Акционерное общество «Издательство «Просвещение»; </w:t>
      </w:r>
      <w:r w:rsidRPr="00827F0A">
        <w:rPr>
          <w:lang w:val="ru-RU"/>
        </w:rPr>
        <w:br/>
      </w:r>
      <w:r w:rsidRPr="00827F0A">
        <w:rPr>
          <w:rFonts w:ascii="Times New Roman" w:eastAsia="Times New Roman" w:hAnsi="Times New Roman"/>
          <w:color w:val="000000"/>
          <w:sz w:val="24"/>
          <w:lang w:val="ru-RU"/>
        </w:rPr>
        <w:t xml:space="preserve"> Горяева Н.А., Неменская Л.А., Питерских А.С.Изобразительное искусство: Искусство вокруг нас: 3 класс / Под. Ред. Б. М. Неменского- М. : Просвещение, 2014  Горяева Н. А. и др. Изобразительное искусство: Твоя мастерская. Рабочая тетрадь: 3 класс - М. : Просвещение, 2014  Детские книги с иллюстрациями. Репродукции картин (в электронном виде).</w:t>
      </w:r>
    </w:p>
    <w:p w14:paraId="45E992B1" w14:textId="687D6916" w:rsidR="00827F0A" w:rsidRPr="00827F0A" w:rsidRDefault="00827F0A" w:rsidP="00827F0A">
      <w:pPr>
        <w:autoSpaceDE w:val="0"/>
        <w:autoSpaceDN w:val="0"/>
        <w:spacing w:before="346" w:after="0" w:line="230" w:lineRule="auto"/>
        <w:rPr>
          <w:lang w:val="ru-RU"/>
        </w:rPr>
      </w:pPr>
      <w:r w:rsidRPr="00827F0A">
        <w:rPr>
          <w:rFonts w:ascii="Times New Roman" w:eastAsia="Times New Roman" w:hAnsi="Times New Roman"/>
          <w:b/>
          <w:color w:val="000000"/>
          <w:sz w:val="24"/>
          <w:lang w:val="ru-RU"/>
        </w:rPr>
        <w:t>ОБЯЗАТЕЛЬНЫЕ УЧЕБНЫЕ МАТЕРИАЛЫ ДЛЯ УЧЕНИКА</w:t>
      </w:r>
      <w:r>
        <w:rPr>
          <w:rFonts w:ascii="Times New Roman" w:eastAsia="Times New Roman" w:hAnsi="Times New Roman"/>
          <w:b/>
          <w:color w:val="000000"/>
          <w:sz w:val="24"/>
          <w:lang w:val="ru-RU"/>
        </w:rPr>
        <w:t xml:space="preserve"> 4 класса</w:t>
      </w:r>
    </w:p>
    <w:p w14:paraId="37868E59" w14:textId="2CAD626C" w:rsidR="00083BFC" w:rsidRPr="005F2B85" w:rsidRDefault="00827F0A" w:rsidP="00827F0A">
      <w:pPr>
        <w:autoSpaceDE w:val="0"/>
        <w:autoSpaceDN w:val="0"/>
        <w:spacing w:before="166" w:after="0" w:line="271" w:lineRule="auto"/>
        <w:ind w:right="144"/>
        <w:rPr>
          <w:lang w:val="ru-RU"/>
        </w:rPr>
      </w:pPr>
      <w:r w:rsidRPr="00827F0A">
        <w:rPr>
          <w:rFonts w:ascii="Times New Roman" w:eastAsia="Times New Roman" w:hAnsi="Times New Roman"/>
          <w:color w:val="000000"/>
          <w:sz w:val="24"/>
          <w:lang w:val="ru-RU"/>
        </w:rPr>
        <w:t>Изобразительное искусство. 4 класс/Неменская Л.А.; под редакцией Неменского Б.М., Акционерное общество «Издательство «Просвещение»;</w:t>
      </w:r>
    </w:p>
    <w:p w14:paraId="400FC4AC" w14:textId="77777777" w:rsidR="00083BFC" w:rsidRPr="005F2B85" w:rsidRDefault="0045250B">
      <w:pPr>
        <w:autoSpaceDE w:val="0"/>
        <w:autoSpaceDN w:val="0"/>
        <w:spacing w:before="262" w:after="0" w:line="230" w:lineRule="auto"/>
        <w:rPr>
          <w:lang w:val="ru-RU"/>
        </w:rPr>
      </w:pPr>
      <w:r w:rsidRPr="005F2B85">
        <w:rPr>
          <w:rFonts w:ascii="Times New Roman" w:eastAsia="Times New Roman" w:hAnsi="Times New Roman"/>
          <w:b/>
          <w:color w:val="000000"/>
          <w:sz w:val="24"/>
          <w:lang w:val="ru-RU"/>
        </w:rPr>
        <w:t>МЕТОДИЧЕСКИЕ МАТЕРИАЛЫ ДЛЯ УЧИТЕЛЯ</w:t>
      </w:r>
    </w:p>
    <w:p w14:paraId="37F8DA3E" w14:textId="61C3C721" w:rsidR="00083BFC" w:rsidRPr="002F3886" w:rsidRDefault="0045250B">
      <w:pPr>
        <w:autoSpaceDE w:val="0"/>
        <w:autoSpaceDN w:val="0"/>
        <w:spacing w:before="166" w:after="0" w:line="262" w:lineRule="auto"/>
        <w:ind w:right="2304"/>
        <w:rPr>
          <w:rFonts w:ascii="Times New Roman" w:eastAsia="Times New Roman" w:hAnsi="Times New Roman"/>
          <w:color w:val="000000"/>
          <w:sz w:val="24"/>
          <w:lang w:val="ru-RU"/>
        </w:rPr>
      </w:pPr>
      <w:r w:rsidRPr="005F2B85">
        <w:rPr>
          <w:rFonts w:ascii="Times New Roman" w:eastAsia="Times New Roman" w:hAnsi="Times New Roman"/>
          <w:color w:val="000000"/>
          <w:sz w:val="24"/>
          <w:lang w:val="ru-RU"/>
        </w:rPr>
        <w:t xml:space="preserve">Коллекции электронных образовательных ресурсов </w:t>
      </w:r>
      <w:r w:rsidRPr="005F2B85">
        <w:rPr>
          <w:lang w:val="ru-RU"/>
        </w:rPr>
        <w:br/>
      </w:r>
      <w:r w:rsidRPr="005F2B85">
        <w:rPr>
          <w:rFonts w:ascii="Times New Roman" w:eastAsia="Times New Roman" w:hAnsi="Times New Roman"/>
          <w:color w:val="000000"/>
          <w:sz w:val="24"/>
          <w:lang w:val="ru-RU"/>
        </w:rPr>
        <w:t>Библиотека материалов для начальной школы</w:t>
      </w:r>
      <w:r>
        <w:rPr>
          <w:rFonts w:ascii="Times New Roman" w:eastAsia="Times New Roman" w:hAnsi="Times New Roman"/>
          <w:color w:val="000000"/>
          <w:sz w:val="24"/>
        </w:rPr>
        <w:t>http</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nachalka</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biblioteka</w:t>
      </w:r>
    </w:p>
    <w:p w14:paraId="4404D01C" w14:textId="6B71B2CA" w:rsidR="00827F0A" w:rsidRPr="00827F0A" w:rsidRDefault="00827F0A" w:rsidP="00827F0A">
      <w:pPr>
        <w:autoSpaceDE w:val="0"/>
        <w:autoSpaceDN w:val="0"/>
        <w:spacing w:before="166" w:after="0" w:line="271" w:lineRule="auto"/>
        <w:rPr>
          <w:lang w:val="ru-RU"/>
        </w:rPr>
      </w:pPr>
      <w:r w:rsidRPr="00827F0A">
        <w:rPr>
          <w:rFonts w:ascii="Times New Roman" w:eastAsia="Times New Roman" w:hAnsi="Times New Roman"/>
          <w:color w:val="000000"/>
          <w:sz w:val="24"/>
          <w:lang w:val="ru-RU"/>
        </w:rPr>
        <w:t xml:space="preserve">Неменский, Б. М. Методическое пособие к учебникам по изобразительному искусству : 1–4 классы : пособие для учителя / Б. М. Неменский, Л. А. Неменская, Е. И. Коротеева ; под ред. Б. М. </w:t>
      </w:r>
      <w:r w:rsidRPr="00827F0A">
        <w:rPr>
          <w:lang w:val="ru-RU"/>
        </w:rPr>
        <w:br/>
      </w:r>
      <w:r w:rsidRPr="00827F0A">
        <w:rPr>
          <w:rFonts w:ascii="Times New Roman" w:eastAsia="Times New Roman" w:hAnsi="Times New Roman"/>
          <w:color w:val="000000"/>
          <w:sz w:val="24"/>
          <w:lang w:val="ru-RU"/>
        </w:rPr>
        <w:t>Неменского. – М. : Просвещение, 2014.</w:t>
      </w:r>
    </w:p>
    <w:p w14:paraId="07B0AC93" w14:textId="51AF342F" w:rsidR="00827F0A" w:rsidRPr="00827F0A" w:rsidRDefault="00827F0A" w:rsidP="00827F0A">
      <w:pPr>
        <w:autoSpaceDE w:val="0"/>
        <w:autoSpaceDN w:val="0"/>
        <w:spacing w:before="70" w:after="0" w:line="262" w:lineRule="auto"/>
        <w:ind w:right="720"/>
        <w:rPr>
          <w:lang w:val="ru-RU"/>
        </w:rPr>
      </w:pPr>
      <w:r w:rsidRPr="00827F0A">
        <w:rPr>
          <w:rFonts w:ascii="Times New Roman" w:eastAsia="Times New Roman" w:hAnsi="Times New Roman"/>
          <w:color w:val="000000"/>
          <w:sz w:val="24"/>
          <w:lang w:val="ru-RU"/>
        </w:rPr>
        <w:t>Шампарова Л. В. Изобразительное искусство. 3 класс: поурочные планы по учебнику Л. А. Неменской– Волгоград: «Учитель», 2014 г.</w:t>
      </w:r>
    </w:p>
    <w:p w14:paraId="20903E38" w14:textId="2E85B383" w:rsidR="00827F0A" w:rsidRPr="00827F0A" w:rsidRDefault="00827F0A" w:rsidP="00827F0A">
      <w:pPr>
        <w:autoSpaceDE w:val="0"/>
        <w:autoSpaceDN w:val="0"/>
        <w:spacing w:before="166" w:after="0" w:line="283" w:lineRule="auto"/>
        <w:rPr>
          <w:lang w:val="ru-RU"/>
        </w:rPr>
      </w:pPr>
      <w:r w:rsidRPr="00827F0A">
        <w:rPr>
          <w:rFonts w:ascii="Times New Roman" w:eastAsia="Times New Roman" w:hAnsi="Times New Roman"/>
          <w:color w:val="000000"/>
          <w:sz w:val="24"/>
          <w:lang w:val="ru-RU"/>
        </w:rPr>
        <w:t xml:space="preserve"> Примерные рабочие программы начального общего образования «Изобразительное искусство 1-4» / Институт стратегии развития образования российской академии образования – М., 2021 </w:t>
      </w:r>
      <w:r w:rsidRPr="00827F0A">
        <w:rPr>
          <w:lang w:val="ru-RU"/>
        </w:rPr>
        <w:br/>
      </w:r>
      <w:r w:rsidRPr="00827F0A">
        <w:rPr>
          <w:rFonts w:ascii="Times New Roman" w:eastAsia="Times New Roman" w:hAnsi="Times New Roman"/>
          <w:color w:val="000000"/>
          <w:sz w:val="24"/>
          <w:lang w:val="ru-RU"/>
        </w:rPr>
        <w:t xml:space="preserve">Неменская Л.А. Изобразительное искусство. Каждый народ - художник. 4 класс; учебник для обще-образовательных учреждений/ под редакцией Б.М. Неменского. - М.: Просвещение </w:t>
      </w:r>
      <w:r w:rsidRPr="00827F0A">
        <w:rPr>
          <w:lang w:val="ru-RU"/>
        </w:rPr>
        <w:br/>
      </w:r>
      <w:r>
        <w:rPr>
          <w:rFonts w:ascii="Times New Roman" w:eastAsia="Times New Roman" w:hAnsi="Times New Roman"/>
          <w:color w:val="000000"/>
          <w:sz w:val="24"/>
        </w:rPr>
        <w:t>CD</w:t>
      </w:r>
      <w:r w:rsidRPr="00827F0A">
        <w:rPr>
          <w:rFonts w:ascii="Times New Roman" w:eastAsia="Times New Roman" w:hAnsi="Times New Roman"/>
          <w:color w:val="000000"/>
          <w:sz w:val="24"/>
          <w:lang w:val="ru-RU"/>
        </w:rPr>
        <w:t xml:space="preserve"> диск электронное приложение к учебнику </w:t>
      </w:r>
      <w:r w:rsidRPr="00827F0A">
        <w:rPr>
          <w:lang w:val="ru-RU"/>
        </w:rPr>
        <w:br/>
      </w:r>
      <w:r w:rsidRPr="00827F0A">
        <w:rPr>
          <w:rFonts w:ascii="Times New Roman" w:eastAsia="Times New Roman" w:hAnsi="Times New Roman"/>
          <w:color w:val="000000"/>
          <w:sz w:val="24"/>
          <w:lang w:val="ru-RU"/>
        </w:rPr>
        <w:t>.Л.А. Неменская. Изобразительное искусство. Твоя мастерская: Рабочая тетрадь. 4 класс М.: Просвещение, 2022.</w:t>
      </w:r>
    </w:p>
    <w:p w14:paraId="58AFAE3A" w14:textId="7BBCD4FC" w:rsidR="00827F0A" w:rsidRPr="00827F0A" w:rsidRDefault="00827F0A" w:rsidP="00827F0A">
      <w:pPr>
        <w:autoSpaceDE w:val="0"/>
        <w:autoSpaceDN w:val="0"/>
        <w:spacing w:before="70" w:after="0" w:line="262" w:lineRule="auto"/>
        <w:ind w:right="720"/>
        <w:rPr>
          <w:lang w:val="ru-RU"/>
        </w:rPr>
      </w:pPr>
      <w:r w:rsidRPr="00827F0A">
        <w:rPr>
          <w:rFonts w:ascii="Times New Roman" w:eastAsia="Times New Roman" w:hAnsi="Times New Roman"/>
          <w:color w:val="000000"/>
          <w:sz w:val="24"/>
          <w:lang w:val="ru-RU"/>
        </w:rPr>
        <w:t>Уроки изобразительного искусства. Поурочные разработки 1-4 классы. Учебное пособие под редакцией Б.М.Неменского. М.:Просвещение, 2019.</w:t>
      </w:r>
    </w:p>
    <w:p w14:paraId="2EBB2B95" w14:textId="77777777" w:rsidR="00827F0A" w:rsidRPr="005F2B85" w:rsidRDefault="00827F0A">
      <w:pPr>
        <w:autoSpaceDE w:val="0"/>
        <w:autoSpaceDN w:val="0"/>
        <w:spacing w:before="166" w:after="0" w:line="262" w:lineRule="auto"/>
        <w:ind w:right="2304"/>
        <w:rPr>
          <w:lang w:val="ru-RU"/>
        </w:rPr>
      </w:pPr>
    </w:p>
    <w:p w14:paraId="60D95B9B" w14:textId="77777777" w:rsidR="00083BFC" w:rsidRPr="005F2B85" w:rsidRDefault="0045250B">
      <w:pPr>
        <w:autoSpaceDE w:val="0"/>
        <w:autoSpaceDN w:val="0"/>
        <w:spacing w:before="264" w:after="0" w:line="230" w:lineRule="auto"/>
        <w:rPr>
          <w:lang w:val="ru-RU"/>
        </w:rPr>
      </w:pPr>
      <w:r w:rsidRPr="005F2B85">
        <w:rPr>
          <w:rFonts w:ascii="Times New Roman" w:eastAsia="Times New Roman" w:hAnsi="Times New Roman"/>
          <w:b/>
          <w:color w:val="000000"/>
          <w:sz w:val="24"/>
          <w:lang w:val="ru-RU"/>
        </w:rPr>
        <w:t>ЦИФРОВЫЕ ОБРАЗОВАТЕЛЬНЫЕ РЕСУРСЫ И РЕСУРСЫ СЕТИ ИНТЕРНЕТ</w:t>
      </w:r>
    </w:p>
    <w:p w14:paraId="0D9C3668" w14:textId="0E01CA5A" w:rsidR="00083BFC" w:rsidRDefault="0045250B">
      <w:pPr>
        <w:autoSpaceDE w:val="0"/>
        <w:autoSpaceDN w:val="0"/>
        <w:spacing w:before="168" w:after="0" w:line="271" w:lineRule="auto"/>
        <w:ind w:right="8496"/>
        <w:rPr>
          <w:rFonts w:ascii="Times New Roman" w:eastAsia="Times New Roman" w:hAnsi="Times New Roman"/>
          <w:color w:val="000000"/>
          <w:sz w:val="24"/>
          <w:lang w:val="ru-RU"/>
        </w:rPr>
      </w:pPr>
      <w:r>
        <w:rPr>
          <w:rFonts w:ascii="Times New Roman" w:eastAsia="Times New Roman" w:hAnsi="Times New Roman"/>
          <w:color w:val="000000"/>
          <w:sz w:val="24"/>
        </w:rPr>
        <w:t>https</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mos</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5F2B85">
        <w:rPr>
          <w:rFonts w:ascii="Times New Roman" w:eastAsia="Times New Roman" w:hAnsi="Times New Roman"/>
          <w:color w:val="000000"/>
          <w:sz w:val="24"/>
          <w:lang w:val="ru-RU"/>
        </w:rPr>
        <w:t xml:space="preserve">/ </w:t>
      </w:r>
      <w:r w:rsidRPr="005F2B85">
        <w:rPr>
          <w:lang w:val="ru-RU"/>
        </w:rPr>
        <w:br/>
      </w:r>
      <w:r>
        <w:rPr>
          <w:rFonts w:ascii="Times New Roman" w:eastAsia="Times New Roman" w:hAnsi="Times New Roman"/>
          <w:color w:val="000000"/>
          <w:sz w:val="24"/>
        </w:rPr>
        <w:t>https</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5F2B85">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5F2B85">
        <w:rPr>
          <w:rFonts w:ascii="Times New Roman" w:eastAsia="Times New Roman" w:hAnsi="Times New Roman"/>
          <w:color w:val="000000"/>
          <w:sz w:val="24"/>
          <w:lang w:val="ru-RU"/>
        </w:rPr>
        <w:t xml:space="preserve">/ </w:t>
      </w:r>
      <w:r w:rsidRPr="005F2B85">
        <w:rPr>
          <w:lang w:val="ru-RU"/>
        </w:rPr>
        <w:br/>
      </w:r>
      <w:hyperlink r:id="rId9" w:history="1">
        <w:r w:rsidR="00E370B1" w:rsidRPr="00284557">
          <w:rPr>
            <w:rStyle w:val="aff9"/>
            <w:rFonts w:ascii="Times New Roman" w:eastAsia="Times New Roman" w:hAnsi="Times New Roman"/>
            <w:sz w:val="24"/>
          </w:rPr>
          <w:t>https</w:t>
        </w:r>
        <w:r w:rsidR="00E370B1" w:rsidRPr="00284557">
          <w:rPr>
            <w:rStyle w:val="aff9"/>
            <w:rFonts w:ascii="Times New Roman" w:eastAsia="Times New Roman" w:hAnsi="Times New Roman"/>
            <w:sz w:val="24"/>
            <w:lang w:val="ru-RU"/>
          </w:rPr>
          <w:t>://</w:t>
        </w:r>
        <w:r w:rsidR="00E370B1" w:rsidRPr="00284557">
          <w:rPr>
            <w:rStyle w:val="aff9"/>
            <w:rFonts w:ascii="Times New Roman" w:eastAsia="Times New Roman" w:hAnsi="Times New Roman"/>
            <w:sz w:val="24"/>
          </w:rPr>
          <w:t>uchi</w:t>
        </w:r>
        <w:r w:rsidR="00E370B1" w:rsidRPr="00284557">
          <w:rPr>
            <w:rStyle w:val="aff9"/>
            <w:rFonts w:ascii="Times New Roman" w:eastAsia="Times New Roman" w:hAnsi="Times New Roman"/>
            <w:sz w:val="24"/>
            <w:lang w:val="ru-RU"/>
          </w:rPr>
          <w:t>.</w:t>
        </w:r>
        <w:r w:rsidR="00E370B1" w:rsidRPr="00284557">
          <w:rPr>
            <w:rStyle w:val="aff9"/>
            <w:rFonts w:ascii="Times New Roman" w:eastAsia="Times New Roman" w:hAnsi="Times New Roman"/>
            <w:sz w:val="24"/>
          </w:rPr>
          <w:t>ru</w:t>
        </w:r>
        <w:r w:rsidR="00E370B1" w:rsidRPr="00284557">
          <w:rPr>
            <w:rStyle w:val="aff9"/>
            <w:rFonts w:ascii="Times New Roman" w:eastAsia="Times New Roman" w:hAnsi="Times New Roman"/>
            <w:sz w:val="24"/>
            <w:lang w:val="ru-RU"/>
          </w:rPr>
          <w:t>/</w:t>
        </w:r>
      </w:hyperlink>
    </w:p>
    <w:p w14:paraId="2EF0204A" w14:textId="7DA0227C" w:rsidR="00827F0A" w:rsidRPr="00827F0A" w:rsidRDefault="00827F0A" w:rsidP="00827F0A">
      <w:pPr>
        <w:autoSpaceDE w:val="0"/>
        <w:autoSpaceDN w:val="0"/>
        <w:spacing w:before="166" w:after="0"/>
        <w:ind w:right="1008"/>
        <w:rPr>
          <w:lang w:val="ru-RU"/>
        </w:rPr>
      </w:pPr>
      <w:r w:rsidRPr="00827F0A">
        <w:rPr>
          <w:rFonts w:ascii="Times New Roman" w:eastAsia="Times New Roman" w:hAnsi="Times New Roman"/>
          <w:color w:val="000000"/>
          <w:sz w:val="24"/>
          <w:lang w:val="ru-RU"/>
        </w:rPr>
        <w:t xml:space="preserve"> Электронный образовательный ресурс "Российская электронная школа" -</w:t>
      </w:r>
      <w:r w:rsidRPr="00827F0A">
        <w:rPr>
          <w:lang w:val="ru-RU"/>
        </w:rPr>
        <w:br/>
      </w:r>
      <w:r>
        <w:rPr>
          <w:rFonts w:ascii="Times New Roman" w:eastAsia="Times New Roman" w:hAnsi="Times New Roman"/>
          <w:color w:val="000000"/>
          <w:sz w:val="24"/>
        </w:rPr>
        <w:t>https</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827F0A">
        <w:rPr>
          <w:rFonts w:ascii="Times New Roman" w:eastAsia="Times New Roman" w:hAnsi="Times New Roman"/>
          <w:color w:val="000000"/>
          <w:sz w:val="24"/>
          <w:lang w:val="ru-RU"/>
        </w:rPr>
        <w:t xml:space="preserve">/7/3/  Единая коллекция Цифровых Образовательных Ресурсов. – Режим доступа :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p>
    <w:p w14:paraId="3CA4ADFC" w14:textId="77777777" w:rsidR="00827F0A" w:rsidRPr="00827F0A" w:rsidRDefault="00827F0A" w:rsidP="00827F0A">
      <w:pPr>
        <w:autoSpaceDE w:val="0"/>
        <w:autoSpaceDN w:val="0"/>
        <w:spacing w:before="502" w:after="0" w:line="290" w:lineRule="auto"/>
        <w:ind w:right="144"/>
        <w:rPr>
          <w:lang w:val="ru-RU"/>
        </w:rPr>
      </w:pPr>
      <w:r w:rsidRPr="00827F0A">
        <w:rPr>
          <w:rFonts w:ascii="Times New Roman" w:eastAsia="Times New Roman" w:hAnsi="Times New Roman"/>
          <w:color w:val="000000"/>
          <w:sz w:val="24"/>
          <w:lang w:val="ru-RU"/>
        </w:rPr>
        <w:t xml:space="preserve">Образовательные ресурсы в помощь учителю ИЗО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 xml:space="preserve">: // </w:t>
      </w:r>
      <w:r>
        <w:rPr>
          <w:rFonts w:ascii="Times New Roman" w:eastAsia="Times New Roman" w:hAnsi="Times New Roman"/>
          <w:color w:val="000000"/>
          <w:sz w:val="24"/>
        </w:rPr>
        <w:t>multiurok</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blog</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polieznyie</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ssylki</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dlia</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izo</w:t>
      </w:r>
      <w:r w:rsidRPr="00827F0A">
        <w:rPr>
          <w:rFonts w:ascii="Times New Roman" w:eastAsia="Times New Roman" w:hAnsi="Times New Roman"/>
          <w:color w:val="000000"/>
          <w:sz w:val="24"/>
          <w:lang w:val="ru-RU"/>
        </w:rPr>
        <w:t>…</w:t>
      </w:r>
      <w:r w:rsidRPr="00827F0A">
        <w:rPr>
          <w:lang w:val="ru-RU"/>
        </w:rPr>
        <w:br/>
      </w:r>
      <w:r w:rsidRPr="00827F0A">
        <w:rPr>
          <w:rFonts w:ascii="Times New Roman" w:eastAsia="Times New Roman" w:hAnsi="Times New Roman"/>
          <w:color w:val="000000"/>
          <w:sz w:val="24"/>
          <w:lang w:val="ru-RU"/>
        </w:rPr>
        <w:t xml:space="preserve">Российская электронная школа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 xml:space="preserve">: // </w:t>
      </w:r>
      <w:r>
        <w:rPr>
          <w:rFonts w:ascii="Times New Roman" w:eastAsia="Times New Roman" w:hAnsi="Times New Roman"/>
          <w:color w:val="000000"/>
          <w:sz w:val="24"/>
        </w:rPr>
        <w:t>resh</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Каталог учебных изданий, электронного оборудования и электронных образовательных ресурсов для общего образования 1-4 класс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ndce</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Сайт Инфоурок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infourok</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Федеральный портал «Российское образование»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Российский общеобразовательный портал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Портал "Информационные коммуникационные технологии в образовании"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ict</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Федеральный центр информационно-образовательных ресурсов (ЦОР)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school</w:t>
      </w:r>
      <w:r w:rsidRPr="00827F0A">
        <w:rPr>
          <w:rFonts w:ascii="Times New Roman" w:eastAsia="Times New Roman" w:hAnsi="Times New Roman"/>
          <w:color w:val="000000"/>
          <w:sz w:val="24"/>
          <w:lang w:val="ru-RU"/>
        </w:rPr>
        <w:t>-</w:t>
      </w:r>
      <w:r w:rsidRPr="00827F0A">
        <w:rPr>
          <w:lang w:val="ru-RU"/>
        </w:rPr>
        <w:br/>
      </w:r>
      <w:r>
        <w:rPr>
          <w:rFonts w:ascii="Times New Roman" w:eastAsia="Times New Roman" w:hAnsi="Times New Roman"/>
          <w:color w:val="000000"/>
          <w:sz w:val="24"/>
        </w:rPr>
        <w:t>collection</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Учительский портал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ucportal</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Всероссийский учительский портал ЗАВУЧ. ИНФО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zavuch</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info</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Интернет портал </w:t>
      </w:r>
      <w:r>
        <w:rPr>
          <w:rFonts w:ascii="Times New Roman" w:eastAsia="Times New Roman" w:hAnsi="Times New Roman"/>
          <w:color w:val="000000"/>
          <w:sz w:val="24"/>
        </w:rPr>
        <w:t>Pro</w:t>
      </w:r>
      <w:r w:rsidRPr="00827F0A">
        <w:rPr>
          <w:rFonts w:ascii="Times New Roman" w:eastAsia="Times New Roman" w:hAnsi="Times New Roman"/>
          <w:color w:val="000000"/>
          <w:sz w:val="24"/>
          <w:lang w:val="ru-RU"/>
        </w:rPr>
        <w:t>Школу.</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proshkolu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Pr>
          <w:rFonts w:ascii="Times New Roman" w:eastAsia="Times New Roman" w:hAnsi="Times New Roman"/>
          <w:color w:val="000000"/>
          <w:sz w:val="24"/>
        </w:rPr>
        <w:t>C</w:t>
      </w:r>
      <w:r w:rsidRPr="00827F0A">
        <w:rPr>
          <w:rFonts w:ascii="Times New Roman" w:eastAsia="Times New Roman" w:hAnsi="Times New Roman"/>
          <w:color w:val="000000"/>
          <w:sz w:val="24"/>
          <w:lang w:val="ru-RU"/>
        </w:rPr>
        <w:t xml:space="preserve">оциальная сеть работников образования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nsportal</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Проект "Началка" </w:t>
      </w:r>
      <w:r w:rsidRPr="00827F0A">
        <w:rPr>
          <w:lang w:val="ru-RU"/>
        </w:rPr>
        <w:br/>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nachalka</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Уроки рисования и черчения для начинающих </w:t>
      </w:r>
      <w:r>
        <w:rPr>
          <w:rFonts w:ascii="Times New Roman" w:eastAsia="Times New Roman" w:hAnsi="Times New Roman"/>
          <w:color w:val="000000"/>
          <w:sz w:val="24"/>
        </w:rPr>
        <w:t>https</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mel</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fm</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blog</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yelena</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abramova</w:t>
      </w:r>
      <w:r w:rsidRPr="00827F0A">
        <w:rPr>
          <w:rFonts w:ascii="Times New Roman" w:eastAsia="Times New Roman" w:hAnsi="Times New Roman"/>
          <w:color w:val="000000"/>
          <w:sz w:val="24"/>
          <w:lang w:val="ru-RU"/>
        </w:rPr>
        <w:t>/58210-20-</w:t>
      </w:r>
      <w:r>
        <w:rPr>
          <w:rFonts w:ascii="Times New Roman" w:eastAsia="Times New Roman" w:hAnsi="Times New Roman"/>
          <w:color w:val="000000"/>
          <w:sz w:val="24"/>
        </w:rPr>
        <w:t>onlayn</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resursov</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kotoryye</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pomogut</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uchit</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i</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zanimat</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detey</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Авторская графика </w:t>
      </w:r>
      <w:r>
        <w:rPr>
          <w:rFonts w:ascii="Times New Roman" w:eastAsia="Times New Roman" w:hAnsi="Times New Roman"/>
          <w:color w:val="000000"/>
          <w:sz w:val="24"/>
        </w:rPr>
        <w:t>LENAGOLD</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Страна мастеров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lenagold</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Картинные галереи и биографии русских художников </w:t>
      </w:r>
      <w:r>
        <w:rPr>
          <w:rFonts w:ascii="Times New Roman" w:eastAsia="Times New Roman" w:hAnsi="Times New Roman"/>
          <w:color w:val="000000"/>
          <w:sz w:val="24"/>
        </w:rPr>
        <w:t>https</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stranamasterov</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Картинная галерея Александра Петрова </w:t>
      </w:r>
      <w:r w:rsidRPr="00827F0A">
        <w:rPr>
          <w:lang w:val="ru-RU"/>
        </w:rPr>
        <w:br/>
      </w:r>
      <w:r w:rsidRPr="00827F0A">
        <w:rPr>
          <w:rFonts w:ascii="Times New Roman" w:eastAsia="Times New Roman" w:hAnsi="Times New Roman"/>
          <w:color w:val="000000"/>
          <w:sz w:val="24"/>
          <w:lang w:val="ru-RU"/>
        </w:rPr>
        <w:t xml:space="preserve">Государственный музей-заповедник Кижи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jivopis</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gallery</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kizhi</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karelia</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Иллюстрированная энциклопедия моды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fashion</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artyx</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culturemap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Виртуальные путешествия (Петергоф, Крым, Звенигород, Волга, Париж, Берлин, Прага) </w:t>
      </w:r>
      <w:r w:rsidRPr="00827F0A">
        <w:rPr>
          <w:lang w:val="ru-RU"/>
        </w:rPr>
        <w:br/>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kulichki</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com</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travel</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Виртуальные путешествия по странам мира</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eurotour</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narod</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index</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html</w:t>
      </w:r>
      <w:r w:rsidRPr="00827F0A">
        <w:rPr>
          <w:rFonts w:ascii="Times New Roman" w:eastAsia="Times New Roman" w:hAnsi="Times New Roman"/>
          <w:color w:val="000000"/>
          <w:sz w:val="24"/>
          <w:lang w:val="ru-RU"/>
        </w:rPr>
        <w:t xml:space="preserve"> </w:t>
      </w:r>
    </w:p>
    <w:p w14:paraId="14B37FFB" w14:textId="77777777" w:rsidR="00827F0A" w:rsidRPr="00827F0A" w:rsidRDefault="00827F0A" w:rsidP="00827F0A">
      <w:pPr>
        <w:rPr>
          <w:lang w:val="ru-RU"/>
        </w:rPr>
        <w:sectPr w:rsidR="00827F0A" w:rsidRPr="00827F0A">
          <w:pgSz w:w="11900" w:h="16840"/>
          <w:pgMar w:top="298" w:right="650" w:bottom="290" w:left="666" w:header="720" w:footer="720" w:gutter="0"/>
          <w:cols w:space="720" w:equalWidth="0">
            <w:col w:w="10584" w:space="0"/>
          </w:cols>
          <w:docGrid w:linePitch="360"/>
        </w:sectPr>
      </w:pPr>
    </w:p>
    <w:p w14:paraId="45417515" w14:textId="77777777" w:rsidR="00827F0A" w:rsidRPr="00827F0A" w:rsidRDefault="00827F0A" w:rsidP="00827F0A">
      <w:pPr>
        <w:autoSpaceDE w:val="0"/>
        <w:autoSpaceDN w:val="0"/>
        <w:spacing w:after="96" w:line="220" w:lineRule="exact"/>
        <w:rPr>
          <w:lang w:val="ru-RU"/>
        </w:rPr>
      </w:pPr>
    </w:p>
    <w:p w14:paraId="7B35899B" w14:textId="77777777" w:rsidR="00827F0A" w:rsidRPr="00827F0A" w:rsidRDefault="00827F0A" w:rsidP="00827F0A">
      <w:pPr>
        <w:autoSpaceDE w:val="0"/>
        <w:autoSpaceDN w:val="0"/>
        <w:spacing w:after="0" w:line="283" w:lineRule="auto"/>
        <w:rPr>
          <w:lang w:val="ru-RU"/>
        </w:rPr>
      </w:pPr>
      <w:r w:rsidRPr="00827F0A">
        <w:rPr>
          <w:rFonts w:ascii="Times New Roman" w:eastAsia="Times New Roman" w:hAnsi="Times New Roman"/>
          <w:color w:val="000000"/>
          <w:sz w:val="24"/>
          <w:lang w:val="ru-RU"/>
        </w:rPr>
        <w:t xml:space="preserve">Виртуальный каталог икон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wco</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icons</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travellinks</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Virtual</w:t>
      </w:r>
      <w:r w:rsidRPr="00827F0A">
        <w:rPr>
          <w:rFonts w:ascii="Times New Roman" w:eastAsia="Times New Roman" w:hAnsi="Times New Roman"/>
          <w:color w:val="000000"/>
          <w:sz w:val="24"/>
          <w:lang w:val="ru-RU"/>
        </w:rPr>
        <w:t>_</w:t>
      </w:r>
      <w:r>
        <w:rPr>
          <w:rFonts w:ascii="Times New Roman" w:eastAsia="Times New Roman" w:hAnsi="Times New Roman"/>
          <w:color w:val="000000"/>
          <w:sz w:val="24"/>
        </w:rPr>
        <w:t>journey</w:t>
      </w:r>
      <w:r w:rsidRPr="00827F0A">
        <w:rPr>
          <w:rFonts w:ascii="Times New Roman" w:eastAsia="Times New Roman" w:hAnsi="Times New Roman"/>
          <w:color w:val="000000"/>
          <w:sz w:val="24"/>
          <w:lang w:val="ru-RU"/>
        </w:rPr>
        <w:t xml:space="preserve"> Галерея произведений изобразительного искусства, сгруппированных по эпохам и стилям Государственный музей изобразительных искусств им. А.С. Пушкина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visaginart</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narod</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museum</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gmii</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Официальный сайт Третьяковской галереи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tretyakov</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Официальный сайт Эрмитажа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hermitagemuseum</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org</w:t>
      </w:r>
      <w:r w:rsidRPr="00827F0A">
        <w:rPr>
          <w:rFonts w:ascii="Times New Roman" w:eastAsia="Times New Roman" w:hAnsi="Times New Roman"/>
          <w:color w:val="000000"/>
          <w:sz w:val="24"/>
          <w:lang w:val="ru-RU"/>
        </w:rPr>
        <w:t xml:space="preserve"> </w:t>
      </w:r>
      <w:r w:rsidRPr="00827F0A">
        <w:rPr>
          <w:lang w:val="ru-RU"/>
        </w:rPr>
        <w:br/>
      </w:r>
      <w:r w:rsidRPr="00827F0A">
        <w:rPr>
          <w:rFonts w:ascii="Times New Roman" w:eastAsia="Times New Roman" w:hAnsi="Times New Roman"/>
          <w:color w:val="000000"/>
          <w:sz w:val="24"/>
          <w:lang w:val="ru-RU"/>
        </w:rPr>
        <w:t xml:space="preserve">Сборник галерей живописи русских художников и художников </w:t>
      </w:r>
      <w:r>
        <w:rPr>
          <w:rFonts w:ascii="Times New Roman" w:eastAsia="Times New Roman" w:hAnsi="Times New Roman"/>
          <w:color w:val="000000"/>
          <w:sz w:val="24"/>
        </w:rPr>
        <w:t>XX</w:t>
      </w:r>
      <w:r w:rsidRPr="00827F0A">
        <w:rPr>
          <w:rFonts w:ascii="Times New Roman" w:eastAsia="Times New Roman" w:hAnsi="Times New Roman"/>
          <w:color w:val="000000"/>
          <w:sz w:val="24"/>
          <w:lang w:val="ru-RU"/>
        </w:rPr>
        <w:t xml:space="preserve"> века </w:t>
      </w:r>
      <w:r>
        <w:rPr>
          <w:rFonts w:ascii="Times New Roman" w:eastAsia="Times New Roman" w:hAnsi="Times New Roman"/>
          <w:color w:val="000000"/>
          <w:sz w:val="24"/>
        </w:rPr>
        <w:t>http</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artlib</w:t>
      </w:r>
      <w:r w:rsidRPr="00827F0A">
        <w:rPr>
          <w:rFonts w:ascii="Times New Roman" w:eastAsia="Times New Roman" w:hAnsi="Times New Roman"/>
          <w:color w:val="000000"/>
          <w:sz w:val="24"/>
          <w:lang w:val="ru-RU"/>
        </w:rPr>
        <w:t>.</w:t>
      </w:r>
      <w:r>
        <w:rPr>
          <w:rFonts w:ascii="Times New Roman" w:eastAsia="Times New Roman" w:hAnsi="Times New Roman"/>
          <w:color w:val="000000"/>
          <w:sz w:val="24"/>
        </w:rPr>
        <w:t>ru</w:t>
      </w:r>
    </w:p>
    <w:p w14:paraId="03559068" w14:textId="77777777" w:rsidR="00E370B1" w:rsidRPr="005F2B85" w:rsidRDefault="00E370B1">
      <w:pPr>
        <w:autoSpaceDE w:val="0"/>
        <w:autoSpaceDN w:val="0"/>
        <w:spacing w:before="168" w:after="0" w:line="271" w:lineRule="auto"/>
        <w:ind w:right="8496"/>
        <w:rPr>
          <w:lang w:val="ru-RU"/>
        </w:rPr>
      </w:pPr>
    </w:p>
    <w:p w14:paraId="7769819B" w14:textId="77777777" w:rsidR="00083BFC" w:rsidRPr="005F2B85" w:rsidRDefault="00083BFC">
      <w:pPr>
        <w:autoSpaceDE w:val="0"/>
        <w:autoSpaceDN w:val="0"/>
        <w:spacing w:after="78" w:line="220" w:lineRule="exact"/>
        <w:rPr>
          <w:lang w:val="ru-RU"/>
        </w:rPr>
      </w:pPr>
    </w:p>
    <w:p w14:paraId="259E1F75" w14:textId="26B584DD" w:rsidR="00083BFC" w:rsidRPr="005F2B85" w:rsidRDefault="00BB7497">
      <w:pPr>
        <w:autoSpaceDE w:val="0"/>
        <w:autoSpaceDN w:val="0"/>
        <w:spacing w:after="0" w:line="230" w:lineRule="auto"/>
        <w:rPr>
          <w:lang w:val="ru-RU"/>
        </w:rPr>
      </w:pPr>
      <w:r>
        <w:rPr>
          <w:rFonts w:ascii="Times New Roman" w:eastAsia="Times New Roman" w:hAnsi="Times New Roman"/>
          <w:b/>
          <w:color w:val="000000"/>
          <w:sz w:val="24"/>
        </w:rPr>
        <w:t>VI</w:t>
      </w:r>
      <w:r w:rsidR="003E10B7" w:rsidRPr="003E10B7">
        <w:rPr>
          <w:rFonts w:ascii="Times New Roman" w:eastAsia="Times New Roman" w:hAnsi="Times New Roman"/>
          <w:b/>
          <w:color w:val="000000"/>
          <w:sz w:val="24"/>
          <w:lang w:val="ru-RU"/>
        </w:rPr>
        <w:t xml:space="preserve">. </w:t>
      </w:r>
      <w:r w:rsidR="0045250B" w:rsidRPr="005F2B85">
        <w:rPr>
          <w:rFonts w:ascii="Times New Roman" w:eastAsia="Times New Roman" w:hAnsi="Times New Roman"/>
          <w:b/>
          <w:color w:val="000000"/>
          <w:sz w:val="24"/>
          <w:lang w:val="ru-RU"/>
        </w:rPr>
        <w:t>МАТЕРИАЛЬНО-ТЕХНИЧЕСКОЕ ОБЕСПЕЧЕНИЕ ОБРАЗОВАТЕЛЬНОГО ПРОЦЕССА</w:t>
      </w:r>
    </w:p>
    <w:p w14:paraId="3E2980A1" w14:textId="77777777" w:rsidR="00083BFC" w:rsidRPr="005F2B85" w:rsidRDefault="0045250B">
      <w:pPr>
        <w:autoSpaceDE w:val="0"/>
        <w:autoSpaceDN w:val="0"/>
        <w:spacing w:before="346" w:after="0" w:line="230" w:lineRule="auto"/>
        <w:rPr>
          <w:lang w:val="ru-RU"/>
        </w:rPr>
      </w:pPr>
      <w:r w:rsidRPr="005F2B85">
        <w:rPr>
          <w:rFonts w:ascii="Times New Roman" w:eastAsia="Times New Roman" w:hAnsi="Times New Roman"/>
          <w:b/>
          <w:color w:val="000000"/>
          <w:sz w:val="24"/>
          <w:lang w:val="ru-RU"/>
        </w:rPr>
        <w:t>УЧЕБНОЕ ОБОРУДОВАНИЕ</w:t>
      </w:r>
    </w:p>
    <w:p w14:paraId="59387202" w14:textId="7F9FA8B1" w:rsidR="00083BFC" w:rsidRDefault="0045250B">
      <w:pPr>
        <w:autoSpaceDE w:val="0"/>
        <w:autoSpaceDN w:val="0"/>
        <w:spacing w:before="166" w:after="0" w:line="271" w:lineRule="auto"/>
        <w:ind w:right="432"/>
        <w:rPr>
          <w:rFonts w:ascii="Times New Roman" w:eastAsia="Times New Roman" w:hAnsi="Times New Roman"/>
          <w:color w:val="000000"/>
          <w:sz w:val="24"/>
          <w:lang w:val="ru-RU"/>
        </w:rPr>
      </w:pPr>
      <w:r w:rsidRPr="005F2B85">
        <w:rPr>
          <w:rFonts w:ascii="Times New Roman" w:eastAsia="Times New Roman" w:hAnsi="Times New Roman"/>
          <w:color w:val="000000"/>
          <w:sz w:val="24"/>
          <w:lang w:val="ru-RU"/>
        </w:rPr>
        <w:t xml:space="preserve">Таблицы к основным разделам грамматического материала, содержащегося в программе Наборы сюжетных (предметных) картинок в соответствии с </w:t>
      </w:r>
      <w:r w:rsidRPr="005F2B85">
        <w:rPr>
          <w:lang w:val="ru-RU"/>
        </w:rPr>
        <w:br/>
      </w:r>
      <w:r w:rsidRPr="005F2B85">
        <w:rPr>
          <w:rFonts w:ascii="Times New Roman" w:eastAsia="Times New Roman" w:hAnsi="Times New Roman"/>
          <w:color w:val="000000"/>
          <w:sz w:val="24"/>
          <w:lang w:val="ru-RU"/>
        </w:rPr>
        <w:t>тематикой</w:t>
      </w:r>
    </w:p>
    <w:p w14:paraId="2F3C04EA" w14:textId="77777777" w:rsidR="00827F0A" w:rsidRPr="001F5268" w:rsidRDefault="00827F0A" w:rsidP="00827F0A">
      <w:pPr>
        <w:autoSpaceDE w:val="0"/>
        <w:autoSpaceDN w:val="0"/>
        <w:spacing w:before="166" w:after="0" w:line="288" w:lineRule="auto"/>
        <w:ind w:right="1152"/>
        <w:rPr>
          <w:lang w:val="ru-RU"/>
        </w:rPr>
      </w:pPr>
      <w:r w:rsidRPr="001F5268">
        <w:rPr>
          <w:rFonts w:ascii="Times New Roman" w:eastAsia="Times New Roman" w:hAnsi="Times New Roman"/>
          <w:color w:val="000000"/>
          <w:sz w:val="24"/>
          <w:lang w:val="ru-RU"/>
        </w:rPr>
        <w:t xml:space="preserve">Муляжи предметов (ваза, фрукты, овощи, животные) </w:t>
      </w:r>
      <w:r w:rsidRPr="001F5268">
        <w:rPr>
          <w:lang w:val="ru-RU"/>
        </w:rPr>
        <w:br/>
      </w:r>
      <w:r w:rsidRPr="001F5268">
        <w:rPr>
          <w:rFonts w:ascii="Times New Roman" w:eastAsia="Times New Roman" w:hAnsi="Times New Roman"/>
          <w:color w:val="000000"/>
          <w:sz w:val="24"/>
          <w:lang w:val="ru-RU"/>
        </w:rPr>
        <w:t>Демонстрационные учебные таблицы для начальной школы</w:t>
      </w:r>
    </w:p>
    <w:p w14:paraId="219B2ABB" w14:textId="77777777" w:rsidR="00827F0A" w:rsidRPr="00827F0A" w:rsidRDefault="00827F0A" w:rsidP="00827F0A">
      <w:pPr>
        <w:autoSpaceDE w:val="0"/>
        <w:autoSpaceDN w:val="0"/>
        <w:spacing w:before="166" w:after="0" w:line="286" w:lineRule="auto"/>
        <w:ind w:right="6624"/>
        <w:rPr>
          <w:lang w:val="ru-RU"/>
        </w:rPr>
      </w:pPr>
      <w:r w:rsidRPr="00827F0A">
        <w:rPr>
          <w:rFonts w:ascii="Times New Roman" w:eastAsia="Times New Roman" w:hAnsi="Times New Roman"/>
          <w:color w:val="000000"/>
          <w:sz w:val="24"/>
          <w:lang w:val="ru-RU"/>
        </w:rPr>
        <w:t xml:space="preserve">Набор средств для рисования: </w:t>
      </w:r>
      <w:r w:rsidRPr="00827F0A">
        <w:rPr>
          <w:lang w:val="ru-RU"/>
        </w:rPr>
        <w:br/>
      </w:r>
      <w:r w:rsidRPr="00827F0A">
        <w:rPr>
          <w:rFonts w:ascii="Times New Roman" w:eastAsia="Times New Roman" w:hAnsi="Times New Roman"/>
          <w:color w:val="000000"/>
          <w:sz w:val="24"/>
          <w:lang w:val="ru-RU"/>
        </w:rPr>
        <w:t xml:space="preserve">1. Альбом </w:t>
      </w:r>
      <w:r w:rsidRPr="00827F0A">
        <w:rPr>
          <w:lang w:val="ru-RU"/>
        </w:rPr>
        <w:br/>
      </w:r>
      <w:r w:rsidRPr="00827F0A">
        <w:rPr>
          <w:rFonts w:ascii="Times New Roman" w:eastAsia="Times New Roman" w:hAnsi="Times New Roman"/>
          <w:color w:val="000000"/>
          <w:sz w:val="24"/>
          <w:lang w:val="ru-RU"/>
        </w:rPr>
        <w:t xml:space="preserve">2. Кисточки </w:t>
      </w:r>
      <w:r w:rsidRPr="00827F0A">
        <w:rPr>
          <w:lang w:val="ru-RU"/>
        </w:rPr>
        <w:br/>
      </w:r>
      <w:r w:rsidRPr="00827F0A">
        <w:rPr>
          <w:rFonts w:ascii="Times New Roman" w:eastAsia="Times New Roman" w:hAnsi="Times New Roman"/>
          <w:color w:val="000000"/>
          <w:sz w:val="24"/>
          <w:lang w:val="ru-RU"/>
        </w:rPr>
        <w:t>3. Краски, гуашь, цветные карандаши.</w:t>
      </w:r>
    </w:p>
    <w:p w14:paraId="2B177BB3" w14:textId="77777777" w:rsidR="00827F0A" w:rsidRPr="005F2B85" w:rsidRDefault="00827F0A">
      <w:pPr>
        <w:autoSpaceDE w:val="0"/>
        <w:autoSpaceDN w:val="0"/>
        <w:spacing w:before="166" w:after="0" w:line="271" w:lineRule="auto"/>
        <w:ind w:right="432"/>
        <w:rPr>
          <w:lang w:val="ru-RU"/>
        </w:rPr>
      </w:pPr>
    </w:p>
    <w:p w14:paraId="657AA88A" w14:textId="77777777" w:rsidR="00083BFC" w:rsidRPr="005F2B85" w:rsidRDefault="0045250B">
      <w:pPr>
        <w:autoSpaceDE w:val="0"/>
        <w:autoSpaceDN w:val="0"/>
        <w:spacing w:before="262" w:after="0" w:line="230" w:lineRule="auto"/>
        <w:rPr>
          <w:lang w:val="ru-RU"/>
        </w:rPr>
      </w:pPr>
      <w:r w:rsidRPr="005F2B85">
        <w:rPr>
          <w:rFonts w:ascii="Times New Roman" w:eastAsia="Times New Roman" w:hAnsi="Times New Roman"/>
          <w:b/>
          <w:color w:val="000000"/>
          <w:sz w:val="24"/>
          <w:lang w:val="ru-RU"/>
        </w:rPr>
        <w:t>ОБОРУДОВАНИЕ ДЛЯ ПРОВЕДЕНИЯ ПРАКТИЧЕСКИХ РАБОТ</w:t>
      </w:r>
    </w:p>
    <w:p w14:paraId="2DA0B2F7" w14:textId="77777777" w:rsidR="00083BFC" w:rsidRPr="005F2B85" w:rsidRDefault="0045250B">
      <w:pPr>
        <w:autoSpaceDE w:val="0"/>
        <w:autoSpaceDN w:val="0"/>
        <w:spacing w:before="166" w:after="0" w:line="230" w:lineRule="auto"/>
        <w:rPr>
          <w:lang w:val="ru-RU"/>
        </w:rPr>
      </w:pPr>
      <w:r w:rsidRPr="005F2B85">
        <w:rPr>
          <w:rFonts w:ascii="Times New Roman" w:eastAsia="Times New Roman" w:hAnsi="Times New Roman"/>
          <w:color w:val="000000"/>
          <w:sz w:val="24"/>
          <w:lang w:val="ru-RU"/>
        </w:rPr>
        <w:t>1. Классная магнитная доска.</w:t>
      </w:r>
    </w:p>
    <w:p w14:paraId="08FE78BD" w14:textId="77777777" w:rsidR="00083BFC" w:rsidRPr="005F2B85" w:rsidRDefault="0045250B">
      <w:pPr>
        <w:autoSpaceDE w:val="0"/>
        <w:autoSpaceDN w:val="0"/>
        <w:spacing w:before="70" w:after="0" w:line="230" w:lineRule="auto"/>
        <w:rPr>
          <w:lang w:val="ru-RU"/>
        </w:rPr>
      </w:pPr>
      <w:r w:rsidRPr="005F2B85">
        <w:rPr>
          <w:rFonts w:ascii="Times New Roman" w:eastAsia="Times New Roman" w:hAnsi="Times New Roman"/>
          <w:color w:val="000000"/>
          <w:sz w:val="24"/>
          <w:lang w:val="ru-RU"/>
        </w:rPr>
        <w:t>2. Настенная доска с приспособлением для крепления картинок.</w:t>
      </w:r>
    </w:p>
    <w:p w14:paraId="256A9752" w14:textId="77777777" w:rsidR="00083BFC" w:rsidRDefault="0045250B">
      <w:pPr>
        <w:autoSpaceDE w:val="0"/>
        <w:autoSpaceDN w:val="0"/>
        <w:spacing w:before="72" w:after="0" w:line="262" w:lineRule="auto"/>
        <w:ind w:right="9072"/>
      </w:pPr>
      <w:r>
        <w:rPr>
          <w:rFonts w:ascii="Times New Roman" w:eastAsia="Times New Roman" w:hAnsi="Times New Roman"/>
          <w:color w:val="000000"/>
          <w:sz w:val="24"/>
        </w:rPr>
        <w:t xml:space="preserve">3. Колонки </w:t>
      </w:r>
      <w:r>
        <w:br/>
      </w:r>
      <w:r>
        <w:rPr>
          <w:rFonts w:ascii="Times New Roman" w:eastAsia="Times New Roman" w:hAnsi="Times New Roman"/>
          <w:color w:val="000000"/>
          <w:sz w:val="24"/>
        </w:rPr>
        <w:t>4. Компьютер</w:t>
      </w:r>
    </w:p>
    <w:p w14:paraId="053BE229" w14:textId="77777777" w:rsidR="00083BFC" w:rsidRDefault="00083BFC">
      <w:pPr>
        <w:sectPr w:rsidR="00083BFC" w:rsidSect="003E10B7">
          <w:pgSz w:w="11900" w:h="16840"/>
          <w:pgMar w:top="709" w:right="650" w:bottom="1440" w:left="666" w:header="720" w:footer="720" w:gutter="0"/>
          <w:cols w:space="720" w:equalWidth="0">
            <w:col w:w="10584" w:space="0"/>
          </w:cols>
          <w:docGrid w:linePitch="360"/>
        </w:sectPr>
      </w:pPr>
    </w:p>
    <w:p w14:paraId="775C44B1" w14:textId="77777777" w:rsidR="002E01A5" w:rsidRDefault="002E01A5" w:rsidP="00E370B1"/>
    <w:sectPr w:rsidR="002E01A5" w:rsidSect="00034616">
      <w:pgSz w:w="11900" w:h="16840"/>
      <w:pgMar w:top="1440" w:right="1440" w:bottom="1440" w:left="1440" w:header="720" w:footer="720" w:gutter="0"/>
      <w:cols w:space="720" w:equalWidth="0">
        <w:col w:w="10584" w:space="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49E70" w14:textId="77777777" w:rsidR="003945FA" w:rsidRDefault="003945FA" w:rsidP="006518B0">
      <w:pPr>
        <w:spacing w:after="0" w:line="240" w:lineRule="auto"/>
      </w:pPr>
      <w:r>
        <w:separator/>
      </w:r>
    </w:p>
  </w:endnote>
  <w:endnote w:type="continuationSeparator" w:id="0">
    <w:p w14:paraId="70CB8BEF" w14:textId="77777777" w:rsidR="003945FA" w:rsidRDefault="003945FA" w:rsidP="00651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4D074" w14:textId="77777777" w:rsidR="003945FA" w:rsidRDefault="003945FA" w:rsidP="006518B0">
      <w:pPr>
        <w:spacing w:after="0" w:line="240" w:lineRule="auto"/>
      </w:pPr>
      <w:r>
        <w:separator/>
      </w:r>
    </w:p>
  </w:footnote>
  <w:footnote w:type="continuationSeparator" w:id="0">
    <w:p w14:paraId="6AF8CE80" w14:textId="77777777" w:rsidR="003945FA" w:rsidRDefault="003945FA" w:rsidP="00651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241443"/>
      <w:docPartObj>
        <w:docPartGallery w:val="Page Numbers (Top of Page)"/>
        <w:docPartUnique/>
      </w:docPartObj>
    </w:sdtPr>
    <w:sdtEndPr/>
    <w:sdtContent>
      <w:p w14:paraId="31714A78" w14:textId="0A68CCF9" w:rsidR="002F3886" w:rsidRDefault="002F3886">
        <w:pPr>
          <w:pStyle w:val="a5"/>
          <w:jc w:val="center"/>
        </w:pPr>
        <w:r>
          <w:fldChar w:fldCharType="begin"/>
        </w:r>
        <w:r>
          <w:instrText>PAGE   \* MERGEFORMAT</w:instrText>
        </w:r>
        <w:r>
          <w:fldChar w:fldCharType="separate"/>
        </w:r>
        <w:r w:rsidR="00A9027C" w:rsidRPr="00A9027C">
          <w:rPr>
            <w:noProof/>
            <w:lang w:val="ru-RU"/>
          </w:rPr>
          <w:t>2</w:t>
        </w:r>
        <w:r>
          <w:fldChar w:fldCharType="end"/>
        </w:r>
      </w:p>
    </w:sdtContent>
  </w:sdt>
  <w:p w14:paraId="23CABE66" w14:textId="77777777" w:rsidR="002F3886" w:rsidRDefault="002F3886">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8F67C2A"/>
    <w:multiLevelType w:val="hybridMultilevel"/>
    <w:tmpl w:val="110EA104"/>
    <w:lvl w:ilvl="0" w:tplc="2D625924">
      <w:start w:val="1"/>
      <w:numFmt w:val="decimal"/>
      <w:lvlText w:val="%1."/>
      <w:lvlJc w:val="left"/>
      <w:pPr>
        <w:ind w:left="720" w:hanging="360"/>
      </w:pPr>
      <w:rPr>
        <w:rFonts w:ascii="Times New Roman" w:eastAsia="Times New Roman" w:hAnsi="Times New Roman"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4332AC"/>
    <w:multiLevelType w:val="hybridMultilevel"/>
    <w:tmpl w:val="E0C0E8E0"/>
    <w:lvl w:ilvl="0" w:tplc="EFAEACB2">
      <w:start w:val="1"/>
      <w:numFmt w:val="bullet"/>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11" w15:restartNumberingAfterBreak="0">
    <w:nsid w:val="29C362A1"/>
    <w:multiLevelType w:val="hybridMultilevel"/>
    <w:tmpl w:val="0AC43D16"/>
    <w:lvl w:ilvl="0" w:tplc="EFAEACB2">
      <w:start w:val="1"/>
      <w:numFmt w:val="bullet"/>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12" w15:restartNumberingAfterBreak="0">
    <w:nsid w:val="34EF7FB6"/>
    <w:multiLevelType w:val="hybridMultilevel"/>
    <w:tmpl w:val="7F485500"/>
    <w:lvl w:ilvl="0" w:tplc="6ABAFCE2">
      <w:numFmt w:val="bullet"/>
      <w:lvlText w:val=""/>
      <w:lvlJc w:val="left"/>
      <w:pPr>
        <w:ind w:left="712"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lang w:val="ru-RU" w:eastAsia="en-US" w:bidi="ar-SA"/>
      </w:rPr>
    </w:lvl>
    <w:lvl w:ilvl="2" w:tplc="C3AC2EB2">
      <w:numFmt w:val="bullet"/>
      <w:lvlText w:val="•"/>
      <w:lvlJc w:val="left"/>
      <w:pPr>
        <w:ind w:left="2131" w:hanging="286"/>
      </w:pPr>
      <w:rPr>
        <w:lang w:val="ru-RU" w:eastAsia="en-US" w:bidi="ar-SA"/>
      </w:rPr>
    </w:lvl>
    <w:lvl w:ilvl="3" w:tplc="BD3668AE">
      <w:numFmt w:val="bullet"/>
      <w:lvlText w:val="•"/>
      <w:lvlJc w:val="left"/>
      <w:pPr>
        <w:ind w:left="3087" w:hanging="286"/>
      </w:pPr>
      <w:rPr>
        <w:lang w:val="ru-RU" w:eastAsia="en-US" w:bidi="ar-SA"/>
      </w:rPr>
    </w:lvl>
    <w:lvl w:ilvl="4" w:tplc="6A00E04C">
      <w:numFmt w:val="bullet"/>
      <w:lvlText w:val="•"/>
      <w:lvlJc w:val="left"/>
      <w:pPr>
        <w:ind w:left="4043" w:hanging="286"/>
      </w:pPr>
      <w:rPr>
        <w:lang w:val="ru-RU" w:eastAsia="en-US" w:bidi="ar-SA"/>
      </w:rPr>
    </w:lvl>
    <w:lvl w:ilvl="5" w:tplc="8676DBE4">
      <w:numFmt w:val="bullet"/>
      <w:lvlText w:val="•"/>
      <w:lvlJc w:val="left"/>
      <w:pPr>
        <w:ind w:left="4999" w:hanging="286"/>
      </w:pPr>
      <w:rPr>
        <w:lang w:val="ru-RU" w:eastAsia="en-US" w:bidi="ar-SA"/>
      </w:rPr>
    </w:lvl>
    <w:lvl w:ilvl="6" w:tplc="7B3ABF84">
      <w:numFmt w:val="bullet"/>
      <w:lvlText w:val="•"/>
      <w:lvlJc w:val="left"/>
      <w:pPr>
        <w:ind w:left="5955" w:hanging="286"/>
      </w:pPr>
      <w:rPr>
        <w:lang w:val="ru-RU" w:eastAsia="en-US" w:bidi="ar-SA"/>
      </w:rPr>
    </w:lvl>
    <w:lvl w:ilvl="7" w:tplc="C5B0910A">
      <w:numFmt w:val="bullet"/>
      <w:lvlText w:val="•"/>
      <w:lvlJc w:val="left"/>
      <w:pPr>
        <w:ind w:left="6911" w:hanging="286"/>
      </w:pPr>
      <w:rPr>
        <w:lang w:val="ru-RU" w:eastAsia="en-US" w:bidi="ar-SA"/>
      </w:rPr>
    </w:lvl>
    <w:lvl w:ilvl="8" w:tplc="C70C8AF8">
      <w:numFmt w:val="bullet"/>
      <w:lvlText w:val="•"/>
      <w:lvlJc w:val="left"/>
      <w:pPr>
        <w:ind w:left="7867" w:hanging="286"/>
      </w:pPr>
      <w:rPr>
        <w:lang w:val="ru-RU" w:eastAsia="en-US" w:bidi="ar-SA"/>
      </w:rPr>
    </w:lvl>
  </w:abstractNum>
  <w:abstractNum w:abstractNumId="13" w15:restartNumberingAfterBreak="0">
    <w:nsid w:val="3B51426F"/>
    <w:multiLevelType w:val="hybridMultilevel"/>
    <w:tmpl w:val="B17A3696"/>
    <w:lvl w:ilvl="0" w:tplc="EFAEACB2">
      <w:start w:val="1"/>
      <w:numFmt w:val="bullet"/>
      <w:lvlText w:val=""/>
      <w:lvlJc w:val="left"/>
      <w:pPr>
        <w:ind w:left="502" w:hanging="360"/>
      </w:pPr>
      <w:rPr>
        <w:rFonts w:ascii="Symbol" w:hAnsi="Symbol" w:hint="default"/>
        <w:sz w:val="24"/>
        <w:szCs w:val="24"/>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4" w15:restartNumberingAfterBreak="0">
    <w:nsid w:val="4AA72E4B"/>
    <w:multiLevelType w:val="hybridMultilevel"/>
    <w:tmpl w:val="5AB075D0"/>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B2C6FD2"/>
    <w:multiLevelType w:val="hybridMultilevel"/>
    <w:tmpl w:val="A0F46386"/>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CAB5F3F"/>
    <w:multiLevelType w:val="hybridMultilevel"/>
    <w:tmpl w:val="79D8D6C0"/>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3097E6B"/>
    <w:multiLevelType w:val="hybridMultilevel"/>
    <w:tmpl w:val="68B08FEE"/>
    <w:lvl w:ilvl="0" w:tplc="9D30E15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8" w15:restartNumberingAfterBreak="0">
    <w:nsid w:val="7A987D7C"/>
    <w:multiLevelType w:val="hybridMultilevel"/>
    <w:tmpl w:val="B03451F8"/>
    <w:lvl w:ilvl="0" w:tplc="264EDA6A">
      <w:start w:val="1"/>
      <w:numFmt w:val="upperRoman"/>
      <w:lvlText w:val="%1."/>
      <w:lvlJc w:val="left"/>
      <w:pPr>
        <w:ind w:left="1080" w:hanging="720"/>
      </w:pPr>
      <w:rPr>
        <w:rFonts w:ascii="Times New Roman" w:eastAsia="Times New Roman" w:hAnsi="Times New Roman"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6"/>
  </w:num>
  <w:num w:numId="12">
    <w:abstractNumId w:val="10"/>
  </w:num>
  <w:num w:numId="13">
    <w:abstractNumId w:val="14"/>
  </w:num>
  <w:num w:numId="14">
    <w:abstractNumId w:val="13"/>
  </w:num>
  <w:num w:numId="15">
    <w:abstractNumId w:val="12"/>
  </w:num>
  <w:num w:numId="16">
    <w:abstractNumId w:val="15"/>
  </w:num>
  <w:num w:numId="17">
    <w:abstractNumId w:val="18"/>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83BFC"/>
    <w:rsid w:val="00121DCE"/>
    <w:rsid w:val="0015074B"/>
    <w:rsid w:val="002420E3"/>
    <w:rsid w:val="0029639D"/>
    <w:rsid w:val="002E01A5"/>
    <w:rsid w:val="002F3886"/>
    <w:rsid w:val="00326F90"/>
    <w:rsid w:val="00354FC7"/>
    <w:rsid w:val="00356478"/>
    <w:rsid w:val="003945FA"/>
    <w:rsid w:val="003E10B7"/>
    <w:rsid w:val="0045250B"/>
    <w:rsid w:val="004D788B"/>
    <w:rsid w:val="00516343"/>
    <w:rsid w:val="0055760F"/>
    <w:rsid w:val="005F2B85"/>
    <w:rsid w:val="0063404C"/>
    <w:rsid w:val="00635FB6"/>
    <w:rsid w:val="006518B0"/>
    <w:rsid w:val="007323C9"/>
    <w:rsid w:val="00735AC8"/>
    <w:rsid w:val="007E6504"/>
    <w:rsid w:val="00827F0A"/>
    <w:rsid w:val="00841D40"/>
    <w:rsid w:val="00851803"/>
    <w:rsid w:val="00925137"/>
    <w:rsid w:val="00A34AAE"/>
    <w:rsid w:val="00A9027C"/>
    <w:rsid w:val="00AA0711"/>
    <w:rsid w:val="00AA1D8D"/>
    <w:rsid w:val="00B47730"/>
    <w:rsid w:val="00BA3463"/>
    <w:rsid w:val="00BB7497"/>
    <w:rsid w:val="00BF14AB"/>
    <w:rsid w:val="00C23CAF"/>
    <w:rsid w:val="00CB0664"/>
    <w:rsid w:val="00E370B1"/>
    <w:rsid w:val="00E7610E"/>
    <w:rsid w:val="00EE2DD6"/>
    <w:rsid w:val="00F671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8A582D3-E4AA-4F90-A697-925A3A30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Основной текст Знак"/>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2"/>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7">
    <w:name w:val="Strong"/>
    <w:basedOn w:val="a2"/>
    <w:uiPriority w:val="22"/>
    <w:qFormat/>
    <w:rsid w:val="00FC693F"/>
    <w:rPr>
      <w:b/>
      <w:bCs/>
    </w:rPr>
  </w:style>
  <w:style w:type="character" w:styleId="af8">
    <w:name w:val="Emphasis"/>
    <w:basedOn w:val="a2"/>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afc">
    <w:name w:val="Intense Emphasis"/>
    <w:basedOn w:val="a2"/>
    <w:uiPriority w:val="21"/>
    <w:qFormat/>
    <w:rsid w:val="00FC693F"/>
    <w:rPr>
      <w:b/>
      <w:bCs/>
      <w:i/>
      <w:iCs/>
      <w:color w:val="4F81BD" w:themeColor="accent1"/>
    </w:rPr>
  </w:style>
  <w:style w:type="character" w:styleId="afd">
    <w:name w:val="Subtle Reference"/>
    <w:basedOn w:val="a2"/>
    <w:uiPriority w:val="31"/>
    <w:qFormat/>
    <w:rsid w:val="00FC693F"/>
    <w:rPr>
      <w:smallCaps/>
      <w:color w:val="C0504D" w:themeColor="accent2"/>
      <w:u w:val="single"/>
    </w:rPr>
  </w:style>
  <w:style w:type="character" w:styleId="afe">
    <w:name w:val="Intense Reference"/>
    <w:basedOn w:val="a2"/>
    <w:uiPriority w:val="32"/>
    <w:qFormat/>
    <w:rsid w:val="00FC693F"/>
    <w:rPr>
      <w:b/>
      <w:bCs/>
      <w:smallCaps/>
      <w:color w:val="C0504D" w:themeColor="accent2"/>
      <w:spacing w:val="5"/>
      <w:u w:val="single"/>
    </w:rPr>
  </w:style>
  <w:style w:type="character" w:styleId="aff">
    <w:name w:val="Book Title"/>
    <w:basedOn w:val="a2"/>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Paragraph">
    <w:name w:val="Table Paragraph"/>
    <w:basedOn w:val="a1"/>
    <w:uiPriority w:val="1"/>
    <w:qFormat/>
    <w:rsid w:val="004D788B"/>
    <w:pPr>
      <w:widowControl w:val="0"/>
      <w:autoSpaceDE w:val="0"/>
      <w:autoSpaceDN w:val="0"/>
      <w:spacing w:after="0" w:line="240" w:lineRule="auto"/>
      <w:ind w:left="107"/>
    </w:pPr>
    <w:rPr>
      <w:rFonts w:ascii="Times New Roman" w:eastAsia="Times New Roman" w:hAnsi="Times New Roman" w:cs="Times New Roman"/>
      <w:lang w:val="ru-RU"/>
    </w:rPr>
  </w:style>
  <w:style w:type="character" w:customStyle="1" w:styleId="af">
    <w:name w:val="Абзац списка Знак"/>
    <w:link w:val="ae"/>
    <w:uiPriority w:val="34"/>
    <w:qFormat/>
    <w:locked/>
    <w:rsid w:val="004D788B"/>
  </w:style>
  <w:style w:type="character" w:customStyle="1" w:styleId="CharAttribute501">
    <w:name w:val="CharAttribute501"/>
    <w:uiPriority w:val="99"/>
    <w:qFormat/>
    <w:rsid w:val="004D788B"/>
    <w:rPr>
      <w:rFonts w:ascii="Times New Roman" w:eastAsia="Times New Roman" w:hAnsi="Times New Roman" w:cs="Times New Roman" w:hint="default"/>
      <w:i/>
      <w:iCs w:val="0"/>
      <w:sz w:val="28"/>
      <w:u w:val="single"/>
    </w:rPr>
  </w:style>
  <w:style w:type="character" w:customStyle="1" w:styleId="CharAttribute512">
    <w:name w:val="CharAttribute512"/>
    <w:rsid w:val="004D788B"/>
    <w:rPr>
      <w:rFonts w:ascii="Times New Roman" w:eastAsia="Times New Roman" w:hAnsi="Times New Roman" w:cs="Times New Roman" w:hint="default"/>
      <w:sz w:val="28"/>
    </w:rPr>
  </w:style>
  <w:style w:type="character" w:customStyle="1" w:styleId="w">
    <w:name w:val="w"/>
    <w:basedOn w:val="a2"/>
    <w:rsid w:val="004D788B"/>
  </w:style>
  <w:style w:type="character" w:styleId="aff9">
    <w:name w:val="Hyperlink"/>
    <w:basedOn w:val="a2"/>
    <w:uiPriority w:val="99"/>
    <w:unhideWhenUsed/>
    <w:rsid w:val="00E370B1"/>
    <w:rPr>
      <w:color w:val="0000FF" w:themeColor="hyperlink"/>
      <w:u w:val="single"/>
    </w:rPr>
  </w:style>
  <w:style w:type="character" w:customStyle="1" w:styleId="14">
    <w:name w:val="Неразрешенное упоминание1"/>
    <w:basedOn w:val="a2"/>
    <w:uiPriority w:val="99"/>
    <w:semiHidden/>
    <w:unhideWhenUsed/>
    <w:rsid w:val="00E370B1"/>
    <w:rPr>
      <w:color w:val="605E5C"/>
      <w:shd w:val="clear" w:color="auto" w:fill="E1DFDD"/>
    </w:rPr>
  </w:style>
  <w:style w:type="paragraph" w:styleId="affa">
    <w:name w:val="Balloon Text"/>
    <w:basedOn w:val="a1"/>
    <w:link w:val="affb"/>
    <w:uiPriority w:val="99"/>
    <w:semiHidden/>
    <w:unhideWhenUsed/>
    <w:rsid w:val="003E10B7"/>
    <w:pPr>
      <w:spacing w:after="0" w:line="240" w:lineRule="auto"/>
    </w:pPr>
    <w:rPr>
      <w:rFonts w:ascii="Tahoma" w:hAnsi="Tahoma" w:cs="Tahoma"/>
      <w:sz w:val="16"/>
      <w:szCs w:val="16"/>
    </w:rPr>
  </w:style>
  <w:style w:type="character" w:customStyle="1" w:styleId="affb">
    <w:name w:val="Текст выноски Знак"/>
    <w:basedOn w:val="a2"/>
    <w:link w:val="affa"/>
    <w:uiPriority w:val="99"/>
    <w:semiHidden/>
    <w:rsid w:val="003E10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0827">
      <w:bodyDiv w:val="1"/>
      <w:marLeft w:val="0"/>
      <w:marRight w:val="0"/>
      <w:marTop w:val="0"/>
      <w:marBottom w:val="0"/>
      <w:divBdr>
        <w:top w:val="none" w:sz="0" w:space="0" w:color="auto"/>
        <w:left w:val="none" w:sz="0" w:space="0" w:color="auto"/>
        <w:bottom w:val="none" w:sz="0" w:space="0" w:color="auto"/>
        <w:right w:val="none" w:sz="0" w:space="0" w:color="auto"/>
      </w:divBdr>
    </w:div>
    <w:div w:id="276912954">
      <w:bodyDiv w:val="1"/>
      <w:marLeft w:val="0"/>
      <w:marRight w:val="0"/>
      <w:marTop w:val="0"/>
      <w:marBottom w:val="0"/>
      <w:divBdr>
        <w:top w:val="none" w:sz="0" w:space="0" w:color="auto"/>
        <w:left w:val="none" w:sz="0" w:space="0" w:color="auto"/>
        <w:bottom w:val="none" w:sz="0" w:space="0" w:color="auto"/>
        <w:right w:val="none" w:sz="0" w:space="0" w:color="auto"/>
      </w:divBdr>
    </w:div>
    <w:div w:id="499076291">
      <w:bodyDiv w:val="1"/>
      <w:marLeft w:val="0"/>
      <w:marRight w:val="0"/>
      <w:marTop w:val="0"/>
      <w:marBottom w:val="0"/>
      <w:divBdr>
        <w:top w:val="none" w:sz="0" w:space="0" w:color="auto"/>
        <w:left w:val="none" w:sz="0" w:space="0" w:color="auto"/>
        <w:bottom w:val="none" w:sz="0" w:space="0" w:color="auto"/>
        <w:right w:val="none" w:sz="0" w:space="0" w:color="auto"/>
      </w:divBdr>
    </w:div>
    <w:div w:id="948004629">
      <w:bodyDiv w:val="1"/>
      <w:marLeft w:val="0"/>
      <w:marRight w:val="0"/>
      <w:marTop w:val="0"/>
      <w:marBottom w:val="0"/>
      <w:divBdr>
        <w:top w:val="none" w:sz="0" w:space="0" w:color="auto"/>
        <w:left w:val="none" w:sz="0" w:space="0" w:color="auto"/>
        <w:bottom w:val="none" w:sz="0" w:space="0" w:color="auto"/>
        <w:right w:val="none" w:sz="0" w:space="0" w:color="auto"/>
      </w:divBdr>
    </w:div>
    <w:div w:id="1112751204">
      <w:bodyDiv w:val="1"/>
      <w:marLeft w:val="0"/>
      <w:marRight w:val="0"/>
      <w:marTop w:val="0"/>
      <w:marBottom w:val="0"/>
      <w:divBdr>
        <w:top w:val="none" w:sz="0" w:space="0" w:color="auto"/>
        <w:left w:val="none" w:sz="0" w:space="0" w:color="auto"/>
        <w:bottom w:val="none" w:sz="0" w:space="0" w:color="auto"/>
        <w:right w:val="none" w:sz="0" w:space="0" w:color="auto"/>
      </w:divBdr>
    </w:div>
    <w:div w:id="1928688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ch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75C0D-E485-489C-9D8A-3BE5A6B42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23837</Words>
  <Characters>135871</Characters>
  <Application>Microsoft Office Word</Application>
  <DocSecurity>0</DocSecurity>
  <Lines>1132</Lines>
  <Paragraphs>318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159390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Егорова</cp:lastModifiedBy>
  <cp:revision>14</cp:revision>
  <cp:lastPrinted>2022-10-18T13:00:00Z</cp:lastPrinted>
  <dcterms:created xsi:type="dcterms:W3CDTF">2022-10-08T14:19:00Z</dcterms:created>
  <dcterms:modified xsi:type="dcterms:W3CDTF">2023-02-22T06:15:00Z</dcterms:modified>
  <cp:category/>
</cp:coreProperties>
</file>